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ніхто не кохав. Через тисячі літ...</w:t>
      </w:r>
    </w:p>
    <w:p>
      <w:r>
        <w:br/>
        <w:t xml:space="preserve"> Так ніхто не кохав. Через тисячі літ&lt;br /&gt;</w:t>
        <w:br/>
        <w:t>лиш приходить подібне кохання.&lt;br /&gt;</w:t>
        <w:br/>
        <w:t>В день такий розцвітає весна на землі&lt;br /&gt;</w:t>
        <w:br/>
        <w:t>І земля убирається зрання..</w:t>
      </w:r>
    </w:p>
    <w:p>
      <w:r>
        <w:br/>
        <w:t>Дише тихо і легко в синяву вона,&lt;br /&gt;</w:t>
        <w:br/>
        <w:t>простягає до зір свої руки...&lt;br /&gt;</w:t>
        <w:br/>
        <w:t>В день такий на землі розцвітає весна&lt;br /&gt;</w:t>
        <w:br/>
        <w:t>і тремтить од солодкої муки...</w:t>
      </w:r>
    </w:p>
    <w:p>
      <w:r>
        <w:br/>
        <w:t>В'яне серце моє од щасливих очей,&lt;br /&gt;</w:t>
        <w:br/>
        <w:t>що горять в тумані наді мною...&lt;br /&gt;</w:t>
        <w:br/>
        <w:t>Розливається кров і по жилах тече,&lt;br /&gt;</w:t>
        <w:br/>
        <w:t>ніби пахне вона лободою...</w:t>
      </w:r>
    </w:p>
    <w:p>
      <w:r>
        <w:br/>
        <w:t>Гей, ви, зорі ясні!.. Тихий місяцю мій!..&lt;br /&gt;</w:t>
        <w:br/>
        <w:t>Де ви бачили більше кохання?..&lt;br /&gt;</w:t>
        <w:br/>
        <w:t>Я для неї зірву Оріон золотий,&lt;br /&gt;</w:t>
        <w:br/>
        <w:t>я — поет робітничої рані...</w:t>
      </w:r>
    </w:p>
    <w:p>
      <w:r>
        <w:br/>
        <w:t>Так ніхто не кохав. Через тисячі літ&lt;br /&gt;</w:t>
        <w:br/>
        <w:t>лиш приходить подібне кохання.&lt;br /&gt;</w:t>
        <w:br/>
        <w:t>В день такий розцвітає весна на землі&lt;br /&gt;</w:t>
        <w:br/>
        <w:t>І земля убирається зрання..</w:t>
      </w:r>
    </w:p>
    <w:p>
      <w:r>
        <w:br/>
        <w:t>Дише тихо і легко в синяву вона,&lt;br /&gt;</w:t>
        <w:br/>
        <w:t>простягає до зір свої руки...&lt;br /&gt;</w:t>
        <w:br/>
        <w:t>В день такий на землі розцвітає весна&lt;br /&gt;</w:t>
        <w:br/>
        <w:t>і тремтить од солодкої муки...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ніхто не кохав. Через тисячі літ...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