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Темрява</w:t>
      </w:r>
    </w:p>
    <w:p>
      <w:r>
        <w:br/>
        <w:t xml:space="preserve"> Я бачив сон — не все там сном було.&lt;br /&gt;</w:t>
        <w:br/>
        <w:t>Погасло сонце ясне: темні зорі&lt;br /&gt;</w:t>
        <w:br/>
        <w:t>Без променя і без шляху блукали&lt;br /&gt;</w:t>
        <w:br/>
        <w:t>У безмірі, і крижана земля&lt;br /&gt;</w:t>
        <w:br/>
        <w:t>У темряві наосліп кружеляла.&lt;br /&gt;</w:t>
        <w:br/>
        <w:t>І наставала ранішня пора,&lt;br /&gt;</w:t>
        <w:br/>
        <w:t>Й минала, дня по собі не привівши.&lt;br /&gt;</w:t>
        <w:br/>
        <w:t>Загибелі своєї певний, люд&lt;br /&gt;</w:t>
        <w:br/>
        <w:t>Колишні пристрасті забув. Завмерли&lt;br /&gt;</w:t>
        <w:br/>
        <w:t>Усі серця в одній молитві: світла!&lt;br /&gt;</w:t>
        <w:br/>
        <w:t>І жив при вогнищах народ; і трони,&lt;br /&gt;</w:t>
        <w:br/>
        <w:t>Палаци вінценосних королів,&lt;br /&gt;</w:t>
        <w:br/>
        <w:t>Хати, пристанища всього живого —&lt;br /&gt;</w:t>
        <w:br/>
        <w:t>На вогнищах згоряли. І вогонь&lt;br /&gt;</w:t>
        <w:br/>
        <w:t>З'їдав міста; і юрмилися люди&lt;br /&gt;</w:t>
        <w:br/>
        <w:t>На згарищах, щоб глянути востаннє,&lt;br /&gt;</w:t>
        <w:br/>
        <w:t>Запам'ятати лиця дорогі.&lt;br /&gt;</w:t>
        <w:br/>
        <w:t>Були щасливі ті, кому вулканів&lt;br /&gt;</w:t>
        <w:br/>
        <w:t>Присвічували смолоскипи з гір...&lt;br /&gt;</w:t>
        <w:br/>
        <w:t>Весь світ знімів у болісній надії...&lt;br /&gt;</w:t>
        <w:br/>
        <w:t>Ліси підпалено; та вже й вони&lt;br /&gt;</w:t>
        <w:br/>
        <w:t>Щоденно танули; тріщали, тліли,&lt;br /&gt;</w:t>
        <w:br/>
        <w:t>Валились чорні кістяки дерев;&lt;br /&gt;</w:t>
        <w:br/>
        <w:t>І ширився навкруг похмурий морок.&lt;br /&gt;</w:t>
        <w:br/>
        <w:t>І при останніх спалахах заграв&lt;br /&gt;</w:t>
        <w:br/>
        <w:t>Зринали з темноти якісь химерні&lt;br /&gt;</w:t>
        <w:br/>
        <w:t>Людські обличчя. Хто лежав у пітьмі,&lt;br /&gt;</w:t>
        <w:br/>
        <w:t>Закривши очі, й плакав із одчаю;&lt;br /&gt;</w:t>
        <w:br/>
        <w:t>Хто, голову понуривши, всміхавсь;&lt;br /&gt;</w:t>
        <w:br/>
        <w:t>І заклопотано метались інші&lt;br /&gt;</w:t>
        <w:br/>
        <w:t>У пошуках поживи для вогню,&lt;br /&gt;</w:t>
        <w:br/>
        <w:t>І в бездумі вдивлялися у небо —&lt;br /&gt;</w:t>
        <w:br/>
        <w:t>Печальний саван мертвої землі;&lt;br /&gt;</w:t>
        <w:br/>
        <w:t>І падали з прокльонами додолу,&lt;br /&gt;</w:t>
        <w:br/>
        <w:t>І скреготали й вили у пилу,&lt;br /&gt;</w:t>
        <w:br/>
        <w:t>І злякані птахи кружляли з криком,&lt;br /&gt;</w:t>
        <w:br/>
        <w:t>Махали непотрібними крильми.&lt;br /&gt;</w:t>
        <w:br/>
        <w:t>І, страхом скорені, вже й хижі звірі&lt;br /&gt;</w:t>
        <w:br/>
        <w:t>Йшли до вогню; і гади між людьми&lt;br /&gt;</w:t>
        <w:br/>
        <w:t>Клубочились, сичали й не кусали;&lt;br /&gt;</w:t>
        <w:br/>
        <w:t>А люди били їх собі на харч...&lt;br /&gt;</w:t>
        <w:br/>
        <w:t>І спалахнула враз війна, якої&lt;br /&gt;</w:t>
        <w:br/>
        <w:t>Давно не відав люд; і знову кров&lt;br /&gt;</w:t>
        <w:br/>
        <w:t>Лилась за їжу; і осібно кожен&lt;br /&gt;</w:t>
        <w:br/>
        <w:t>Сидів у темряві й понуро їв.&lt;br /&gt;</w:t>
        <w:br/>
        <w:t>Любові не було. Єдина думка&lt;br /&gt;</w:t>
        <w:br/>
        <w:t>Опала всіх: ганебна близько смерть.&lt;br /&gt;</w:t>
        <w:br/>
        <w:t>Нестерпний голод пік людей. І гинув&lt;br /&gt;</w:t>
        <w:br/>
        <w:t>У муках люд. Гнили кістки і трупи&lt;br /&gt;</w:t>
        <w:br/>
        <w:t>Неховані. Кістяк гриз кістяка.&lt;br /&gt;</w:t>
        <w:br/>
        <w:t>І пси голодні кидались на власних&lt;br /&gt;</w:t>
        <w:br/>
        <w:t>Господарів. Один лиш вірний пес&lt;br /&gt;</w:t>
        <w:br/>
        <w:t>Небіжчика-господаря не зрадив.&lt;br /&gt;</w:t>
        <w:br/>
        <w:t>Він одганяв голодних і лихих&lt;br /&gt;</w:t>
        <w:br/>
        <w:t>Людей, птахів і звірів, доки інша&lt;br /&gt;</w:t>
        <w:br/>
        <w:t>Пожива надила голодні пащі.&lt;br /&gt;</w:t>
        <w:br/>
        <w:t>Та сам не їв нічого, тільки вив,&lt;br /&gt;</w:t>
        <w:br/>
        <w:t>Вив жалісно, лизав холодну руку,&lt;br /&gt;</w:t>
        <w:br/>
        <w:t>Що вже погладить не могла його&lt;br /&gt;</w:t>
        <w:br/>
        <w:t>Ласкаво. Та нарешті й він сконав.&lt;br /&gt;</w:t>
        <w:br/>
        <w:t>Весь люд помалу вимер, тільки двоє&lt;br /&gt;</w:t>
        <w:br/>
        <w:t>На все велике місто залишились;&lt;br /&gt;</w:t>
        <w:br/>
        <w:t>Це вороги були. Зійшлись вони,&lt;br /&gt;</w:t>
        <w:br/>
        <w:t>Де вівтаря ще тліли головешки.&lt;br /&gt;</w:t>
        <w:br/>
        <w:t>Було чимало там святих речей&lt;br /&gt;</w:t>
        <w:br/>
        <w:t>Не для святого вжитку. І руками,&lt;br /&gt;</w:t>
        <w:br/>
        <w:t>Холодними й кощавими, вони&lt;br /&gt;</w:t>
        <w:br/>
        <w:t>Враз попіл розгребли; диханням кволим&lt;br /&gt;</w:t>
        <w:br/>
        <w:t>Роздмухали вогонь і, як на сміх,&lt;br /&gt;</w:t>
        <w:br/>
        <w:t>Їм видно стало, і вони обидва,—&lt;br /&gt;</w:t>
        <w:br/>
        <w:t>Не відавши, кого тут голод звів&lt;br /&gt;</w:t>
        <w:br/>
        <w:t>Із написом страшним на чолі — Ворог,—&lt;br /&gt;</w:t>
        <w:br/>
        <w:t>Нараз поглянули лице в лице,&lt;br /&gt;</w:t>
        <w:br/>
        <w:t>Із жаху крикнули і впали мертві.&lt;br /&gt;</w:t>
        <w:br/>
        <w:t>І світ став пусткою. І вся земля,&lt;br /&gt;</w:t>
        <w:br/>
        <w:t>Колись могутня й велелюдна, нині&lt;br /&gt;</w:t>
        <w:br/>
        <w:t>Чорніла грудою, без трав, дерев,&lt;br /&gt;</w:t>
        <w:br/>
        <w:t>Без люду, без життя. Вже не було&lt;br /&gt;</w:t>
        <w:br/>
        <w:t>Весни і літа, осені й зими.&lt;br /&gt;</w:t>
        <w:br/>
        <w:t>Лиш хаос смерті був. Моря, озера&lt;br /&gt;</w:t>
        <w:br/>
        <w:t>І ріки — все ущухло. Рух завмер&lt;br /&gt;</w:t>
        <w:br/>
        <w:t>В німій безодні. На морях змертвілих&lt;br /&gt;</w:t>
        <w:br/>
        <w:t>Безлюдні кораблі гнили. І щогли&lt;br /&gt;</w:t>
        <w:br/>
        <w:t>Шматками осипались. І вода&lt;br /&gt;</w:t>
        <w:br/>
        <w:t>Не плюскала, не хвилювалась. Шторми&lt;br /&gt;</w:t>
        <w:br/>
        <w:t>Навік вляглись. І канули припливи&lt;br /&gt;</w:t>
        <w:br/>
        <w:t>У небуття, бо місяць — їх владар —&lt;br /&gt;</w:t>
        <w:br/>
        <w:t>Давно сконав. І в сонному повітрі&lt;br /&gt;</w:t>
        <w:br/>
        <w:t>Вітри зів'яли. І не стало хмар,&lt;br /&gt;</w:t>
        <w:br/>
        <w:t>Бо пітьмі поміч їх була вже зайва,—&lt;br /&gt;</w:t>
        <w:br/>
        <w:t>Навіки Всесвіт в темряву запав.</w:t>
      </w:r>
    </w:p>
    <w:p>
      <w:r>
        <w:br/>
        <w:t>Діодаті, липень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Темрява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