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3. Про велета</w:t>
      </w:r>
    </w:p>
    <w:p>
      <w:r>
        <w:br/>
        <w:t xml:space="preserve"> (Казка)</w:t>
      </w:r>
    </w:p>
    <w:p>
      <w:r>
        <w:br/>
        <w:t>Давно, в дитячий любий вiк,&lt;br /&gt;</w:t>
        <w:br/>
        <w:t>в далекiм рiднiм краю&lt;br /&gt;</w:t>
        <w:br/>
        <w:t>я чула казку. Чула раз,&lt;br /&gt;</w:t>
        <w:br/>
        <w:t>а й досi пам'ятаю.</w:t>
      </w:r>
    </w:p>
    <w:p>
      <w:r>
        <w:br/>
        <w:t>Менi її розповiдав&lt;br /&gt;</w:t>
        <w:br/>
        <w:t>малий сiльський хлопчина&lt;br /&gt;</w:t>
        <w:br/>
        <w:t>без тенденцiйної мети,&lt;br /&gt;</w:t>
        <w:br/>
        <w:t>бо вiн же був дитина.</w:t>
      </w:r>
    </w:p>
    <w:p>
      <w:r>
        <w:br/>
        <w:t>Нi, вiн розказував її&lt;br /&gt;</w:t>
        <w:br/>
        <w:t>з простотою святою&lt;br /&gt;</w:t>
        <w:br/>
        <w:t>(я, може, помилку роблю,&lt;br /&gt;</w:t>
        <w:br/>
        <w:t>що казку в рими строю).</w:t>
      </w:r>
    </w:p>
    <w:p>
      <w:r>
        <w:br/>
        <w:t>Ми з ним сидiли у садку&lt;br /&gt;</w:t>
        <w:br/>
        <w:t>вечiрньою порою,&lt;br /&gt;</w:t>
        <w:br/>
        <w:t>в той час, як захiд розпалив&lt;br /&gt;</w:t>
        <w:br/>
        <w:t>пожежу за горою.</w:t>
      </w:r>
    </w:p>
    <w:p>
      <w:r>
        <w:br/>
        <w:t>Вечiрнiй вiтер турбував&lt;br /&gt;</w:t>
        <w:br/>
        <w:t>стареньку нашу грушу,&lt;br /&gt;</w:t>
        <w:br/>
        <w:t>i щось таємне i жаске&lt;br /&gt;</w:t>
        <w:br/>
        <w:t>нам заглядало в душу.</w:t>
      </w:r>
    </w:p>
    <w:p>
      <w:r>
        <w:br/>
        <w:t>Усе лякало нас: трава,&lt;br /&gt;</w:t>
        <w:br/>
        <w:t>що тихо майорiла,&lt;br /&gt;</w:t>
        <w:br/>
        <w:t>i гаю дальнього стiна,&lt;br /&gt;</w:t>
        <w:br/>
        <w:t>що в заходi горiла.</w:t>
      </w:r>
    </w:p>
    <w:p>
      <w:r>
        <w:br/>
        <w:t>Та навiть в грушi тiй старiй&lt;br /&gt;</w:t>
        <w:br/>
        <w:t>ми певностi не мали, —&lt;br /&gt;</w:t>
        <w:br/>
        <w:t>хто знав, про що її гiлки&lt;br /&gt;</w:t>
        <w:br/>
        <w:t>"на мигах" промовляли?</w:t>
      </w:r>
    </w:p>
    <w:p>
      <w:r>
        <w:br/>
        <w:t>А найстрашнiшi нам були&lt;br /&gt;</w:t>
        <w:br/>
        <w:t>отi ставнi тополi,&lt;br /&gt;</w:t>
        <w:br/>
        <w:t>що вшикувалися в ряди, —&lt;br /&gt;</w:t>
        <w:br/>
        <w:t>запевне, з злої волi!</w:t>
      </w:r>
    </w:p>
    <w:p>
      <w:r>
        <w:br/>
        <w:t>Бо все те, запевняв Лаврiн,&lt;br /&gt;</w:t>
        <w:br/>
        <w:t>(так приятель мiй звався),&lt;br /&gt;</w:t>
        <w:br/>
        <w:t>зросло на велетi тому,&lt;br /&gt;</w:t>
        <w:br/>
        <w:t>що з богом позмагався.</w:t>
      </w:r>
    </w:p>
    <w:p>
      <w:r>
        <w:br/>
        <w:t>Той велет сильний був колись&lt;br /&gt;</w:t>
        <w:br/>
        <w:t>не тiлом лиш, а й духом,&lt;br /&gt;</w:t>
        <w:br/>
        <w:t>всi людськi пута й кайдани&lt;br /&gt;</w:t>
        <w:br/>
        <w:t>зривав єдиним рухом.</w:t>
      </w:r>
    </w:p>
    <w:p>
      <w:r>
        <w:br/>
        <w:t>Його збороти не могла&lt;br /&gt;</w:t>
        <w:br/>
        <w:t>нiяка мiць ворожа,&lt;br /&gt;</w:t>
        <w:br/>
        <w:t>поки на нього не прийшла&lt;br /&gt;</w:t>
        <w:br/>
        <w:t>таємна кара божа.</w:t>
      </w:r>
    </w:p>
    <w:p>
      <w:r>
        <w:br/>
        <w:t>Чим велет бога прогнiвив,&lt;br /&gt;</w:t>
        <w:br/>
        <w:t>того Лаврiн не вiдав.&lt;br /&gt;</w:t>
        <w:br/>
        <w:t>Питала потiм я й старих,&lt;br /&gt;</w:t>
        <w:br/>
        <w:t>та жоден не повiдав.</w:t>
      </w:r>
    </w:p>
    <w:p>
      <w:r>
        <w:br/>
        <w:t>Не встрелив велета господь&lt;br /&gt;</w:t>
        <w:br/>
        <w:t>своїм ясним перуном,&lt;br /&gt;</w:t>
        <w:br/>
        <w:t>а тiльки сном його накрив,&lt;br /&gt;</w:t>
        <w:br/>
        <w:t>немов м'якеньким руном.</w:t>
      </w:r>
    </w:p>
    <w:p>
      <w:r>
        <w:br/>
        <w:t>Сон, кажуть, божа благодать, —&lt;br /&gt;</w:t>
        <w:br/>
        <w:t>нi, часом кара божа!&lt;br /&gt;</w:t>
        <w:br/>
        <w:t>Спiткала велета у снi&lt;br /&gt;</w:t>
        <w:br/>
        <w:t>пригодонька негожа.</w:t>
      </w:r>
    </w:p>
    <w:p>
      <w:r>
        <w:br/>
        <w:t>Лiг велет — думав, на часок,&lt;br /&gt;</w:t>
        <w:br/>
        <w:t>та й спить уже столiття,&lt;br /&gt;</w:t>
        <w:br/>
        <w:t>землею заснiтився весь&lt;br /&gt;</w:t>
        <w:br/>
        <w:t>i марить про страхiття.</w:t>
      </w:r>
    </w:p>
    <w:p>
      <w:r>
        <w:br/>
        <w:t>Бо скористали вороги&lt;br /&gt;</w:t>
        <w:br/>
        <w:t>з його важкої млостi,&lt;br /&gt;</w:t>
        <w:br/>
        <w:t>безкарно точать з нього кров&lt;br /&gt;</w:t>
        <w:br/>
        <w:t>i трощать бiлi костi.</w:t>
      </w:r>
    </w:p>
    <w:p>
      <w:r>
        <w:br/>
        <w:t>Вже оснували тiло все&lt;br /&gt;</w:t>
        <w:br/>
        <w:t>залiзними дротами,&lt;br /&gt;</w:t>
        <w:br/>
        <w:t>припали до глибоких ран&lt;br /&gt;</w:t>
        <w:br/>
        <w:t>неситими ротами.</w:t>
      </w:r>
    </w:p>
    <w:p>
      <w:r>
        <w:br/>
        <w:t>Не раз до серця глибини&lt;br /&gt;</w:t>
        <w:br/>
        <w:t>сягають хижi руки,&lt;br /&gt;</w:t>
        <w:br/>
        <w:t>а велет спить камiнним сном,&lt;br /&gt;</w:t>
        <w:br/>
        <w:t>хоч терпить лютi муки.</w:t>
      </w:r>
    </w:p>
    <w:p>
      <w:r>
        <w:br/>
        <w:t>Часами болiсно у снi&lt;br /&gt;</w:t>
        <w:br/>
        <w:t>наморщить густi брови,&lt;br /&gt;</w:t>
        <w:br/>
        <w:t>тодi стинаються й шумлять&lt;br /&gt;</w:t>
        <w:br/>
        <w:t>гаї, лiси, дiброви.</w:t>
      </w:r>
    </w:p>
    <w:p>
      <w:r>
        <w:br/>
        <w:t>Як дошкулить несвiтський бiль,&lt;br /&gt;</w:t>
        <w:br/>
        <w:t>вiн трохи ворухнеться,&lt;br /&gt;</w:t>
        <w:br/>
        <w:t>по тiлу корчi пробiжать,&lt;br /&gt;</w:t>
        <w:br/>
        <w:t>уся земля здригнеться.</w:t>
      </w:r>
    </w:p>
    <w:p>
      <w:r>
        <w:br/>
        <w:t>Та не бояться вороги,&lt;br /&gt;</w:t>
        <w:br/>
        <w:t>гадають: "Ет, примара!"&lt;br /&gt;</w:t>
        <w:br/>
        <w:t>Але ущухне божий гнiв,&lt;br /&gt;</w:t>
        <w:br/>
        <w:t>минеться й божа кара.</w:t>
      </w:r>
    </w:p>
    <w:p>
      <w:r>
        <w:br/>
        <w:t>I встане велетень з землi,&lt;br /&gt;</w:t>
        <w:br/>
        <w:t>розправить руки грiзнi&lt;br /&gt;</w:t>
        <w:br/>
        <w:t>i вмить розiрве на собi&lt;br /&gt;</w:t>
        <w:br/>
        <w:t>усi дроти залiзнi.</w:t>
      </w:r>
    </w:p>
    <w:p>
      <w:r>
        <w:br/>
        <w:t>"Все, що налипло на йому,&lt;br /&gt;</w:t>
        <w:br/>
        <w:t>одразу стане руба…" —&lt;br /&gt;</w:t>
        <w:br/>
        <w:t>хлоп'я спинилось. Нам обом&lt;br /&gt;</w:t>
        <w:br/>
        <w:t>волосся стало дуба.</w:t>
      </w:r>
    </w:p>
    <w:p>
      <w:r>
        <w:br/>
        <w:t>"Коли ж вiн встане?" — тремтячи,&lt;br /&gt;</w:t>
        <w:br/>
        <w:t>спитала я хлопчину.&lt;br /&gt;</w:t>
        <w:br/>
        <w:t>"За рiк, сто рiк чи за безрiк,&lt;br /&gt;</w:t>
        <w:br/>
        <w:t>а може, й в сю хвилину".</w:t>
      </w:r>
    </w:p>
    <w:p>
      <w:r>
        <w:br/>
        <w:t>Тут раптом вихор налетiв,&lt;br /&gt;</w:t>
        <w:br/>
        <w:t>i дерева здригнули.&lt;br /&gt;</w:t>
        <w:br/>
        <w:t>Ми, як сполоханi пташки,&lt;br /&gt;</w:t>
        <w:br/>
        <w:t>до хати враз майнули…</w:t>
      </w:r>
    </w:p>
    <w:p>
      <w:r>
        <w:br/>
        <w:t>Кохана стороно моя!&lt;br /&gt;</w:t>
        <w:br/>
        <w:t>Далекий рiдний краю!&lt;br /&gt;</w:t>
        <w:br/>
        <w:t>Щораз згадаю я тебе,&lt;br /&gt;</w:t>
        <w:br/>
        <w:t>то й казку сю згадаю.</w:t>
      </w:r>
    </w:p>
    <w:p>
      <w:r>
        <w:br/>
        <w:t>Єгипет, 5/II 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3. Про велета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