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свиня Морен</w:t>
      </w:r>
    </w:p>
    <w:p>
      <w:r>
        <w:br/>
        <w:t xml:space="preserve"> &lt;p&gt;П. Удіно</w:t>
      </w:r>
    </w:p>
    <w:p>
      <w:r>
        <w:br/>
        <w:t>І</w:t>
      </w:r>
    </w:p>
    <w:p>
      <w:r>
        <w:br/>
        <w:t>— От ізнову, друже мій, — мовив я до Лабарба, — ти сказав ці слова: "Ця свиня Морен". Чому, до лиха, ніколи я не чув, щоб говорили про Морена, не називаючи його свинею!</w:t>
      </w:r>
    </w:p>
    <w:p>
      <w:r>
        <w:br/>
        <w:t>Лабарб — тепер він депутат — глянув на мене здивовано.</w:t>
      </w:r>
    </w:p>
    <w:p>
      <w:r>
        <w:br/>
        <w:t>— Як, ти сам з Ла-Рошелі — і не знаєш Моренової історії?</w:t>
      </w:r>
    </w:p>
    <w:p>
      <w:r>
        <w:br/>
        <w:t>Я відповів, що таки не знаю Моренової історії. Лабарб потер руки і почав оповідати:</w:t>
      </w:r>
    </w:p>
    <w:p>
      <w:r>
        <w:br/>
        <w:t>— Певне, ти знав Морена і пам’ятаєш його велику галантерейну крамницю в Ла-Рошелі на набережній?</w:t>
      </w:r>
    </w:p>
    <w:p>
      <w:r>
        <w:br/>
        <w:t>— Звичайно, аякже.</w:t>
      </w:r>
    </w:p>
    <w:p>
      <w:r>
        <w:br/>
        <w:t>— Ну от, знай же, що тисяча вісімсот шістдесят другого чи тисяча вісімсот шістдесят третього року Морен поїхав на два тижні до Парижа — для розваги чи там для розваг, як хочеш, але вдаючи про людське око, ніби їде купити деякого краму. Ти розумієш, що воно значить для провінційного крамаря — пожити два тижні в Парижі! Тут у нього просто кров загорається! Щовечора звабливі видовища, легкі жіночі приторки, ненастанне солодке хвилювання. Від цього людина, сказати, божеволіє. Напівроздягнені танцюристки, декольтовані акторки, округлі ніжки, повні плечі,— і все це близько, рукою дістати, а разом з тим не можна чи не смієш і доторкнутись. Добре, коли раз чи два пощастить скуштувати чогось там солодкого… Потім чоловік їде додому, а серце ще тремтить і б’ється, душа грає, жага поцілунків лоскоче уста.</w:t>
      </w:r>
    </w:p>
    <w:p>
      <w:r>
        <w:br/>
        <w:t>У такому стані перебував Морен, беручи квитка до Ла-Рошелі на експрес, що відходить о восьмій сорок вечора. Він походжав, ревно жалкуючи за всіма тими принадами, по великому вокзальному вестибюлі Орлеанської залізниці — і раптом зупинився й остовпів перед молодою жінкою, що обіймала якусь стару даму. Вона підняла вуаль, і Морен у захваті промовив сам до себе: "Оце-то красуня!"</w:t>
      </w:r>
    </w:p>
    <w:p>
      <w:r>
        <w:br/>
        <w:t>Попрощавшись із старою, вона перейшла до зали чекання. Морен за нею. Потім вона вийшла на перон — Морен і собі; вона в порожній вагон — він теж.</w:t>
      </w:r>
    </w:p>
    <w:p>
      <w:r>
        <w:br/>
        <w:t>Поїздом тим їхало мало народу. Локомотив свиснув, рушили. Вони були самі в вагоні.</w:t>
      </w:r>
    </w:p>
    <w:p>
      <w:r>
        <w:br/>
        <w:t>Морен як не їв свою сусідку очима. їй було, може, дев’ятнадцять-двадцять років; вона була білява, високого зросту, смілива, бачилось, на вдачу. Загорнувши собі ноги в подорожню ковдру, вона лягла на лавці.</w:t>
      </w:r>
    </w:p>
    <w:p>
      <w:r>
        <w:br/>
        <w:t>Морен іштав сам себе: "Хто вона така?" І тисяча різних гад (ж та планів мінилося йому в голові. Він думав: "Стільки розповідають люди про пригоди на залізниці. Може, оце якраз одна з таких пригод сама іде мені в руки? Мабуть, досить виявити сміливість… Чи не Дантон сказав колись: "Сміливість, сміливість і ще раз сміливість!" Ну, коли не Дантон, то Мірабо. Байдуже хто, зрештою. Але мені бракує сміливості, то-то й біда. О, якби можна було читати в людській душі! Я певен, що людина щодня, сама про те й не догадуючись, минає чудесні нагоди й можливості. Проте… Коли б вона хоч знак який подала, що не від того…*</w:t>
      </w:r>
    </w:p>
    <w:p>
      <w:r>
        <w:br/>
        <w:t>І він почав роздумувати про різні випадки, які могли б стати йому в пригоді і повести до тріумфу. Йому малювалось, як він по-лицарському, гречно заговорює з нею, услуговує їй в якихось там дрібницях, провадить жваву та галантну розмову, що кінчається освідченням, а воно знову кінчається тим… тим, про що ти думаєш.</w:t>
      </w:r>
    </w:p>
    <w:p>
      <w:r>
        <w:br/>
        <w:t>Та, на лихо, не було з чого саме почати. І він чекав принагідного випадку; серце билося шалено, голова йшла обертом.</w:t>
      </w:r>
    </w:p>
    <w:p>
      <w:r>
        <w:br/>
        <w:t>А тим часом ніч ішла собі, і, поки Морен обмірковував справу, дівчина спокійно спала. Зайнявся день. Довгий, ясний вранішній промінь, виникнувши далеко на обрії, впав на гоже личко заснулої і освітив його.</w:t>
      </w:r>
    </w:p>
    <w:p>
      <w:r>
        <w:br/>
        <w:t>Вона прокинулась, сіла, озирнулася навкруги, глянула на Морена й усміхнулась. То був усміх щасливої жінки, привабливої й веселої. Морен затремтів. Таж, певна річ, цей усміх призначено для нього, це, безперечно, скромний заклик, оте саме гасло, що його він так палко прагнув! Ця усмішка, очевидячки, каже: "Чи не йолоп же з тебе, не простак негодящий, що з самісінького вечора сидиш нерухомо, як пень? Глянь на мене: хіба ж я не вродлива? А ти, дурню, один зоставшись сам на сам з гарненькою жінкою, з місця не ворухнувся!"</w:t>
      </w:r>
    </w:p>
    <w:p>
      <w:r>
        <w:br/>
        <w:t>Вона все усміхалась, поглядаючи на нього; далі й сміятись почала. А він сушив собі голову, силкуючись найти якусь підхожу фразу, якийсь комплімент, зрештою, що-не-будь, аби заговорити. Та ба — нічого не спадало на думку, нічого!</w:t>
      </w:r>
    </w:p>
    <w:p>
      <w:r>
        <w:br/>
        <w:t>Нараз його пойняла та відвага, що виникає іноді у боягузів, і, сказавши собі: "А, що буде, те й буде!" — він зненацька, ні слова не мовивши, кинувся до неї з протягненими руками, з ласо розкритими устами, і вхопив її в обійми.</w:t>
      </w:r>
    </w:p>
    <w:p>
      <w:r>
        <w:br/>
        <w:t>Вона зірвалася на ноги, кричачи: "Пробі! Рятуйте!" — верескливим од переляку голосом. Вона одчинила віконце, простягла в нього руки, обезуміла з жаху, намагаючись вискочити. Морен тим часом, певний, що вона кинеться з вагона, держав її за спідницю і лепетав, сам не свій:</w:t>
      </w:r>
    </w:p>
    <w:p>
      <w:r>
        <w:br/>
        <w:t>— Пані… стривайте… пані!</w:t>
      </w:r>
    </w:p>
    <w:p>
      <w:r>
        <w:br/>
        <w:t>Поїзд стишив хід і спинився. Два залізничні службовці прибігли на крик, і молода жінка впала їм на руки, ледве вимовивши:</w:t>
      </w:r>
    </w:p>
    <w:p>
      <w:r>
        <w:br/>
        <w:t>— Цей чоловік хотів… хотів… мене… мене… — і зомліла.</w:t>
      </w:r>
    </w:p>
    <w:p>
      <w:r>
        <w:br/>
        <w:t>У Мозе черговий жандарм заарештував Морена.</w:t>
      </w:r>
    </w:p>
    <w:p>
      <w:r>
        <w:br/>
        <w:t>Коли жертва його брутальної вихватки прийшла до</w:t>
      </w:r>
    </w:p>
    <w:p>
      <w:r>
        <w:br/>
        <w:t>пам’яті, вона розказала, що саме сталося. Склали протоко-ла. Бідолаха крамар дістався додому аж увечері; його мали віддати під суд за порушення пристойності та моральності в публічному місці.</w:t>
      </w:r>
    </w:p>
    <w:p>
      <w:r>
        <w:br/>
        <w:t>II</w:t>
      </w:r>
    </w:p>
    <w:p>
      <w:r>
        <w:br/>
        <w:t>Я тоді саме був редактором "Шарантського світоча", і мені щовечора доводилося стрічати Морена в Купецькій кав'ярні.</w:t>
      </w:r>
    </w:p>
    <w:p>
      <w:r>
        <w:br/>
        <w:t>На другий день після цієї пригоди він звернувся до мене, не знаючи, що йому робити. Я не потаїв од нього своєї думки:</w:t>
      </w:r>
    </w:p>
    <w:p>
      <w:r>
        <w:br/>
        <w:t>— Ти — свиня, та й годі! Так люди не роблять.</w:t>
      </w:r>
    </w:p>
    <w:p>
      <w:r>
        <w:br/>
        <w:t>Він плакав; власна жінка побила його; він уявляв уже, як торгівля його занепадає, ім'я безчеститься, затопчується в болото, друзі не вітаються з ним. Мене нарешті узяв жаль, і я покликав свого співробітника Ріве, чоловіка веселого та дотепного і доброго порадника, і запитав, що він лро все це думає.</w:t>
      </w:r>
    </w:p>
    <w:p>
      <w:r>
        <w:br/>
        <w:t>Ріве порадив мені поговорити з прокурором, як на те моїм приятелем. Морен пішов собі, а я подався до прокурора.</w:t>
      </w:r>
    </w:p>
    <w:p>
      <w:r>
        <w:br/>
        <w:t>Там я довідався, що ображено молоду дівчину, панну Анрієтту Боннель, що тільки-но здобула в Парижі вчительський диплом і, не маючи ні батька, ні матері, відпочивала влітку у своїх дядька й тітки, чесних дрібних буржуа в Мозе.</w:t>
      </w:r>
    </w:p>
    <w:p>
      <w:r>
        <w:br/>
        <w:t>Дядько, на лихо Моренові, подав у суд скаргу на нього. Прокурор погоджувався припинити справу, якби ту скаргу забрали назад. Цього й треба було домогтися.</w:t>
      </w:r>
    </w:p>
    <w:p>
      <w:r>
        <w:br/>
        <w:t>Я вернувся до Морена — і застав його в постелі хворого з турботи та з печалі. Жінка його — кощава, бородата, гостра на язик особа — без угаву лаяла його та картала. Вона ввела мене до чоловіка в кімнату, кричачи мені просто в обличчя:</w:t>
      </w:r>
    </w:p>
    <w:p>
      <w:r>
        <w:br/>
        <w:t>— Хочете побачити оцю свиню Морена? Ну, так от він, скотина!</w:t>
      </w:r>
    </w:p>
    <w:p>
      <w:r>
        <w:br/>
        <w:t>І вона стала біля ліжка, взявшись у боки. Я розповів, як стоїть справа, і Морен попросив мене поїхати до тих людей. Місія була не конче приємна, проте я пристав на неї. Бідолаха безперестанку впевняв:</w:t>
      </w:r>
    </w:p>
    <w:p>
      <w:r>
        <w:br/>
        <w:t>— Правду кажу тобі, я її навіть не обняв, навіть не обняв, Їй-Богу!</w:t>
      </w:r>
    </w:p>
    <w:p>
      <w:r>
        <w:br/>
        <w:t>Я на те:</w:t>
      </w:r>
    </w:p>
    <w:p>
      <w:r>
        <w:br/>
        <w:t>— Однаково ти, проте, свиня, та й годі.</w:t>
      </w:r>
    </w:p>
    <w:p>
      <w:r>
        <w:br/>
        <w:t>І я взяв тисячу франків од нього, обіцяючи вжити їх так, як то мені здасться найкраще, аби залагодити все це діло.</w:t>
      </w:r>
    </w:p>
    <w:p>
      <w:r>
        <w:br/>
        <w:t>Одначе я не зважився сам іти до її дядька, а запросив собі за товариша Ріве. Той згодився, з умовою зараз же й рушити, бо другого дня по обіді мав якусь невідкладну справу в JIa-Рошелі.</w:t>
      </w:r>
    </w:p>
    <w:p>
      <w:r>
        <w:br/>
        <w:t>За дві години ми подзвонили біля дверей гарненького невеличкого сільського дому. Відчинила вродлива дівчина — вона сама, певна річ. Я пошепки мовив до Ріве:</w:t>
      </w:r>
    </w:p>
    <w:p>
      <w:r>
        <w:br/>
        <w:t>— Еге, я починаю розуміти Морена.</w:t>
      </w:r>
    </w:p>
    <w:p>
      <w:r>
        <w:br/>
        <w:t>Дядько, пан Тоннеле, був як на те передплатником "Світоча" й палким його однодумцем: він зустрів нас, як рідних, вітав, поздоровляв, стискав нам руки, радий та веселий, що бачить у себе— двох редакторів улюбленої газети. Ріве шепнув мені:</w:t>
      </w:r>
    </w:p>
    <w:p>
      <w:r>
        <w:br/>
        <w:t>— Гадаю, що нам удасться залагодити справу цій свині Моренові.</w:t>
      </w:r>
    </w:p>
    <w:p>
      <w:r>
        <w:br/>
        <w:t>Племінниця вийшла, і я взявся до делікатної справи. Я натякнув на скандал та лиху славу, що з того всього виникне: висловив думку, що такий брудний процес може зле відбитися на репутації молодої дівчини, бо ж ніхто в світі не повірить, ніби там був поцілунок, та й годі.</w:t>
      </w:r>
    </w:p>
    <w:p>
      <w:r>
        <w:br/>
        <w:t>Добряга нібито завагався, але він не міг нічого остаточного сказати без своєї жінки, а та мала вернутись додому аж пізно ввечері. Раптом він скрикнув радісно:</w:t>
      </w:r>
    </w:p>
    <w:p>
      <w:r>
        <w:br/>
        <w:t>— Стривайте, мені прийшла чудова думка! Ви гостюєте в мене, обідаєте, спочиваєте обидва, а як вернеться моя дружина, то вже ми до чогось договоримось.</w:t>
      </w:r>
    </w:p>
    <w:p>
      <w:r>
        <w:br/>
        <w:t>Ріве опирався, але бажання довести до краю справу отієї свині Морена взяло гору, і ми прийняли запросини.</w:t>
      </w:r>
    </w:p>
    <w:p>
      <w:r>
        <w:br/>
        <w:t>Дядько підвівся, сяючи з радості, покликав племінницю і запропонував нам усім піти прогулятися по його маєткові.</w:t>
      </w:r>
    </w:p>
    <w:p>
      <w:r>
        <w:br/>
        <w:t>— А поважні справи, — додав він, — поважні справи ввечері.</w:t>
      </w:r>
    </w:p>
    <w:p>
      <w:r>
        <w:br/>
        <w:t>Ріве завів з ним розмову про політику. Я ж опинився незабаром на кілька кроків ззаду, в парі з молодою дівчиною. Вона таки була напрочуд гарненька!</w:t>
      </w:r>
    </w:p>
    <w:p>
      <w:r>
        <w:br/>
        <w:t>Заходячи віддалік, без краю обережно, закинув я про ту пригоду, сподіваючись здобути собі в її особі спільницю.</w:t>
      </w:r>
    </w:p>
    <w:p>
      <w:r>
        <w:br/>
        <w:t>Та вона, здавалося, зовсім не відчувала ніяковості і слухала мою мову так, ніби все це вельми її цікавить і тішить.</w:t>
      </w:r>
    </w:p>
    <w:p>
      <w:r>
        <w:br/>
        <w:t>— Подумайте, мадемуазель, — казав я, — про всі ті прикрості, що мають спіткати вас. Вам доведеться стати перед судом, відчути на собі неприязні погляди, говорити перед чужими людьми, розказувати привселюдно про ту нещасливу пригоду в вагоні. Чи не краще, кажучи по щирості, було вам тоді не зчиняти жодної історії, гїоказати тому йолопові його місце і не кликати на поміч службовців, а просто собі пересісти в інший вагон?</w:t>
      </w:r>
    </w:p>
    <w:p>
      <w:r>
        <w:br/>
        <w:t>— Правда ваша, — засміялась вона, — але ж слухайте-но: я злякалась! А хто злякається, той не вміє вже міркувати. Зрозумівши потім усю ситуацію, я пожалкувала, що зчинила крик. Та не можна вже було вернути! До того ж дурень отой кинувся на мене, як скажений, мовчки, з божевільним обличчям. Я навіть не знала, чого він од мене хоче.</w:t>
      </w:r>
    </w:p>
    <w:p>
      <w:r>
        <w:br/>
        <w:t>Вона дивилася мені просто в вічі, без сорому і ніяковості. Я сказав сам собі: "Та вона не з боязких, ця дівчина! Розумію тепер, чому та свиня Морен схибнувся".</w:t>
      </w:r>
    </w:p>
    <w:p>
      <w:r>
        <w:br/>
        <w:t>І я вів далі жартома:</w:t>
      </w:r>
    </w:p>
    <w:p>
      <w:r>
        <w:br/>
        <w:t>— Згодьтесь, мадемуазель, що йому можна б вибачити:</w:t>
      </w:r>
    </w:p>
    <w:p>
      <w:r>
        <w:br/>
        <w:t>хто б мав стільки сили, щоб, зоставшись віч-на-віч з такою гарненькою особою, не відчути цілком природного бажання її поцілувати?</w:t>
      </w:r>
    </w:p>
    <w:p>
      <w:r>
        <w:br/>
        <w:t>Вона ще голосніше засміялась:</w:t>
      </w:r>
    </w:p>
    <w:p>
      <w:r>
        <w:br/>
        <w:t>— Одно — бажати, друге — чинити. Треба ж і про гречність не забувати.</w:t>
      </w:r>
    </w:p>
    <w:p>
      <w:r>
        <w:br/>
        <w:t>На цю милу, хоч трошки й загадкову, фразу я спитав раптом:</w:t>
      </w:r>
    </w:p>
    <w:p>
      <w:r>
        <w:br/>
        <w:t>— Ну, гаразд, а коли б я оце зараз поцілував вас, що б ви зробили?</w:t>
      </w:r>
    </w:p>
    <w:p>
      <w:r>
        <w:br/>
        <w:t>Дівчина спинилась, оглянула мене уважно — і спокійно промовила:</w:t>
      </w:r>
    </w:p>
    <w:p>
      <w:r>
        <w:br/>
        <w:t>— Ви! Ви зовсім інший.</w:t>
      </w:r>
    </w:p>
    <w:p>
      <w:r>
        <w:br/>
        <w:t>Я й сам знав, що я зовсім інший: недарма ж звали мене тоді по всій окрузі "красень Лабарб". Мені було тоді тридцять років.</w:t>
      </w:r>
    </w:p>
    <w:p>
      <w:r>
        <w:br/>
        <w:t>— Чому ж то так? — спитав я.</w:t>
      </w:r>
    </w:p>
    <w:p>
      <w:r>
        <w:br/>
        <w:t>JBoHa знизала плечима:</w:t>
      </w:r>
    </w:p>
    <w:p>
      <w:r>
        <w:br/>
        <w:t>— Ну, по-перше, тому, що ви розумніші за нього… — А потім, глянувши на мене спідлоба: —..і не такі бридкі.</w:t>
      </w:r>
    </w:p>
    <w:p>
      <w:r>
        <w:br/>
        <w:t>Тоді я, перш ніж устигла вона відхилитись, пристрасно поцілував її в щічку. Вона відскочила, але запізно.</w:t>
      </w:r>
    </w:p>
    <w:p>
      <w:r>
        <w:br/>
        <w:t>— Одначе ви, бачу, не з соромливих! — промовила дівчина. — Проте не робіть цього вдруге.</w:t>
      </w:r>
    </w:p>
    <w:p>
      <w:r>
        <w:br/>
        <w:t>А я їй, удаючи тихого та покірного:</w:t>
      </w:r>
    </w:p>
    <w:p>
      <w:r>
        <w:br/>
        <w:t>— О, нічого б мені так не хотілося, як стати на суд за те, в чому винуватять Морена.</w:t>
      </w:r>
    </w:p>
    <w:p>
      <w:r>
        <w:br/>
        <w:t>Тут уже вона запитала:</w:t>
      </w:r>
    </w:p>
    <w:p>
      <w:r>
        <w:br/>
        <w:t>— Чому ж то так?</w:t>
      </w:r>
    </w:p>
    <w:p>
      <w:r>
        <w:br/>
        <w:t>Я серйозно глянув їй у вічі:</w:t>
      </w:r>
    </w:p>
    <w:p>
      <w:r>
        <w:br/>
        <w:t>— Тому, що ви одна з найкращих у світі істот, тому, що для мене була б найбільша честь і слава, коли б пішла чутка, ніби я хотів вас звести. Адже тоді б кожен сказав, побачивши вас: "Еге, недарма Лабарбові доводиться покутувати свою провину. Проте він щасливий".</w:t>
      </w:r>
    </w:p>
    <w:p>
      <w:r>
        <w:br/>
        <w:t>— Та й дивак же ви! — знову засміялась Анрієтта від щирого серця.</w:t>
      </w:r>
    </w:p>
    <w:p>
      <w:r>
        <w:br/>
        <w:t>Не встигла вона того слова докінчити, як я вхопив її в обійми, жадібно цілуючи скрізь, де тільки міг: у волосся, в чоло, в очі, іноді в уста, у щоки, — бо ж вона, обороняючись од мене, мимоволі лишала незахищеним то те, то інше місце. Нарешті вирвалась, червона та гнівна.</w:t>
      </w:r>
    </w:p>
    <w:p>
      <w:r>
        <w:br/>
        <w:t>— Ви нахаба, добродію. Каюсь тепер, що слухала вашу мову.</w:t>
      </w:r>
    </w:p>
    <w:p>
      <w:r>
        <w:br/>
        <w:t>Я вхопив її за руку, трохи зніяковілий:</w:t>
      </w:r>
    </w:p>
    <w:p>
      <w:r>
        <w:br/>
        <w:t>— Пробачте мені, мадемуазель, пробачте… Я образив вас. Я був брутальний! Не гнівайтесь… Коли б ви знали…</w:t>
      </w:r>
    </w:p>
    <w:p>
      <w:r>
        <w:br/>
        <w:t>І я даремно силкувався якось виправдатись.</w:t>
      </w:r>
    </w:p>
    <w:p>
      <w:r>
        <w:br/>
        <w:t>— Нема мені чого знати! — відрізала вона.</w:t>
      </w:r>
    </w:p>
    <w:p>
      <w:r>
        <w:br/>
        <w:t>Раптом мені блиснула щаслива думка:</w:t>
      </w:r>
    </w:p>
    <w:p>
      <w:r>
        <w:br/>
        <w:t>— Мадемуазель! — скрикнув я. — Вже цілий рік, як я вас кохаю!</w:t>
      </w:r>
    </w:p>
    <w:p>
      <w:r>
        <w:br/>
        <w:t>Здивована, вона широко розплющила очі. Я тим часом провадив далі:</w:t>
      </w:r>
    </w:p>
    <w:p>
      <w:r>
        <w:br/>
        <w:t>— Так, так, вислухайте лишень. Я не знаю Морена, і що там мені до нього! Про мене, хай собі йде під суд, хай садовлять його у в’язницю… Це все мені байдуже! Я побачив вас торік, там он, біля тих граток. Це мене глибоко схвилювало, і відтоді образ ваш завжди зі мною. Вірте мені чи не вірте, воля ваша. Божественно гарною здались ви мені; день і ніч я про вас думав, прагнув знову побачити. Трапилась нагода — випадок з отією свинею Мореном, — і ось я тут. Сталось так, що я переступив межу. Пробачте мені, благаю вас, пробачте!</w:t>
      </w:r>
    </w:p>
    <w:p>
      <w:r>
        <w:br/>
        <w:t>Вона глянула мені в вічі, вивіряючи, чи правду я кажу, знову ладна всміхнутись, і тихенько промовила:</w:t>
      </w:r>
    </w:p>
    <w:p>
      <w:r>
        <w:br/>
        <w:t>— От вигадник!</w:t>
      </w:r>
    </w:p>
    <w:p>
      <w:r>
        <w:br/>
        <w:t>Я підняв руку і щирим тоном (гадаю навіть, що я ft справді був тоді щирий) підхопив:</w:t>
      </w:r>
    </w:p>
    <w:p>
      <w:r>
        <w:br/>
        <w:t>— Присягаюсь, я вас не обманюю.</w:t>
      </w:r>
    </w:p>
    <w:p>
      <w:r>
        <w:br/>
        <w:t>— Ну, ще що? — тільки й сказала вона.</w:t>
      </w:r>
    </w:p>
    <w:p>
      <w:r>
        <w:br/>
        <w:t>Ми були самі, зовсім таки самі; Ріве й дядько повернули в котрусь із алей. Я тоді виголосив ціле освідчення, довге та ніжне, стискаючи й цілуючи її пальчики. Вона слухала мої слова, як щось приємне й нове для неї, непевна, чи вірити тому, чи ні.</w:t>
      </w:r>
    </w:p>
    <w:p>
      <w:r>
        <w:br/>
        <w:t>Кінець кінцем я відчув справжнє хвилювання саме через те, що говорив; блідий, стурбований, тремтячий, я обережно обняв її стан. Нашіптував тихенько голубливі речі в маленьке, оточене кучерявим волоссям вушко. Дівчина ніби завмерла, охоплена солодкими мріями.</w:t>
      </w:r>
    </w:p>
    <w:p>
      <w:r>
        <w:br/>
        <w:t>Але от її рука зустрілася з моєю і стисла її. Я дедалі міцніше пригортав тонкий стан, а дівчина, нерухома, піддавалась моїм пестощам. Я діткнувся устами до и щічки — і враз несподівано вони злилися з її устами. Це був довгий-довгий поцілунок; він би тривав ще довше, якби я не-почув за собою: "Гм, гм…"</w:t>
      </w:r>
    </w:p>
    <w:p>
      <w:r>
        <w:br/>
        <w:t>Вона пурхнула і зникла в гущавині. Обернувшись, я побачив Ріве, що простував до мене. Приятель мій зупинився і поважно мовив:</w:t>
      </w:r>
    </w:p>
    <w:p>
      <w:r>
        <w:br/>
        <w:t>— Так ось як ти залагоджуєш справу тієї свині Морена!</w:t>
      </w:r>
    </w:p>
    <w:p>
      <w:r>
        <w:br/>
        <w:t>— Кожен робить, що може, друже мій! — мовив я са-мовдоволено. — А як там дядько? Переконав ти його? За племінницю я ручусь.</w:t>
      </w:r>
    </w:p>
    <w:p>
      <w:r>
        <w:br/>
        <w:t>Ріве тоді:</w:t>
      </w:r>
    </w:p>
    <w:p>
      <w:r>
        <w:br/>
        <w:t>— Ну, з дядьком мені не так пощастило.</w:t>
      </w:r>
    </w:p>
    <w:p>
      <w:r>
        <w:br/>
        <w:t>І ми, взявшись попідруки, рушили назад.</w:t>
      </w:r>
    </w:p>
    <w:p>
      <w:r>
        <w:br/>
        <w:t>Ill</w:t>
      </w:r>
    </w:p>
    <w:p>
      <w:r>
        <w:br/>
        <w:t>За обідом я відчув, що божеволію. Я сидів поруч неї, і щохвилини рука моя під скатертиною зустрічалася з її рукою; нога моя притискала її ніжку, і погляди наші раз у раз схрещувались і зливались.</w:t>
      </w:r>
    </w:p>
    <w:p>
      <w:r>
        <w:br/>
        <w:t>Настала місячна ніч, ми вийшли ще трохи пройтись, і я шептав дівчині усі солодкі речі, що тільки спадали мені на думку, пригортав і цілував її щохвилини. Поперед нас дядько сперечався про щось із Ріве. Великі їхні тіні пересувалися за ними по піщаній доріжці.</w:t>
      </w:r>
    </w:p>
    <w:p>
      <w:r>
        <w:br/>
        <w:t>Незабаром після того як ми вернулись у дім, принесли телеграму від тітки, що вона прибуде аж узавтра вранці, першим поїздом.</w:t>
      </w:r>
    </w:p>
    <w:p>
      <w:r>
        <w:br/>
        <w:t>— Ну, Анрієтто, — сказав дядько, — піди покажи гостям їхні кімнати.</w:t>
      </w:r>
    </w:p>
    <w:p>
      <w:r>
        <w:br/>
        <w:t>Побажавши старому доброго відпочинку, ми пішли за Анріеттою. Вона спершу завела нас до кімнати, де мав спати Ріве, і той шепнув мені на вухо:</w:t>
      </w:r>
    </w:p>
    <w:p>
      <w:r>
        <w:br/>
        <w:t>— Бач, не повела спочатку до тебе.</w:t>
      </w:r>
    </w:p>
    <w:p>
      <w:r>
        <w:br/>
        <w:t>Далі дівчина показала мені мою постіль. Тільки-но залишились ми наодинці, як я зараз же знову обняв її, намагаючись пестощами затуманити їй розум і зламати опір. Та, відчувши, що от-от втратить останню силу, вона втекла від мене.</w:t>
      </w:r>
    </w:p>
    <w:p>
      <w:r>
        <w:br/>
        <w:t>Я ліг під ковдру, дуже стурбований, вражений, зніяковілий, добре знаючи, що не засну, роздумуючи, що саме вчинив я недоладного, — аж раптом хтось легенько постукав у двері.</w:t>
      </w:r>
    </w:p>
    <w:p>
      <w:r>
        <w:br/>
        <w:t>— Хто там? — спитав я.</w:t>
      </w:r>
    </w:p>
    <w:p>
      <w:r>
        <w:br/>
        <w:t>— Це я! — відповів тихий голос.</w:t>
      </w:r>
    </w:p>
    <w:p>
      <w:r>
        <w:br/>
        <w:t>Я швиденько одягся, відчинив. Ввійшла Анрієтта.</w:t>
      </w:r>
    </w:p>
    <w:p>
      <w:r>
        <w:br/>
        <w:t>— Я забула, — сказала вона, — спитати, що п’єте ви вранці: шоколад, каву чи чай?</w:t>
      </w:r>
    </w:p>
    <w:p>
      <w:r>
        <w:br/>
        <w:t>Я палко обняв її:</w:t>
      </w:r>
    </w:p>
    <w:p>
      <w:r>
        <w:br/>
        <w:t>— Я п’ю… я п’ю… я п’ю…</w:t>
      </w:r>
    </w:p>
    <w:p>
      <w:r>
        <w:br/>
        <w:t>Та вона випорснула в мене з рук, погасила свічку і зникла.</w:t>
      </w:r>
    </w:p>
    <w:p>
      <w:r>
        <w:br/>
        <w:t>Я залишився сам, розлютований, шукаючи в темряві сірників і не знаходячи їх. Знайшов нарешті і з свічкою в руках, напівбожевільний, вийшов у коридор.</w:t>
      </w:r>
    </w:p>
    <w:p>
      <w:r>
        <w:br/>
        <w:t>Що мав я зробити? Я не роздумував про те. Я хотів її знайти, я хотів її мати. Пройшов кілька крюків без жодних думок, без тями, і враз мені майнуло в голові: "А що, коли я потраплю до дядька? Що я скажу йому?" Я остовпів, голова в мене ніби спорожніла, тільки серце шалено билося. Минуло кілька хвилин, доки я натрапив на відповідь: "А чорт, скажу йому, що шукав Ріве — поговорити з ним у пильній справі".</w:t>
      </w:r>
    </w:p>
    <w:p>
      <w:r>
        <w:br/>
        <w:t>Я заходився розглядати двері, шукаючи тих, що ведуть до Анрієтти. Та не було з чого їх пізнати. Навмання взявся за один з ключів і повернув його. Двері відчинились, я ввійшов. Анрієтта, сама не своя, сиділа на постелі й дивилась на мене.</w:t>
      </w:r>
    </w:p>
    <w:p>
      <w:r>
        <w:br/>
        <w:t>Тоді я обережно зачинив двері на засув і, підійшовши навшпиньках, сказав:</w:t>
      </w:r>
    </w:p>
    <w:p>
      <w:r>
        <w:br/>
        <w:t>— Я забув вас попросити дати мені що-небудь почитати.</w:t>
      </w:r>
    </w:p>
    <w:p>
      <w:r>
        <w:br/>
        <w:t>Вона пручалась, але я незабаром знайшов бажану книжку. Не скажу заголовка, та по щирості — це був найкращий із романів, поема над поемами.</w:t>
      </w:r>
    </w:p>
    <w:p>
      <w:r>
        <w:br/>
        <w:t>Щойно я перегорнув першу сторінку, вона мені дозволила читати далі, скільки захочу; і ми перейшли стільки розділів, що наші свічки згоріли вщент.</w:t>
      </w:r>
    </w:p>
    <w:p>
      <w:r>
        <w:br/>
        <w:t>Висловивши їй ніжку подяку, я обережною ходою пішов до своєї кімнати. Зненацька чиясь рука зупинила мене. То був Ріве.</w:t>
      </w:r>
    </w:p>
    <w:p>
      <w:r>
        <w:br/>
        <w:t>— Ти ще не довів до кінця справи отієї свині Морена? — шепнув він.</w:t>
      </w:r>
    </w:p>
    <w:p>
      <w:r>
        <w:br/>
        <w:t>О сьомій ранку вона сама принесла мені чашку шоколаду. Ніколи не доводилось мені пити смачнішого. То був солодкий до знемоги, м’який, ніжний, запахущий, п’янкий шоколад. Я не міг одірвати губів од чудової чашки.</w:t>
      </w:r>
    </w:p>
    <w:p>
      <w:r>
        <w:br/>
        <w:t>Ледве встигла Анрієтта вийти, як увійшов до мене Ріве. Він, здавалося, трохи нервував, як людина, що їй зовсім не спалось.</w:t>
      </w:r>
    </w:p>
    <w:p>
      <w:r>
        <w:br/>
        <w:t>— Якщо так триватиме далі, ти зіпсуєш отій свині Моренові всю справу! — бовкнув він роздратованим, похмурим голосом.</w:t>
      </w:r>
    </w:p>
    <w:p>
      <w:r>
        <w:br/>
        <w:t>0 восьмій прибула тітка. Розмова була коротка. Ці славні люди погодились узяти назад свою скаргу, а я лишив їм п'ятсот франків на місцевих бідарів.</w:t>
      </w:r>
    </w:p>
    <w:p>
      <w:r>
        <w:br/>
        <w:t>Тоді нас запросили погостювати ще день. Планувалося влаштувати екскурсію на якісь там руїни. Лнрієтта за спиною в старих подавала мені знаки: "Зоставайся-бо".</w:t>
      </w:r>
    </w:p>
    <w:p>
      <w:r>
        <w:br/>
        <w:t>Я був не від того, та Ріве напосідав їхати.</w:t>
      </w:r>
    </w:p>
    <w:p>
      <w:r>
        <w:br/>
        <w:t>Відвівши приятеля набік, я благав його, як тільки вмів, я вмовляв:</w:t>
      </w:r>
    </w:p>
    <w:p>
      <w:r>
        <w:br/>
        <w:t>— Слухай, любий мій Ріве, зроби це для мене!</w:t>
      </w:r>
    </w:p>
    <w:p>
      <w:r>
        <w:br/>
        <w:t>Але він роздратовано відказав:</w:t>
      </w:r>
    </w:p>
    <w:p>
      <w:r>
        <w:br/>
        <w:t>— Ні, досить уже з мене цього! Чуєш! Досить уже мені справи з отією* свинею Мореном!</w:t>
      </w:r>
    </w:p>
    <w:p>
      <w:r>
        <w:br/>
        <w:t>Дуже не хотілося мені від’їздити. Це була одна з найтяжчих у моїм житті хвилин. Я залюбки влагоджував би Моренову справу до кінця свого життя.</w:t>
      </w:r>
    </w:p>
    <w:p>
      <w:r>
        <w:br/>
        <w:t>У вагоні, після міцних німих стисків рук на прощання, я сказав Ріве:</w:t>
      </w:r>
    </w:p>
    <w:p>
      <w:r>
        <w:br/>
        <w:t>— Тварюка ти, от що!</w:t>
      </w:r>
    </w:p>
    <w:p>
      <w:r>
        <w:br/>
        <w:t>А він мені:</w:t>
      </w:r>
    </w:p>
    <w:p>
      <w:r>
        <w:br/>
        <w:t>— Ти починав уже мене з біса дратувати.</w:t>
      </w:r>
    </w:p>
    <w:p>
      <w:r>
        <w:br/>
        <w:t>Підходячи до редакції "Світоча", я побачив, що на нас</w:t>
      </w:r>
    </w:p>
    <w:p>
      <w:r>
        <w:br/>
        <w:t>чекає ціла юрба. Тільки-но нас побачили, як почулися запитання:</w:t>
      </w:r>
    </w:p>
    <w:p>
      <w:r>
        <w:br/>
        <w:t>— Ну, як там з отією свинею Мореном?</w:t>
      </w:r>
    </w:p>
    <w:p>
      <w:r>
        <w:br/>
        <w:t>Усе місто зворушила та історія. Ріве — злий настрій у нього по дорозі розвіявся — ледве не пирснув зо сміху, одказуючи:</w:t>
      </w:r>
    </w:p>
    <w:p>
      <w:r>
        <w:br/>
        <w:t>— Дякувати Лабарбові все вийшло добре.</w:t>
      </w:r>
    </w:p>
    <w:p>
      <w:r>
        <w:br/>
        <w:t>1 ми рушили до Морена.</w:t>
      </w:r>
    </w:p>
    <w:p>
      <w:r>
        <w:br/>
        <w:t>Він напівлежав у кріслі, з гірчичниками на ногах і холодним компресом на голові, знеможений од турботи. Він безнастанно кашляв тим кашлем, що буває у людини перед смертю, та невідомо було, як то він простудився. Жінка дивилася на нього очима тигриці, що от-от має розірвати свою здобич.</w:t>
      </w:r>
    </w:p>
    <w:p>
      <w:r>
        <w:br/>
        <w:t>Щойно ми ввійшли, у нього руки й ноги затрусились.</w:t>
      </w:r>
    </w:p>
    <w:p>
      <w:r>
        <w:br/>
        <w:t>— Все гаразд, бовдуре, тільки не роби такого вдруге.</w:t>
      </w:r>
    </w:p>
    <w:p>
      <w:r>
        <w:br/>
        <w:t>Він підвівся, задихаючись, схопив мене за руки, цілуючи</w:t>
      </w:r>
    </w:p>
    <w:p>
      <w:r>
        <w:br/>
        <w:t>їх, ніби якому принцові, заплакав, ледве не втратив тяму, обняв Ріве, обняв пані Морен… Та штовхнула його, аж він упав на крісло.</w:t>
      </w:r>
    </w:p>
    <w:p>
      <w:r>
        <w:br/>
        <w:t>Цей випадок на все життя відбився на бідоласі, надто він його жорстоко вразив.</w:t>
      </w:r>
    </w:p>
    <w:p>
      <w:r>
        <w:br/>
        <w:t>Відтоді його не звали інакше, як тільки "ота свиня Морен". Цей епітет колов його щоразу, як удар шпагою. Коли якийсь пустун кричав на вулиці "свиня!", — Морен мимохіть оглядався. Приятелі страшенно допікали йому, коли жартома, за столом, показували на шинку й запитували:</w:t>
      </w:r>
    </w:p>
    <w:p>
      <w:r>
        <w:br/>
        <w:t>— Це не твоя часом?</w:t>
      </w:r>
    </w:p>
    <w:p>
      <w:r>
        <w:br/>
        <w:t>Через два роки після цієї історії він помер.</w:t>
      </w:r>
    </w:p>
    <w:p>
      <w:r>
        <w:br/>
        <w:t>Щодо мене, то, виставляючи свою кандидатуру в депутати тисяча вісімсот сімдесят п’ятого року, я в одній справі пішов якось до нотаріуса в Тусері, пана Бельонкля. Ставна, гарна та пишна дама зустріла мене.</w:t>
      </w:r>
    </w:p>
    <w:p>
      <w:r>
        <w:br/>
        <w:t>— Не впізнаєте? — спитала вона.</w:t>
      </w:r>
    </w:p>
    <w:p>
      <w:r>
        <w:br/>
        <w:t>— Та… ні, пані,— відповів я.</w:t>
      </w:r>
    </w:p>
    <w:p>
      <w:r>
        <w:br/>
        <w:t>— Анрієтта Боннель.</w:t>
      </w:r>
    </w:p>
    <w:p>
      <w:r>
        <w:br/>
        <w:t>— А! — І я відчув, що блідну.</w:t>
      </w:r>
    </w:p>
    <w:p>
      <w:r>
        <w:br/>
        <w:t>А вона спокійно дивилась на мене й усміхалась.</w:t>
      </w:r>
    </w:p>
    <w:p>
      <w:r>
        <w:br/>
        <w:t>Коли я залишився на самоті з її чоловіком, він узяв мене за руки і так міцно стис їх, аж мало не зламав.</w:t>
      </w:r>
    </w:p>
    <w:p>
      <w:r>
        <w:br/>
        <w:t>— Давненько вже, добродію, — мовив він, — хотів я з вами побачитись. Дружина моя стільки про вас говорила. Я знаю… Так, я знаю, за яких неприємних обставин ви з нею спізнались, знаю, скільки ви проявили делікатності, такту, дружньої відданості…— Потім він якусь хвилину вагався, а тоді докінчив пошепки, ніби мав сказати щось непристойне: —…у справі отієї свині Морена.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свиня Морен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