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Циган</w:t>
      </w:r>
    </w:p>
    <w:p>
      <w:r>
        <w:br/>
        <w:t xml:space="preserve"> &lt;p&gt;(Уривок з казки)</w:t>
      </w:r>
    </w:p>
    <w:p>
      <w:r>
        <w:br/>
        <w:t>Був собі колись якийсь-то циган, та такий же то прогіркий п'яниця, що й не приведи господи! Чи є у його яка копійчина, так і несе її у шинк, чи яка жупанина — він і її туди ж пре!</w:t>
      </w:r>
    </w:p>
    <w:p>
      <w:r>
        <w:br/>
        <w:t>А жінка з дітьми, голі й босі, пропадають без хліба. Танцюють-танцюють халяндри, пішовши у Вороніж (бо вони стояли шатром біля Вороніжа), так що ж бо? Народ не дуже заглядується на їх танці, бо вже вони нікому не в дивовижу.</w:t>
      </w:r>
    </w:p>
    <w:p>
      <w:r>
        <w:br/>
        <w:t>А батько, я ж кажу, волочиться по шинках та п'є, та гайнує, та б'ється навкулачки з мужиками. Поб'ють йому усю пику, попідставляють окуляри, порозривають на ньому одежу, спакостять нінащо чоловіка; от тоді вже він і тягне до господи та й лежить під шатром, як той кабан у берлозі, поки йому одлигне там трохи на серці.</w:t>
      </w:r>
    </w:p>
    <w:p>
      <w:r>
        <w:br/>
        <w:t>Такий-то вдався собі навіжений циган!</w:t>
      </w:r>
    </w:p>
    <w:p>
      <w:r>
        <w:br/>
        <w:t>Отак раз пізно ішов він з шинку додому. Чи йшов він, чи рачки ліз, сього вам не скажу, бо вже давно смерклось, чути тільки було, що дуже кректав і спотикавсь, далі впав, здихнув разів зо два та й захріп на усе поле.</w:t>
      </w:r>
    </w:p>
    <w:p>
      <w:r>
        <w:br/>
        <w:t>На той час довелось їхати тим шляхом якомусь панові. Аж ось коні — хвить набік, аж трохи воза йому не перекинули.</w:t>
      </w:r>
    </w:p>
    <w:p>
      <w:r>
        <w:br/>
        <w:t>— Стій! Що там таке?</w:t>
      </w:r>
    </w:p>
    <w:p>
      <w:r>
        <w:br/>
        <w:t>Роздивились, аж п'яний циган.</w:t>
      </w:r>
    </w:p>
    <w:p>
      <w:r>
        <w:br/>
        <w:t>— Узять його з собою! — каже пан свому поганяйлові.</w:t>
      </w:r>
    </w:p>
    <w:p>
      <w:r>
        <w:br/>
        <w:t>Узять так і взять,— з панським, кажуть, свого язика не рівняй: коли довгий, то прикоротчають; коли короткий — то витягнуть.</w:t>
      </w:r>
    </w:p>
    <w:p>
      <w:r>
        <w:br/>
        <w:t>Машталяр зліз з воза, розштовхав під боки цигана та й підвів до воза.</w:t>
      </w:r>
    </w:p>
    <w:p>
      <w:r>
        <w:br/>
        <w:t>— Куди оце ти мене цупиш? — питається у його циган.</w:t>
      </w:r>
    </w:p>
    <w:p>
      <w:r>
        <w:br/>
        <w:t>— Лізь, кажуть тобі, на віз!</w:t>
      </w:r>
    </w:p>
    <w:p>
      <w:r>
        <w:br/>
        <w:t>— На віз? Ну, се ще не велика біда! — каже циган. Сів собі любенько коло пана та й захріп знов на усе поле.</w:t>
      </w:r>
    </w:p>
    <w:p>
      <w:r>
        <w:br/>
        <w:t>Прокинувшись на другий день, циган як глянув, так і зомлів!..</w:t>
      </w:r>
    </w:p>
    <w:p>
      <w:r>
        <w:br/>
        <w:t>— Де оце я?.. Куди се я забравсь?.. Чи не в шинку? Так ніт же бо: у шинку вікна не такі, та й стільців немає. Ну, не дай боже, та хто застане мене у сих будинках! Адже ж на мені й волосся не зоставлють — скажуть, що я прийшов красти! Отже, коли прийшло на мою голову лихо!</w:t>
      </w:r>
    </w:p>
    <w:p>
      <w:r>
        <w:br/>
        <w:t>Тільки що се сказав, аж ось двері рип — і увійшов якийсь синєкаптанник.</w:t>
      </w:r>
    </w:p>
    <w:p>
      <w:r>
        <w:br/>
        <w:t>— Добродію! — каже до його циган.— Коли я сюди зайшов красти, або чого другого, то от чорна земля, щоб я іще почорнів! Щоб мені і руки й ноги повсихали! Щоб я зараз сказився! Щоб світу божого не побачив, коли я знаю, де я, і що, і куди оце я зайшов!..</w:t>
      </w:r>
    </w:p>
    <w:p>
      <w:r>
        <w:br/>
        <w:t>— Що се ви, пане? — каже добродій.— Чого се ви так божитесь?</w:t>
      </w:r>
    </w:p>
    <w:p>
      <w:r>
        <w:br/>
        <w:t>— Який же я пан? Я не пан, а циган!</w:t>
      </w:r>
    </w:p>
    <w:p>
      <w:r>
        <w:br/>
        <w:t>— Господь з вами, пане! Що оце вам приснилось? Чи ви ж таки на цигана походили?</w:t>
      </w:r>
    </w:p>
    <w:p>
      <w:r>
        <w:br/>
        <w:t>"Що за мара така?" — думає циган.</w:t>
      </w:r>
    </w:p>
    <w:p>
      <w:r>
        <w:br/>
        <w:t>— Чоловіче добрий! Годі тобі глузовать! Виведи тільки мене із сих хат, так я твого й панства не хочу, та й знайди мені мій бриль та свитку.</w:t>
      </w:r>
    </w:p>
    <w:p>
      <w:r>
        <w:br/>
        <w:t>— Та що-бо оце ви мені кажете, пане? Як би я посмів над вами глузовати? Нате лишень одягайтесь, та ось принесу вам чаю.</w:t>
      </w:r>
    </w:p>
    <w:p>
      <w:r>
        <w:br/>
        <w:t>"Що за диво? — думає циган.— Справді він до мене так говорить, як до пана. Надіну вже, так і буть, сей жупан: що буде, то буде!"</w:t>
      </w:r>
    </w:p>
    <w:p>
      <w:r>
        <w:br/>
        <w:t>Аж ось несуть йому чаю — він п'є; дають люльку — він і люльку тягне, дають поросятини — їсть він і поросятину. А потім знов чаю, а потім знов ковбас та поросятини, так що аж живіт йому обдуло!</w:t>
      </w:r>
    </w:p>
    <w:p>
      <w:r>
        <w:br/>
        <w:t>На другий день, ще він не прочинавсь, а тут йому уже й несуть чаю, горілки, вареників, ковбас, сала — так що йому уже і в пельку не потовпилось!</w:t>
      </w:r>
    </w:p>
    <w:p>
      <w:r>
        <w:br/>
        <w:t>От циган бачить, що всі йому кланяються у пояс та знай величають паном — перестав боятись і давай орудувать по-своєму:</w:t>
      </w:r>
    </w:p>
    <w:p>
      <w:r>
        <w:br/>
        <w:t>— Горілки! Музику! — гукнув він на прислужників.</w:t>
      </w:r>
    </w:p>
    <w:p>
      <w:r>
        <w:br/>
        <w:t>І зараз вродилась горілка й музика.</w:t>
      </w:r>
    </w:p>
    <w:p>
      <w:r>
        <w:br/>
        <w:t>Циган дмухнув разом з кварту, покректав, закусив та так повеселів, що аж підскочив:</w:t>
      </w:r>
    </w:p>
    <w:p>
      <w:r>
        <w:br/>
        <w:t>— А нуте горлиці!</w:t>
      </w:r>
    </w:p>
    <w:p>
      <w:r>
        <w:br/>
        <w:t>Музики загули, а циган так і пішов кружка по мальованому помосту.</w:t>
      </w:r>
    </w:p>
    <w:p>
      <w:r>
        <w:br/>
        <w:t>— А що ж ви не танцюєте, вражі діти? — гукнув він на людей.— Танцюйте! Пийте! Їжте! Я не жалую нічого!</w:t>
      </w:r>
    </w:p>
    <w:p>
      <w:r>
        <w:br/>
        <w:t>От і народ давай виступать по одному та по двоє — і підняли такий ґвалт, як на весіллі!</w:t>
      </w:r>
    </w:p>
    <w:p>
      <w:r>
        <w:br/>
        <w:t>А циган же то вискакує та виспівує навперейми, кричить, гогоче, частує народ і сам п'є — так що й перестаю йому нема. Знай тільки погукує:</w:t>
      </w:r>
    </w:p>
    <w:p>
      <w:r>
        <w:br/>
        <w:t>Гей грай, коли граєш,</w:t>
      </w:r>
    </w:p>
    <w:p>
      <w:r>
        <w:br/>
        <w:t>Коли чорні брови маєш!..</w:t>
      </w:r>
    </w:p>
    <w:p>
      <w:r>
        <w:br/>
        <w:t>Вже й вечір, а циган ґвалтує, а циган коїть лиху годину! Да вже як зусім осмеркло, він змігся та і впав, як сніп, п'яний на поміст.</w:t>
      </w:r>
    </w:p>
    <w:p>
      <w:r>
        <w:br/>
        <w:t>От тоді пан звелів знов одвезти його та й положить на дорозі.</w:t>
      </w:r>
    </w:p>
    <w:p>
      <w:r>
        <w:br/>
        <w:t>Так і зробили.</w:t>
      </w:r>
    </w:p>
    <w:p>
      <w:r>
        <w:br/>
        <w:t>Хропе циган, неборак, на усе поле — аж вороння жахається на березах! Вже й світ, а він спить; вже люди й жать ідуть, а він почиває, як після маківки!</w:t>
      </w:r>
    </w:p>
    <w:p>
      <w:r>
        <w:br/>
        <w:t>От стали його будити:</w:t>
      </w:r>
    </w:p>
    <w:p>
      <w:r>
        <w:br/>
        <w:t>— Вакуло! Уставай! Уставай!</w:t>
      </w:r>
    </w:p>
    <w:p>
      <w:r>
        <w:br/>
        <w:t>— Пійдіть ви собі к дияволу! — загукав до них Вакула.— Чаю, бісові діти!</w:t>
      </w:r>
    </w:p>
    <w:p>
      <w:r>
        <w:br/>
        <w:t>— Тю! Навісноголовий! Тю! Га! Дурний! — і пішли реготатись та тюкати на бідного Вакулу.</w:t>
      </w:r>
    </w:p>
    <w:p>
      <w:r>
        <w:br/>
        <w:t>Циган підвівся і бачить, що се вже щось не по-вчорашньому.</w:t>
      </w:r>
    </w:p>
    <w:p>
      <w:r>
        <w:br/>
        <w:t>— А де ж музики? — спитав він.</w:t>
      </w:r>
    </w:p>
    <w:p>
      <w:r>
        <w:br/>
        <w:t>— Які музики?</w:t>
      </w:r>
    </w:p>
    <w:p>
      <w:r>
        <w:br/>
        <w:t>— Як які? Аже ж я ваш пан!</w:t>
      </w:r>
    </w:p>
    <w:p>
      <w:r>
        <w:br/>
        <w:t>— Тю! Навіжений! Що се тобі приснилось?</w:t>
      </w:r>
    </w:p>
    <w:p>
      <w:r>
        <w:br/>
        <w:t>Оторопів мій циган, розставив ноги і вирячив на народ очі. "Може, й справді се мені приснилось!" — думає він. Та й не став нікому розказувати, щоб ще більше з його не глузовали та не приложили йому якого імення.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