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Кравчини обідають</w:t>
      </w:r>
    </w:p>
    <w:p>
      <w:r>
        <w:br/>
        <w:t xml:space="preserve"> &lt;p&gt;Садиба Юхима Кравчини при самій луці, її щороку заливає паводок, і нічого на ній путящого не родить, хіба кормові буряки та ще коноплі. Але й коноплі виганяють, як верболіз, не на прядиво годящі, а скоріш на паливо. Про картоплю й балакати нічого: нікудишня, кормова картопля. Юхим щоосені продає її в районному містечку або в Полтаві — городянам аби велика,— а собі купує польової, піскуватої.</w:t>
      </w:r>
    </w:p>
    <w:p>
      <w:r>
        <w:br/>
        <w:t>Зате сіна в Кравчини найкращі — густі та розкішні, косу не потягнеш, як вистигнуть. І з усякої трави. Не сіно — чай.</w:t>
      </w:r>
    </w:p>
    <w:p>
      <w:r>
        <w:br/>
        <w:t>"Зараз таке: у кого сіно, у того й гроші",— метикує поміж дядьками Юхим і всміхається, дивлячись у землю, та підборіддя легенько пальцями помацує.</w:t>
      </w:r>
    </w:p>
    <w:p>
      <w:r>
        <w:br/>
        <w:t>З ним погоджуються, бо всяк годен помножити чотири-п'ять копичок сіна та дві-три отави на шістдесят або й сімдесят карбованців. З грядки таких грошей не вторгуєш. Погоджуються та похвалюють Юхима у вічі. А позаочі сміються: що ж то за хазяїн, коли не примовчує про якусь там свою вигоду. Хіба розумні так роблять? Коли ти розумний, то, побудувавши, приміром, нову добру хату, не хвалися, а краще побідкайся: "Та нап'яв курінчик, холодно взимку, хоч собак ганяй. Цегла недопалена. Або — перепалена".</w:t>
      </w:r>
    </w:p>
    <w:p>
      <w:r>
        <w:br/>
        <w:t>Уродили гарні помідори, кажи: "Негодящі сей год помідори, пов'язалося таке, як бубурішки". Всі знають, що це брехня, однак шанують, бо вважають, що то людина з розумом. Хазяїн! Або ще таке. Маєш гроші в загашнику, а тут прийшли позичати,— божися: "Та немає, чоловіче добрий, і на сіль., хай мене хрест поб'є!" Проведи позичальника з хати та ще й з порога, в спину йому докинь: "Якби ж були, то хіба б я що — пожалкував?"</w:t>
      </w:r>
    </w:p>
    <w:p>
      <w:r>
        <w:br/>
        <w:t>Юхим цього не любить. Юхим любить навпаки. Почіпляється на його одну-єдину яблуню-райку десятків зо три яблучок — хвалиться в гурті: "А вже ж і яблук у мене вродило!.. Листя не видно. Наче бджолиний рій обсів — золотенькі такі та червонобокенькі". Або: "Ну й буряки ж у мене вдалися... Один на пуд тягне. Як цеберяччя". Піде рибу вудити — піймав чи не піймав, а прихвасне: "Сьогодні рано присидів отам на Кулинчиному... Недовго й вудив, а на дві сковороди набралося".</w:t>
      </w:r>
    </w:p>
    <w:p>
      <w:r>
        <w:br/>
        <w:t>Незлостиві дядьки на те тільки головами підкивують, а лукавіші, тамуючи занудисту посмішку, питають, наче й не підступно, а з щирої цікавості: "Розкажи лишень, Юхиме, як ти минка позаторік ловив".</w:t>
      </w:r>
    </w:p>
    <w:p>
      <w:r>
        <w:br/>
        <w:t>Юхим закручує цигарку і повільненько так заводить: "А-а, то було. Пішов я тоді вдосвіта отуди за Оступ, тільки закинув снасть, став закурювати, дивлюся — гне, вже й кінець вудлища у воду вмочило. Підбив, тягну. Дебеленьке щось, чую. Витяг, а воно сама голова з минка... Чи я, мо', дуже підбив?"</w:t>
      </w:r>
    </w:p>
    <w:p>
      <w:r>
        <w:br/>
        <w:t>Тут уже всі слухачі, навіть поважні дядьки, регочуться. А той, що питав, ще й присолить по паузі: "Я, на твоєму місці бувши, Юхиме, оті райки вже давно б обтрусив, бо гілля поламає к лихій годині... "</w:t>
      </w:r>
    </w:p>
    <w:p>
      <w:r>
        <w:br/>
        <w:t>І в реготи, і в реготи: і з того, що в Юхима, крім хирлявої яблуньки, нічого більше не росте (скільки не садив — вимокає), і з того, що сіно в нього родить, і з добрих буряків, і з риби...</w:t>
      </w:r>
    </w:p>
    <w:p>
      <w:r>
        <w:br/>
        <w:t>Юхим на те зобиджено кліпає підсмаленими коло горна рудими віями, встає од гурту і, згорбившись, іде до кузні, а вслід йому:</w:t>
      </w:r>
    </w:p>
    <w:p>
      <w:r>
        <w:br/>
        <w:t>— Га-га-га! Ках-ках-ках! Щоб знав, як винашуватись... Ото, щоб знав!..</w:t>
      </w:r>
    </w:p>
    <w:p>
      <w:r>
        <w:br/>
        <w:t>А Юхим розводить притухле за балачкою горно, пшакає міхом так, що іскри аж із бовдурів летять, і бурмоче: "Реготно їм, реготно, кугутня чортова! Ось прийде котрийсь та попросить: зроби, Юхиме, те, зроби се, то дулі зроблю".</w:t>
      </w:r>
    </w:p>
    <w:p>
      <w:r>
        <w:br/>
        <w:t>Однак минає день-два. Юхим забуває образу і нікому ні в чому не відмовляє. До того ж дядьки вже знають, як легко до коваля підкотитися. Треба тільки стати на порозі кузні, кахикнути раз та вдруге й сказати лагідненько: "Драстуй, Явдокимовичу! Як воно сьогодні кується-клепається? Нівроку? А я вийшов уранці, чую, молоточок твій так і витьохкує, так і витьохкує... От уже послав тобі Бог кебети до цього діла!" Це — лукавіші. А хто хитрувати не хоче або не вміє, той почне: "Ти, Юхиме, за вчорашнє не сердься. Ми ж не зо зла, а так, з дурного, сказать би, ума... "</w:t>
      </w:r>
    </w:p>
    <w:p>
      <w:r>
        <w:br/>
        <w:t>"Та я що ж, не помічаю, чи що,— мирно одказує Кравчина, а самому аж горло перехопить, так йому любенько на душі робиться.— Давай, що там у тебе". І робить між ділом, що бригадир за нарядом дав, тому клямку, тому шпуги — двері навісити, тому ляду до погреба обкує. А як немає нагальної роботи, то зачиняє кузню і йде в сосновий бір — "хоч там подихаєш не чадом та циндрою". Бір починається одразу ж за кузнею і тягнеться косогорами понад річкою аж до дальнього села Бірок. Юхим грузиться по піску, чує під підошвами кожну шишку і наслухає дятла. А забачивши його, стає неподалік, закурює цигарку й дивиться, як той вимахує голівкою та вицюкує дзьобом.</w:t>
      </w:r>
    </w:p>
    <w:p>
      <w:r>
        <w:br/>
        <w:t>"Ач, який ковалик",— думає, пихкаючи димом, і йде собі далі, до низів, порослих вільшиною, од якої тягне болотом та перемоклим у воді сушняком: тут йому найлегше дихається і найпрохолодніше після кузні. Потім при нагоді Юхим не промине ні з того ні з сього запитати у співбесідника:</w:t>
      </w:r>
    </w:p>
    <w:p>
      <w:r>
        <w:br/>
        <w:t>"А чи ти знаєш, яка птаха найроботяща? Ні? То я скажу. Дятел,— і постукує твердим, давно не зрізуваним нігтем по ковадлу.— Горобець — то курка. Налетів у двір, стриб-скок поміж курми, дзьоб-дзьоб, нахватався і втік. Голуб — ледащо. Оддудурить воло й ходить, жде, поки нагодують. Сорока — злодюга, на живе кидається. Сойка, як циганка: що набачила, те й зцибрила та заховала про зиму. Шпак — як враг на садки налітає. А дятел — ууу... Трудяга. День крізь день, і літо й зиму, все стука та стука, як тесля долітцем або як я молотком. І як йому голова не болить, скажи!.. "</w:t>
      </w:r>
    </w:p>
    <w:p>
      <w:r>
        <w:br/>
        <w:t>У Кравчини чи не найбільше на всю округу сімейство: він з жінкою Мотрею, яка ще дівчатком забилася у двадцяті роки в Чернечу Слободу з Катеринослава, коли там неврожай був, п'ятеро дітей — це лише молодших, що не вилетіли ще з батьківської хати,— та стара, як світ, Кравчиниха, Юхимова бабуся. І всі вдягнені, взуті, нагодовані (рідкісне ковальське ремесло прибуткове, Кравчина добре заробляє), всі лагідної вдачі, а діти до того ж іще й гарно вчаться: менші — в слобідській школі, старші — в районній десятирічці. Юхим любить повеличатися дітьми, як і своїм господарюванням, однак не при них.</w:t>
      </w:r>
    </w:p>
    <w:p>
      <w:r>
        <w:br/>
        <w:t>"То кулешу салом не зіпсуєш, а дітей хвалою враз",— лагідно повчає він Мотрю і старших синів та дочок, які вже поодружувалися. Це коли Юхим у настрої. А буває він таким повсякденно, коли не голодний. А як голодний, то лютішої людини, аніж Юхим, у всій слободі не знайдеш. Тому в передобідню пору, коли здалеку понад луками ще долинає передзвін Юхимового молотка в кузні, у його дворі вже починається метушня: виносять надвір низенького круглого столика, бо Кравчина влітку, як погода, обідає під райкою в холодку, витягають з колодязя цебро холодної води (як борщ видається татові гарячим, то миску ставлять на цебро, щоб швидше вихолоняв), перемивають і перетирають нефарбовані дерев'яні ложки, хоч вони й так чисті, лаштують, чистого рушника татові на коліна і ставлять до столика татів ослінчик. Аж тоді Мотря велить наймолодшому синові Колькові бігти на кладовище і звідти виглядати, доки йтимуть тато. Колько, худорлявенький, чистенько одягнений хлопчик з розумними оченятами, лопотить босими ногами стежкою поміж соняшниками і гурчить, як машина. Виглядати тата на обід — то найбільша його радість, найпочесніше доручення, що дісталося йому від старших братів та сестер. Колько вибігає на кладовище — найвище місце у слободі, сідає на гарячий од сонця чебрець поміж могилками і дивиться на колгоспну садибу по той бік виярка та пильненько наслухає.</w:t>
      </w:r>
    </w:p>
    <w:p>
      <w:r>
        <w:br/>
        <w:t>Кравчина йде поважно, заклавши руки за спину, не роззираючись і не зупиняючись біля зустрічних: наробився й виголоднів — не до балачок. Коли ж він спускається у виярок, спершу по коліна, потім по груди, по плечі, потім ховається з головою, Колько підхоплюється, як наполоханий заєць, біжить стежкою назад, тільки хрести та пам'ятнички ввіччю йому миготять.</w:t>
      </w:r>
    </w:p>
    <w:p>
      <w:r>
        <w:br/>
        <w:t>— Ідуть тато! Чуєте, ма'? Йдуть! — гукає, хекаючи, а очі горять, як жаринки: він перший побачив тата.</w:t>
      </w:r>
    </w:p>
    <w:p>
      <w:r>
        <w:br/>
        <w:t>Дітвора шукає собі стільчики, пороблені татом, ставляє до столика, однак сідати ніхто не сідає. Мотря виносить глечик з теплою водою, рушник, мило і шматочок гладенько обструганої цеглини.</w:t>
      </w:r>
    </w:p>
    <w:p>
      <w:r>
        <w:br/>
        <w:t>Увійшовши до двору, Юхим обводить суворим поглядом усе сімейство і, помітивши, що когось із дітей немає на обід, питається:</w:t>
      </w:r>
    </w:p>
    <w:p>
      <w:r>
        <w:br/>
        <w:t>— А де ж це Поля?</w:t>
      </w:r>
    </w:p>
    <w:p>
      <w:r>
        <w:br/>
        <w:t>— У неї сьогодні шість уроків,— одказує хтось із школярів.</w:t>
      </w:r>
    </w:p>
    <w:p>
      <w:r>
        <w:br/>
        <w:t>Юхим засукує рукави — руки в нього по зап'ястя синювато-руді од диму та окалини, а вище білі: ніколи їм засмагнути — бере з Мотриних рук мило та цеглинку й одмиває ними кіптяву... Діти мовчки, шанобливо дивляться, як тато, зціпивши зуби, шатирить руки цеглинкою, тоді хтось із старших каже:</w:t>
      </w:r>
    </w:p>
    <w:p>
      <w:r>
        <w:br/>
        <w:t>— Може, тату, вам тверденьку мочалину купить? У городі є.</w:t>
      </w:r>
    </w:p>
    <w:p>
      <w:r>
        <w:br/>
        <w:t>— Твердішої од цеглини ніде немає,— одказує Юхим. Умившись, він перший сідає до столика, за ним баба Кравчиниха,</w:t>
      </w:r>
    </w:p>
    <w:p>
      <w:r>
        <w:br/>
        <w:t>сухенька, згорблена, тонкорука, вдягнена, як завжди, охайно, у все довге та просторе. А вже потім всідаються діти.</w:t>
      </w:r>
    </w:p>
    <w:p>
      <w:r>
        <w:br/>
        <w:t>Юхим куштує борщ, і коли він не дуже вичахлий і не дуже гарячий, питає:</w:t>
      </w:r>
    </w:p>
    <w:p>
      <w:r>
        <w:br/>
        <w:t>— А де це стрюк?</w:t>
      </w:r>
    </w:p>
    <w:p>
      <w:r>
        <w:br/>
        <w:t>Хтось із дітей подає йому стручок перцю, що попав під вінця великої полив'яної миски, й каже раденько:</w:t>
      </w:r>
    </w:p>
    <w:p>
      <w:r>
        <w:br/>
        <w:t>— Осьо, тату! Заховався.</w:t>
      </w:r>
    </w:p>
    <w:p>
      <w:r>
        <w:br/>
        <w:t>Юхим одламує вогнистий шматочок, вкидає у миску, тоді висипає з долоні ще й зернята.</w:t>
      </w:r>
    </w:p>
    <w:p>
      <w:r>
        <w:br/>
        <w:t>— Чи не багато, батьку? — зауважує Мотря.— Дітвора ще язики попече.</w:t>
      </w:r>
    </w:p>
    <w:p>
      <w:r>
        <w:br/>
        <w:t>— Кому багато буде, той попроситься,— одказує Юхим.</w:t>
      </w:r>
    </w:p>
    <w:p>
      <w:r>
        <w:br/>
        <w:t>Дітвора їсть мовчки, бо хто ж попроситься, як тато такий борщ їдять?</w:t>
      </w:r>
    </w:p>
    <w:p>
      <w:r>
        <w:br/>
        <w:t>Юхим зачерпує повну ложку, повільно підносить до рота і якусь мить дивиться на неї, як на ворога, потім сьорб! — лунко, сердито й коротко, немовби батогом ляснув — і ложка суха. Сьорб! Сьорб! — нишком і запекло. Коли ж попадеться комусь із старших дітей курячий пуп чи печінка, Юхим скаже, переставши сьорбати:</w:t>
      </w:r>
    </w:p>
    <w:p>
      <w:r>
        <w:br/>
        <w:t>— Оддай, Маню, знахідку Колькові, він же менший од тебе. А Мотря при цьому ще й докине:</w:t>
      </w:r>
    </w:p>
    <w:p>
      <w:r>
        <w:br/>
        <w:t>— Він у нас сьогодні молодець, мамі дров уносив і тата бігав виглядати.</w:t>
      </w:r>
    </w:p>
    <w:p>
      <w:r>
        <w:br/>
        <w:t>Юхим на те змовчує: малого іноді не завадить і підхвалити.</w:t>
      </w:r>
    </w:p>
    <w:p>
      <w:r>
        <w:br/>
        <w:t>Баба їсть з окремої мисочки, бо їй треба довго кутуляти. Юхим ніколи не обходить її увагою за столом і, якщо вона не доїсть, буває, борщу, чи тушкованої картоплі, чи каші молочної, питається:</w:t>
      </w:r>
    </w:p>
    <w:p>
      <w:r>
        <w:br/>
        <w:t>— Чого це ви, бабуню, так погано сьогодні їсте?</w:t>
      </w:r>
    </w:p>
    <w:p>
      <w:r>
        <w:br/>
        <w:t>— Доживеш до мого віку, то й тобі не їстиметься, моя дитино, одказує Кравчиниха,— Колись, як була молодшою, хотілося, та не було чого, тепер є що, та не хочеться.</w:t>
      </w:r>
    </w:p>
    <w:p>
      <w:r>
        <w:br/>
        <w:t>Юхимовій дітворі чудно, що бабуся називає тата дитиною, то котрась із старших питає, поштиво усміхаючись:</w:t>
      </w:r>
    </w:p>
    <w:p>
      <w:r>
        <w:br/>
        <w:t>— Хіба ж тато — дитина?</w:t>
      </w:r>
    </w:p>
    <w:p>
      <w:r>
        <w:br/>
        <w:t>— Усі ми, дітки, діти, і старі, і малі, й середульші,— одказує старенька і сміється — німо, без жодного звуку.</w:t>
      </w:r>
    </w:p>
    <w:p>
      <w:r>
        <w:br/>
        <w:t>Це — "мирний" обід. А буває й так, що Мотря чимось не догодить Юхимові. І найчастіше — дуже гарячим борщем. Тоді на Кравчину находить голодний сказ. Він хапає миску, бігає з нею кругом хати, шукаючи вітру поза причілками, а знайшовши, заходжується віяти ложкою борщ, як віють зерно до млина, і кричить так, що на всім кутку собаки ґвалт зчиняють:</w:t>
      </w:r>
    </w:p>
    <w:p>
      <w:r>
        <w:br/>
        <w:t>— Мало мене біля горна пече?! Га? Мало?!</w:t>
      </w:r>
    </w:p>
    <w:p>
      <w:r>
        <w:br/>
        <w:t>Коли ж вітру немає, Юхим підхоплює на руки ледь не відерний чавун з борщем і пхається з ним до колодязя.</w:t>
      </w:r>
    </w:p>
    <w:p>
      <w:r>
        <w:br/>
        <w:t>— Опускай у воду! У воду, кажу! — прискіпується до Мотрі й залигує чавун обривком так, щоб дужка була.</w:t>
      </w:r>
    </w:p>
    <w:p>
      <w:r>
        <w:br/>
        <w:t>"Що се там за веремія?" — дивуються ті, хто не часто буває на цьому кутку села.</w:t>
      </w:r>
    </w:p>
    <w:p>
      <w:r>
        <w:br/>
        <w:t>"Та то в Кравчини обідають",— байдуже пояснюють кутяни, бо вже звикли. Так звикли, що коли хтось на когось кричить, йому кажуть: "Чого ти репетуєш, наче гарячого борщу вхопив?"</w:t>
      </w:r>
    </w:p>
    <w:p>
      <w:r>
        <w:br/>
        <w:t>Після обіду Юхим одразу ж добрішає і стає ще лагіднішим і балакучішим, ніж завжди.</w:t>
      </w:r>
    </w:p>
    <w:p>
      <w:r>
        <w:br/>
        <w:t>— Про що ж тобі на завтра врок задали? — воркоче до сина чи дочки і гладить чуб або кіски.</w:t>
      </w:r>
    </w:p>
    <w:p>
      <w:r>
        <w:br/>
        <w:t>— Про перпетуум-мобіле, тату...</w:t>
      </w:r>
    </w:p>
    <w:p>
      <w:r>
        <w:br/>
        <w:t>— А що ж то воно таке?</w:t>
      </w:r>
    </w:p>
    <w:p>
      <w:r>
        <w:br/>
        <w:t>— Вічний двигун, тату.</w:t>
      </w:r>
    </w:p>
    <w:p>
      <w:r>
        <w:br/>
        <w:t>— Гм,— каже Юхим і надовго замислюється.— Та й що ж, є такий двигун?</w:t>
      </w:r>
    </w:p>
    <w:p>
      <w:r>
        <w:br/>
        <w:t>— Немає, тату.</w:t>
      </w:r>
    </w:p>
    <w:p>
      <w:r>
        <w:br/>
        <w:t>— Правильно, немає,— радіє Кравчина.— Нічого вічного немає.</w:t>
      </w:r>
    </w:p>
    <w:p>
      <w:r>
        <w:br/>
        <w:t>— А ви, тату? — озивається Колько. Юхим регочеться й каже:</w:t>
      </w:r>
    </w:p>
    <w:p>
      <w:r>
        <w:br/>
        <w:t>— А я, синоцю, вічний. Я — як той перепетмобіле! І ти підростеш — будеш вічним двигуном. Хто робить — той і двигун.</w:t>
      </w:r>
    </w:p>
    <w:p>
      <w:r>
        <w:br/>
        <w:t>— А хто не робить? — допитується Колько.</w:t>
      </w:r>
    </w:p>
    <w:p>
      <w:r>
        <w:br/>
        <w:t>— А хто не робить, той свистить,— сміється Юхим.</w:t>
      </w:r>
    </w:p>
    <w:p>
      <w:r>
        <w:br/>
        <w:t>Найдужче ж він любить учити молодшенького сина, ще не школяра, грамоти. Стане струнко, як солдат, притисне розчепірені пальці до стегон — і до Колька:</w:t>
      </w:r>
    </w:p>
    <w:p>
      <w:r>
        <w:br/>
        <w:t>— Ану ж скажи, яка це буква?</w:t>
      </w:r>
    </w:p>
    <w:p>
      <w:r>
        <w:br/>
        <w:t>Колько схиляє голівку набік, примружує розумненькі очі й швидко-швидко відповідає:</w:t>
      </w:r>
    </w:p>
    <w:p>
      <w:r>
        <w:br/>
        <w:t>— "І", тату, тільки без крапочки вгорі.</w:t>
      </w:r>
    </w:p>
    <w:p>
      <w:r>
        <w:br/>
        <w:t>— А це? — Юхим викидає ліву руку вбік.</w:t>
      </w:r>
    </w:p>
    <w:p>
      <w:r>
        <w:br/>
        <w:t>— "Ги", тату.</w:t>
      </w:r>
    </w:p>
    <w:p>
      <w:r>
        <w:br/>
        <w:t>— А це? — радіє Юхим і якомога кругліше береться руками в боки.</w:t>
      </w:r>
    </w:p>
    <w:p>
      <w:r>
        <w:br/>
        <w:t>— А це "хви".</w:t>
      </w:r>
    </w:p>
    <w:p>
      <w:r>
        <w:br/>
        <w:t>— А оце ж яка?! — вже вигукує в щасливому запалі Юхим і береться тільки одною, лівою рукою в бік.</w:t>
      </w:r>
    </w:p>
    <w:p>
      <w:r>
        <w:br/>
        <w:t>— А це, тату,— Колько навмисне витримує паузу, а Юхим напружено жде і, коли вже на обличчі в нього з'являється ледь помітна тінь досади, син, сміючись, каже:</w:t>
      </w:r>
    </w:p>
    <w:p>
      <w:r>
        <w:br/>
        <w:t>— А це, тату, "ри-и-и"!</w:t>
      </w:r>
    </w:p>
    <w:p>
      <w:r>
        <w:br/>
        <w:t>Старші діти, що теж пройшли колись по черзі цю батькову "школу", обіймають Колька і хвалять, а Юхим враз нахмурюється й каже:</w:t>
      </w:r>
    </w:p>
    <w:p>
      <w:r>
        <w:br/>
        <w:t>— Ну, годі. Марш за уроки, а я пішов на роботу.</w:t>
      </w:r>
    </w:p>
    <w:p>
      <w:r>
        <w:br/>
        <w:t>Діти неохоче розходяться кожен до свого діла — не так вже й часто випадає їм побути з батьком,— а Юхим, заклавши чисті, одмиті цеглиною руки за спину, йде до своєї кузні. Дорогою він залюбки зупиняється погомоніти, коли хтось трапиться назустріч, сам напрошується зробити щось таке, чого, крім нього, коваля, ніхто в слободі зробити не зуміє: коли Кравчина не голодний, він кожному радий прислужитися, кожному не пошкодує доброго слова чи поради, навіть насмішникам своїм. І потім до самого смерку видзвонює його молоток по ковадлу — веселенько та вдатно, наче закликає людей до закіптюженої кузні під сосновим бором. А якщо змовкне, то те означає: притомився Юхим, зняв свого цупкого брезентового фартуха, побитого іскрами, і, розтираючи праву руку — вона вже частенько німіє йому,— пішов на низи подихати вільховою прохолодою.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Кравчини обідають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