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Удовець мовить</w:t>
      </w:r>
    </w:p>
    <w:p>
      <w:r>
        <w:br/>
        <w:t xml:space="preserve"> Я бачу двох плавців у морі,&lt;br /&gt;</w:t>
        <w:br/>
        <w:t>У морі сліз моїх гірких,&lt;br /&gt;</w:t>
        <w:br/>
        <w:t>Тривога й сум у мене в зорі,&lt;br /&gt;</w:t>
        <w:br/>
        <w:t>I очі звернені до них,&lt;br /&gt;</w:t>
        <w:br/>
        <w:t>Мов дві зорі в нічному морі.</w:t>
      </w:r>
    </w:p>
    <w:p>
      <w:r>
        <w:br/>
        <w:t>У човні жінка молода&lt;br /&gt;</w:t>
        <w:br/>
        <w:t>I син її, дитина-мила;&lt;br /&gt;</w:t>
        <w:br/>
        <w:t>Кругом розгукана вода,&lt;br /&gt;</w:t>
        <w:br/>
        <w:t>А в них ні весел, ні вітрила...&lt;br /&gt;</w:t>
        <w:br/>
        <w:t>Із хлопцем жінка молода.</w:t>
      </w:r>
    </w:p>
    <w:p>
      <w:r>
        <w:br/>
        <w:t>Реве борвій, бушують хвилі,&lt;br /&gt;</w:t>
        <w:br/>
        <w:t>До неньки горнеться синок,&lt;br /&gt;</w:t>
        <w:br/>
        <w:t>Вона ж немов у божевіллі&lt;br /&gt;</w:t>
        <w:br/>
        <w:t>На дикий дивиться танок&lt;br /&gt;</w:t>
        <w:br/>
        <w:t>I вірить у ревучі хвилі.</w:t>
      </w:r>
    </w:p>
    <w:p>
      <w:r>
        <w:br/>
        <w:t>В Отця благого вір, малий,&lt;br /&gt;</w:t>
        <w:br/>
        <w:t>Безумна, уповай на Бога!&lt;br /&gt;</w:t>
        <w:br/>
        <w:t>Я чую, втихне вихор злий,&lt;br /&gt;</w:t>
        <w:br/>
        <w:t>Ущухне смертна ця тривога,-&lt;br /&gt;</w:t>
        <w:br/>
        <w:t>Кріпись, безумна, й ти, малий!</w:t>
      </w:r>
    </w:p>
    <w:p>
      <w:r>
        <w:br/>
        <w:t>Мир вам, плавці мої у морі,&lt;br /&gt;</w:t>
        <w:br/>
        <w:t>У морі світлих сліз моїх!&lt;br /&gt;</w:t>
        <w:br/>
        <w:t>Блаженство й рай у мене в зорі,&lt;br /&gt;</w:t>
        <w:br/>
        <w:t>I очі, звернені до них,-&lt;br /&gt;</w:t>
        <w:br/>
        <w:t>Два добрі янголи на морі.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Удовець мовить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