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</w:t>
      </w:r>
    </w:p>
    <w:p>
      <w:r>
        <w:br/>
        <w:t xml:space="preserve"> УКРАЇНА</w:t>
      </w:r>
    </w:p>
    <w:p>
      <w:r>
        <w:br/>
        <w:t>МОЯ ЛЮБОВ</w:t>
      </w:r>
    </w:p>
    <w:p>
      <w:r>
        <w:br/>
        <w:t>Вона так гарна, сяє так&lt;br /&gt;</w:t>
        <w:br/>
        <w:t>Святою, чистою красою,&lt;br /&gt;</w:t>
        <w:br/>
        <w:t>І на лиці яріє знак&lt;br /&gt;</w:t>
        <w:br/>
        <w:t>Любові, щирості, спокою.</w:t>
      </w:r>
    </w:p>
    <w:p>
      <w:r>
        <w:br/>
        <w:t>Вона так гарна, а проте&lt;br /&gt;</w:t>
        <w:br/>
        <w:t>Так нещаслива, стільки лиха&lt;br /&gt;</w:t>
        <w:br/>
        <w:t>Знесла, що квилить лихо те&lt;br /&gt;</w:t>
        <w:br/>
        <w:t>В її кождіській пісні стиха.</w:t>
      </w:r>
    </w:p>
    <w:p>
      <w:r>
        <w:br/>
        <w:t>Її пізнавши,чи ж я міг&lt;br /&gt;</w:t>
        <w:br/>
        <w:t>Не полюбить її сердечно,&lt;br /&gt;</w:t>
        <w:br/>
        <w:t>Не відректися власних втіх,&lt;br /&gt;</w:t>
        <w:br/>
        <w:t>Щоб їй віддатись доконечно?</w:t>
      </w:r>
    </w:p>
    <w:p>
      <w:r>
        <w:br/>
        <w:t>А полюбивши, чи ж би міг&lt;br /&gt;</w:t>
        <w:br/>
        <w:t>Я божую її подобу&lt;br /&gt;</w:t>
        <w:br/>
        <w:t>Згубити з серця, мимо всіх&lt;br /&gt;</w:t>
        <w:br/>
        <w:t>Терпінь і горя аж до гробу?</w:t>
      </w:r>
    </w:p>
    <w:p>
      <w:r>
        <w:br/>
        <w:t>І чи ж перечить ся любов&lt;br /&gt;</w:t>
        <w:br/>
        <w:t>Тій другій а святій любові&lt;br /&gt;</w:t>
        <w:br/>
        <w:t>До всіх, що ллють свій піт і кров,&lt;br /&gt;</w:t>
        <w:br/>
        <w:t>До всіх, котрих гнетуть окови?</w:t>
      </w:r>
    </w:p>
    <w:p>
      <w:r>
        <w:br/>
        <w:t>Ні, хто не любитть всіх братів,&lt;br /&gt;</w:t>
        <w:br/>
        <w:t>Як сонце боже, всіх зарівно,&lt;br /&gt;</w:t>
        <w:br/>
        <w:t>Той щиро полюбить не вмів&lt;br /&gt;</w:t>
        <w:br/>
        <w:t>Тебе, коханая Вкраїно!&lt;br /&gt;</w:t>
        <w:br/>
        <w:t>27 іюня 1880</w:t>
      </w:r>
    </w:p>
    <w:p>
      <w:r>
        <w:br/>
        <w:t>НЕ ПОРА</w:t>
      </w:r>
    </w:p>
    <w:p>
      <w:r>
        <w:br/>
        <w:t>Не пора, не пора, не пора&lt;br /&gt;</w:t>
        <w:br/>
        <w:t>Москалеві й ляхові служить!&lt;br /&gt;</w:t>
        <w:br/>
        <w:t>Довершилась України кривда стара,&lt;br /&gt;</w:t>
        <w:br/>
        <w:t>Нам пора для України жить.</w:t>
      </w:r>
    </w:p>
    <w:p>
      <w:r>
        <w:br/>
        <w:t>Не пора, не пора, не пора&lt;br /&gt;</w:t>
        <w:br/>
        <w:t>За невігласів лить свою кров&lt;br /&gt;</w:t>
        <w:br/>
        <w:t>І любити царя, що наш люд обдира, —&lt;br /&gt;</w:t>
        <w:br/>
        <w:t>Для України наша любов.</w:t>
      </w:r>
    </w:p>
    <w:p>
      <w:r>
        <w:br/>
        <w:t>Не пора, не пора, не пора&lt;br /&gt;</w:t>
        <w:br/>
        <w:t>В рідну хату вносити роздор!&lt;br /&gt;</w:t>
        <w:br/>
        <w:t>Хай пропаде незгоди проклята мара!&lt;br /&gt;</w:t>
        <w:br/>
        <w:t>Під Украйни єднаймось прапор!</w:t>
      </w:r>
    </w:p>
    <w:p>
      <w:r>
        <w:br/>
        <w:t>Бо пора ця великая єсть:&lt;br /&gt;</w:t>
        <w:br/>
        <w:t>У завзятій, важкій боротьбі&lt;br /&gt;</w:t>
        <w:br/>
        <w:t>Ми поляжем, щоб волю, і щастя, і честь,&lt;br /&gt;</w:t>
        <w:br/>
        <w:t>Рідний краю, здобути тобі!</w:t>
      </w:r>
    </w:p>
    <w:p>
      <w:r>
        <w:br/>
        <w:t>1880</w:t>
      </w:r>
    </w:p>
    <w:p>
      <w:r>
        <w:br/>
        <w:t>ЛЯХАМ&lt;br /&gt;</w:t>
        <w:br/>
        <w:t>&lt;blockquote&gt;І ми браталися з ляхами.</w:t>
      </w:r>
    </w:p>
    <w:p>
      <w:r>
        <w:br/>
        <w:t>Т.Шевченко&lt;/blockquote&gt;</w:t>
      </w:r>
    </w:p>
    <w:p>
      <w:r>
        <w:br/>
        <w:t>І що ж, що ми з вами братались?&lt;br /&gt;</w:t>
        <w:br/>
        <w:t>Все-таки ми в дурнях остались.&lt;br /&gt;</w:t>
        <w:br/>
        <w:t>Було колись волі доволі&lt;br /&gt;</w:t>
        <w:br/>
        <w:t>Для нас і для вас на Вкраїні.&lt;br /&gt;</w:t>
        <w:br/>
        <w:t>І хліба доволі на полі.&lt;br /&gt;</w:t>
        <w:br/>
        <w:t>Лиш жити б та бути донині.&lt;br /&gt;</w:t>
        <w:br/>
        <w:t>Та біс підкусив вас "брататись",&lt;br /&gt;</w:t>
        <w:br/>
        <w:t>Братерство ж навпак повернути:&lt;br /&gt;</w:t>
        <w:br/>
        <w:t>Над братом панами остатись,&lt;br /&gt;</w:t>
        <w:br/>
        <w:t>В ярмо його шию пригнути.&lt;br /&gt;</w:t>
        <w:br/>
        <w:t>І що ти братерства ціною&lt;br /&gt;</w:t>
        <w:br/>
        <w:t>Загарбав у нас те, що наше, —&lt;br /&gt;</w:t>
        <w:br/>
        <w:t>Сусіди обох нас з тобою&lt;br /&gt;</w:t>
        <w:br/>
        <w:t>І тиснуть, і друть, брате-ляше.&lt;br /&gt;</w:t>
        <w:br/>
        <w:t>Та мало для тебе науки!&lt;br /&gt;</w:t>
        <w:br/>
        <w:t>Як власті лиш крихту у руки&lt;br /&gt;</w:t>
        <w:br/>
        <w:t>Дістав ти з німецької ласки,&lt;br /&gt;</w:t>
        <w:br/>
        <w:t>Як крихта нам впалась свободи, —&lt;br /&gt;</w:t>
        <w:br/>
        <w:t>Для нас тобі жаль тої частки,&lt;br /&gt;</w:t>
        <w:br/>
        <w:t>Нас тиснеш і кличеш —до згоди!&lt;br /&gt;</w:t>
        <w:br/>
        <w:t>"Братаймось!" — кричиш, і над нами&lt;br /&gt;</w:t>
        <w:br/>
        <w:t>Знов панство нове закладаєш,&lt;br /&gt;</w:t>
        <w:br/>
        <w:t>Немов під братерства словами&lt;br /&gt;</w:t>
        <w:br/>
        <w:t>Братерського серця не маєш.&lt;br /&gt;</w:t>
        <w:br/>
        <w:t>Братаймося, ляше, та щиро,&lt;br /&gt;</w:t>
        <w:br/>
        <w:t>Громадою, ділом і миром,&lt;br /&gt;</w:t>
        <w:br/>
        <w:t>Братаймось, як з рівними рівні,&lt;br /&gt;</w:t>
        <w:br/>
        <w:t>А не як пани і піддані!&lt;br /&gt;</w:t>
        <w:br/>
        <w:t>Користі хай в’яжуть нас спільні,&lt;br /&gt;</w:t>
        <w:br/>
        <w:t>А не пересуди погані.&lt;br /&gt;</w:t>
        <w:br/>
        <w:t>І кожний на свойому полі&lt;br /&gt;</w:t>
        <w:br/>
        <w:t>Для себе і жиймо й працюймо&lt;br /&gt;</w:t>
        <w:br/>
        <w:t>Для власного щастя і долі!&lt;br /&gt;</w:t>
        <w:br/>
        <w:t>Рятуймось в біді, та тямуймо&lt;br /&gt;</w:t>
        <w:br/>
        <w:t>Докладно слова ті хороші:&lt;br /&gt;</w:t>
        <w:br/>
        <w:t>"Брат братом, а бриндзя за гроші".&lt;br /&gt;</w:t>
        <w:br/>
        <w:t>12 падолиста 1882</w:t>
      </w:r>
    </w:p>
    <w:p>
      <w:r>
        <w:br/>
        <w:t>РОЗВИВАЙСЯ ТИ, ВИСОКИЙ ДУБЕ!</w:t>
      </w:r>
    </w:p>
    <w:p>
      <w:r>
        <w:br/>
        <w:t>Розвивайся ти, високий дубе,&lt;br /&gt;</w:t>
        <w:br/>
        <w:t>Весна красна буде!&lt;br /&gt;</w:t>
        <w:br/>
        <w:t>Розпадуться пута віковії,&lt;br /&gt;</w:t>
        <w:br/>
        <w:t>Прокинуться люди.</w:t>
      </w:r>
    </w:p>
    <w:p>
      <w:r>
        <w:br/>
        <w:t>Розпадуться пута віковії,&lt;br /&gt;</w:t>
        <w:br/>
        <w:t>Тяжкії кайдани,&lt;br /&gt;</w:t>
        <w:br/>
        <w:t>Непобіджена злими ворогами&lt;br /&gt;</w:t>
        <w:br/>
        <w:t>Україна встане.</w:t>
      </w:r>
    </w:p>
    <w:p>
      <w:r>
        <w:br/>
        <w:t>Встане славна мати Україна,&lt;br /&gt;</w:t>
        <w:br/>
        <w:t>Щаслива і вільна,&lt;br /&gt;</w:t>
        <w:br/>
        <w:t>Від Кубані аж до Сяну-річки&lt;br /&gt;</w:t>
        <w:br/>
        <w:t>Одна, нероздільна.</w:t>
      </w:r>
    </w:p>
    <w:p>
      <w:r>
        <w:br/>
        <w:t>Щезнуть межі, що помежували&lt;br /&gt;</w:t>
        <w:br/>
        <w:t>Чужі між собою,&lt;br /&gt;</w:t>
        <w:br/>
        <w:t>Згорне мати до себе всі діти&lt;br /&gt;</w:t>
        <w:br/>
        <w:t>Теплою рукою.</w:t>
      </w:r>
    </w:p>
    <w:p>
      <w:r>
        <w:br/>
        <w:t>"Діти ж мої, діти нещасливі,&lt;br /&gt;</w:t>
        <w:br/>
        <w:t>Блудні сиротята,&lt;br /&gt;</w:t>
        <w:br/>
        <w:t>Годі ж бо вам в сусід на услузі&lt;br /&gt;</w:t>
        <w:br/>
        <w:t>Свій вік коротати!</w:t>
      </w:r>
    </w:p>
    <w:p>
      <w:r>
        <w:br/>
        <w:t>Піднімайтесь на святеє діло,&lt;br /&gt;</w:t>
        <w:br/>
        <w:t>На щирую дружбу,&lt;br /&gt;</w:t>
        <w:br/>
        <w:t>Та щоби ви чесно послужили&lt;br /&gt;</w:t>
        <w:br/>
        <w:t>Для матері службу.</w:t>
      </w:r>
    </w:p>
    <w:p>
      <w:r>
        <w:br/>
        <w:t>Чи ще ж то ви мало наслужились&lt;br /&gt;</w:t>
        <w:br/>
        <w:t>Москві і ляхові?&lt;br /&gt;</w:t>
        <w:br/>
        <w:t>Чи ще ж то ви мало наточились&lt;br /&gt;</w:t>
        <w:br/>
        <w:t>Братерської крові?</w:t>
      </w:r>
    </w:p>
    <w:p>
      <w:r>
        <w:br/>
        <w:t>Пора, діти, добра поглядати&lt;br /&gt;</w:t>
        <w:br/>
        <w:t>Для власної хати,&lt;br /&gt;</w:t>
        <w:br/>
        <w:t>Щоб ґаздою, не слугою&lt;br /&gt;</w:t>
        <w:br/>
        <w:t>Перед світом стати!"</w:t>
      </w:r>
    </w:p>
    <w:p>
      <w:r>
        <w:br/>
        <w:t>Розвивайся ти, високий дубе,&lt;br /&gt;</w:t>
        <w:br/>
        <w:t>Весна красна буде!&lt;br /&gt;</w:t>
        <w:br/>
        <w:t>Гей, уставаймо, єднаймося,&lt;br /&gt;</w:t>
        <w:br/>
        <w:t>Українські люди!</w:t>
      </w:r>
    </w:p>
    <w:p>
      <w:r>
        <w:br/>
        <w:t>Єднаймося, братаймося&lt;br /&gt;</w:t>
        <w:br/>
        <w:t>В товариство чесне,&lt;br /&gt;</w:t>
        <w:br/>
        <w:t>Хай братерством, щирими трудами&lt;br /&gt;</w:t>
        <w:br/>
        <w:t>Вкраїна воскресне!</w:t>
      </w:r>
    </w:p>
    <w:p>
      <w:r>
        <w:br/>
        <w:t>17 березня 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