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Утята да степ</w:t>
      </w:r>
    </w:p>
    <w:p>
      <w:r>
        <w:br/>
        <w:t xml:space="preserve"> Минулися гречанії жнива;&lt;br /&gt;</w:t>
        <w:br/>
        <w:t>Семен натяг кожух на плечі;&lt;br /&gt;</w:t>
        <w:br/>
        <w:t>Тепло пройшло, дітвора лізе к печі,&lt;br /&gt;</w:t>
        <w:br/>
        <w:t>Замерзло поле скрізь, рілля, стерня, трава&lt;br /&gt;</w:t>
        <w:br/>
        <w:t>Сніжечком біленьким припала.&lt;br /&gt;</w:t>
        <w:br/>
        <w:t>Бідашний Степ став сумовать;&lt;br /&gt;</w:t>
        <w:br/>
        <w:t>Пташки, що влітку так співали,&lt;br /&gt;</w:t>
        <w:br/>
        <w:t>У ірій вже поодлітали,&lt;br /&gt;</w:t>
        <w:br/>
        <w:t>І тілько край ставка оставсь табун Утят.&lt;br /&gt;</w:t>
        <w:br/>
        <w:t>Чи крижні то були, чи то були чирята,&lt;br /&gt;</w:t>
        <w:br/>
        <w:t>Про те нам байдуже, а сила тілько в тім,&lt;br /&gt;</w:t>
        <w:br/>
        <w:t>Що Степ іще не був пустий зовсім;&lt;br /&gt;</w:t>
        <w:br/>
        <w:t>Дивлюсь, було, знялись з води Утята,&lt;br /&gt;</w:t>
        <w:br/>
        <w:t>Закахкають і ну Степом кружлять,&lt;br /&gt;</w:t>
        <w:br/>
        <w:t>І видно все-таки, що сеє не пустиня,&lt;br /&gt;</w:t>
        <w:br/>
        <w:t>Аж ось уже й вони летять.&lt;br /&gt;</w:t>
        <w:br/>
        <w:t>"Куди вас враг несе до гаспидського сина! —&lt;br /&gt;</w:t>
        <w:br/>
        <w:t>Почав Утятам Степ казать. —&lt;br /&gt;</w:t>
        <w:br/>
        <w:t>Хіба ви хочете мене покинуть?&lt;br /&gt;</w:t>
        <w:br/>
        <w:t>А я ж вас літом годував,&lt;br /&gt;</w:t>
        <w:br/>
        <w:t>І просо, і овес, і гречку вистачав;&lt;br /&gt;</w:t>
        <w:br/>
        <w:t>Без вас хіба мені з нудьги сказиться?"&lt;br /&gt;</w:t>
        <w:br/>
        <w:t>"Улітку на тобі усякий хліб стояв;&lt;br /&gt;</w:t>
        <w:br/>
        <w:t>На себе глянь тепер, який ти сивий став:&lt;br /&gt;</w:t>
        <w:br/>
        <w:t>Останній колосок холодний сніг сховав,&lt;br /&gt;</w:t>
        <w:br/>
        <w:t>І нічим нам біля тебе живиться;&lt;br /&gt;</w:t>
        <w:br/>
        <w:t>А голод за що нам терпіть?" —&lt;br /&gt;</w:t>
        <w:br/>
        <w:t>Сказали Утята і ну швидчій летіть.&lt;br /&gt;</w:t>
        <w:br/>
        <w:t>Чи знаєте ви сивого Кондрата?&lt;br /&gt;</w:t>
        <w:br/>
        <w:t>Женивсь на дівці він, та й мусить ще кричать,&lt;br /&gt;</w:t>
        <w:br/>
        <w:t>Що жінка щось його глядить не дуже хати.&lt;br /&gt;</w:t>
        <w:br/>
        <w:t>Мабуть, що упада їй діду одвічать,&lt;br /&gt;</w:t>
        <w:br/>
        <w:t>Як сивому Степу одрізали Утята.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Утята да степ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