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поета</w:t>
      </w:r>
    </w:p>
    <w:p>
      <w:r>
        <w:br/>
        <w:t xml:space="preserve"> Я слухаю: "Єдиний він, баштан —&lt;br /&gt;</w:t>
        <w:br/>
        <w:t>Ще зброя нам на голод і на злидні.&lt;br /&gt;</w:t>
        <w:br/>
        <w:t>День ясний там і вечори погідні,&lt;br /&gt;</w:t>
        <w:br/>
        <w:t>Та вранці роси, холод і туман".</w:t>
      </w:r>
    </w:p>
    <w:p>
      <w:r>
        <w:br/>
        <w:t>Я думаю: крізь степовий бур’ян,&lt;br /&gt;</w:t>
        <w:br/>
        <w:t>Крізь прикрості іти не день, не три дні&lt;br /&gt;</w:t>
        <w:br/>
        <w:t>І в резиньяції такій лагідній&lt;br /&gt;</w:t>
        <w:br/>
        <w:t>Не знати ржі, не відчувати ран.</w:t>
      </w:r>
    </w:p>
    <w:p>
      <w:r>
        <w:br/>
        <w:t>І серед стін заробленої хати&lt;br /&gt;</w:t>
        <w:br/>
        <w:t>Обаполи прожитих літ єднати,&lt;br /&gt;</w:t>
        <w:br/>
        <w:t>Старе й нове збирати в свій альбом —</w:t>
      </w:r>
    </w:p>
    <w:p>
      <w:r>
        <w:br/>
        <w:t>То значить мати серце, зір і вухо…&lt;br /&gt;</w:t>
        <w:br/>
        <w:t>Хто сміє не віддать свого "чолом"&lt;br /&gt;</w:t>
        <w:br/>
        <w:t>Цій неуйнятності людського духу?</w:t>
      </w:r>
    </w:p>
    <w:p>
      <w:r>
        <w:br/>
        <w:t>2.10.1934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