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яру</w:t>
      </w:r>
    </w:p>
    <w:p>
      <w:r>
        <w:br/>
        <w:t xml:space="preserve"> &lt;p&gt;З чужого села вони вийшли в поле. Вікно з крайньої хати блимнуло вогником — і за спиною пропала дорога, дерева й усі хати. Пропала дорога й попереду — хурделиця стояла стіною. Та стіна летіла, як несамовита, і кінця-краю їй не було. Батько все ще пробував співати, але вітер жужмом хапав ті звуки й запихав назад у рот, так що він і сам себе не чув. Син також не чув. Він зігнувся, виставивши вперед голову, щоб легше було пробивати негоду. Його маленька постать тремтіла від напруження, і були хвилі, коли хлопець зупинявся на місці, не в силі ступити вперед ні кроку. Якусь мить вони боролися — хлопець і морозяна шпарка заметіль, але неодмінно перемагав хлопець і, поволеньки посуваючись уперед, знову здригався, як струна.</w:t>
      </w:r>
    </w:p>
    <w:p>
      <w:r>
        <w:br/>
        <w:t>— Налетіли круки... на зелені луки,— співав батько, і його ніхто не чув: ні хлопець, ні заметіль, ні він сам себе. Пісня разом із вітром поверталась назад у груди, і вони од того ставали широкі й невтримно тугі, як парус.</w:t>
      </w:r>
    </w:p>
    <w:p>
      <w:r>
        <w:br/>
        <w:t>Ото якби він не пив стільки, думав син, то ми вже давно б рушили були в дорогу й доходили б до свого села. А то стільки сиділи, стільки їли, стільки співали, що смеркло давно. Уже б і лишилися в гостях у дядини, але ж батькові закортіло йти, бо за маленьку Тетянку думає. Тільки вщухала бесіда, то він весь час тільки й торочив, що про неї...</w:t>
      </w:r>
    </w:p>
    <w:p>
      <w:r>
        <w:br/>
        <w:t>— На зелені луки...— знову починав батько,— налетіли круки...</w:t>
      </w:r>
    </w:p>
    <w:p>
      <w:r>
        <w:br/>
        <w:t>І раптом:</w:t>
      </w:r>
    </w:p>
    <w:p>
      <w:r>
        <w:br/>
        <w:t>— Ільку, тобі не холодно?</w:t>
      </w:r>
    </w:p>
    <w:p>
      <w:r>
        <w:br/>
        <w:t>Хлопець не розчув. Вони стали й нахилились одне до одного. Батькове обличчя, сиве од снігу, з чорними живчиками замість очей, звелося над Ільком, як небо.</w:t>
      </w:r>
    </w:p>
    <w:p>
      <w:r>
        <w:br/>
        <w:t>— Ти не замерз?</w:t>
      </w:r>
    </w:p>
    <w:p>
      <w:r>
        <w:br/>
        <w:t>— Не замерз,— щосили закричав хлопець.</w:t>
      </w:r>
    </w:p>
    <w:p>
      <w:r>
        <w:br/>
        <w:t>— Що? — не дочув батько.</w:t>
      </w:r>
    </w:p>
    <w:p>
      <w:r>
        <w:br/>
        <w:t>— Не замерз,— ще дужче гукнув Ілько.</w:t>
      </w:r>
    </w:p>
    <w:p>
      <w:r>
        <w:br/>
        <w:t>— Йди не збоку, а ступай у мій слід,— прогув батько.</w:t>
      </w:r>
    </w:p>
    <w:p>
      <w:r>
        <w:br/>
        <w:t>Так вони й пішли далі. Коли батько зупинявся, то й Ілько ставав. Невдовзі вони спустились у яр. Тут було менше вітру, але сніг сягав по груди. Батько борсався попереду, а хлопець намагався ступати в його слід. Батько раз у раз спотикався й падав. Син подавав йому руку, допомагаючи встати, але й сам, посковзнувшись, також тонув по шию в заметі. Якось таки подолали середину яру й почали дертися під гору. Скоро батько остаточно знесилився. Він тільки похитувався й широко розкритим ротом ловив вітер. Щоб було легше дихати, то повернувся до нього спиною. Тепер він більше не співав.</w:t>
      </w:r>
    </w:p>
    <w:p>
      <w:r>
        <w:br/>
        <w:t>Ількові було болісно дивитись на батька, він одвертався, щоб не бачити чорного провалля його рота, але знову ж таки обертався і з жалем дивився.</w:t>
      </w:r>
    </w:p>
    <w:p>
      <w:r>
        <w:br/>
        <w:t>— Ото з вами весь час така мука,— сказав він.</w:t>
      </w:r>
    </w:p>
    <w:p>
      <w:r>
        <w:br/>
        <w:t>— Що таке? — не розчув батько.</w:t>
      </w:r>
    </w:p>
    <w:p>
      <w:r>
        <w:br/>
        <w:t>Але Ілько не зважився повторити.</w:t>
      </w:r>
    </w:p>
    <w:p>
      <w:r>
        <w:br/>
        <w:t>Знову почали дертися вгору. Кучугури не випускали їхніх ніг, а вітер бив у груди. Батько спіткнувся і впав. Спершу думав підвестись, але, знесилений, сів у сніг і, відчувши затишок, так і сидів.</w:t>
      </w:r>
    </w:p>
    <w:p>
      <w:r>
        <w:br/>
        <w:t>— Підводьтеся й підемо,— закричав Ілько.</w:t>
      </w:r>
    </w:p>
    <w:p>
      <w:r>
        <w:br/>
        <w:t>— Трохи перепочинемо давай.</w:t>
      </w:r>
    </w:p>
    <w:p>
      <w:r>
        <w:br/>
        <w:t>— Замерзнете!</w:t>
      </w:r>
    </w:p>
    <w:p>
      <w:r>
        <w:br/>
        <w:t>— Легше переждати... Ось нору вириємо в кучугурі й переждемо,— він навіть руками почав порпатися в снігу.</w:t>
      </w:r>
    </w:p>
    <w:p>
      <w:r>
        <w:br/>
        <w:t>— Вставайте й підемо. Бо ви п'яні, поодморожуєте щось.</w:t>
      </w:r>
    </w:p>
    <w:p>
      <w:r>
        <w:br/>
        <w:t>— А тобі неоднаково? — почав гніватися батько.</w:t>
      </w:r>
    </w:p>
    <w:p>
      <w:r>
        <w:br/>
        <w:t>— Неоднаково, бо як замерзнете, то матері буде з вами ще більше мороки, ніж із живим.</w:t>
      </w:r>
    </w:p>
    <w:p>
      <w:r>
        <w:br/>
        <w:t>— То й добре!</w:t>
      </w:r>
    </w:p>
    <w:p>
      <w:r>
        <w:br/>
        <w:t>— Ви вже й так її своєю вдачею та горілкою з життя звели.</w:t>
      </w:r>
    </w:p>
    <w:p>
      <w:r>
        <w:br/>
        <w:t>Він почав торсати батька за плече, але той турнув його в груди, й Ілько впав у сніг. Не заплакав, не закричав, але тільки мовив із спокійною гіркотою:</w:t>
      </w:r>
    </w:p>
    <w:p>
      <w:r>
        <w:br/>
        <w:t>— Ото завжди б'єтесь. І чого тільки ваші руки не попересихають, коли ви б'єте мене або матір?</w:t>
      </w:r>
    </w:p>
    <w:p>
      <w:r>
        <w:br/>
        <w:t>Батько взяв у пригірщ снігу, лизнув язиком і почав лаяти все на світі. Син слухав, слухав, і поволі їх присипало снігом.</w:t>
      </w:r>
    </w:p>
    <w:p>
      <w:r>
        <w:br/>
        <w:t>— Ви й другої роботи ніколи не знали, хіба що лаятись. Ото скажіть, чи лежали у вас до чого-небудь руки?</w:t>
      </w:r>
    </w:p>
    <w:p>
      <w:r>
        <w:br/>
        <w:t>Батько замовк і наче задумався. Несподівано затяг:</w:t>
      </w:r>
    </w:p>
    <w:p>
      <w:r>
        <w:br/>
        <w:t>— На народні муки...</w:t>
      </w:r>
    </w:p>
    <w:p>
      <w:r>
        <w:br/>
        <w:t>Трохи ще помовчав і сказав:</w:t>
      </w:r>
    </w:p>
    <w:p>
      <w:r>
        <w:br/>
        <w:t>— Ти собі йди, а я замерзатиму. Якщо вам зі мною так важко, то без мене буде легше.</w:t>
      </w:r>
    </w:p>
    <w:p>
      <w:r>
        <w:br/>
        <w:t>— А як замерзнете — це теж морока. Мати знову плакатиме й побиватиметься, бо ніколи за вами не мала тихої години.</w:t>
      </w:r>
    </w:p>
    <w:p>
      <w:r>
        <w:br/>
        <w:t>— Раз поплаче, зате потім їй уже буде добре. Хай ще раз поплаче за мною. А коли захоче замуж за когось, то передай, щоб за Гната Мацоху трималась, він без роботи жодного дня не сидів, а баби таких люблять.</w:t>
      </w:r>
    </w:p>
    <w:p>
      <w:r>
        <w:br/>
        <w:t>— Мацоха вже старий,—сказав Ілько.— Вставайте й підемо.</w:t>
      </w:r>
    </w:p>
    <w:p>
      <w:r>
        <w:br/>
        <w:t>— Е-е ні,— затявся батько.— Тепер не піду. Дай хоч одне добре діло зробити... Передай матері, що й Лаврін путящий чоловік, хай не спускає із нього ока.</w:t>
      </w:r>
    </w:p>
    <w:p>
      <w:r>
        <w:br/>
        <w:t>— Вставайте.</w:t>
      </w:r>
    </w:p>
    <w:p>
      <w:r>
        <w:br/>
        <w:t>— Ти замовкнеш? Ти чого взявся мною командувати? Я твій батько чи не батько? Що захочу зробити з собою, те й зроблю. Ось постелюся тут і спатиму до ранку.</w:t>
      </w:r>
    </w:p>
    <w:p>
      <w:r>
        <w:br/>
        <w:t>Ілько наче змирився з усім. Він уже не протестував, а тільки почав зводитись. Батько дивився на нього, дивився, і було йому в ту хвилю шкода свого власного життя, яке він сам занапастив, і жінки своєї, і дітей.</w:t>
      </w:r>
    </w:p>
    <w:p>
      <w:r>
        <w:br/>
        <w:t>— То ти йдеш? — запитав.</w:t>
      </w:r>
    </w:p>
    <w:p>
      <w:r>
        <w:br/>
        <w:t>— Іду.</w:t>
      </w:r>
    </w:p>
    <w:p>
      <w:r>
        <w:br/>
        <w:t>— Передай Тетянці, що я її люблю.</w:t>
      </w:r>
    </w:p>
    <w:p>
      <w:r>
        <w:br/>
        <w:t>— Добре,— пообіцяв Ілько, а потім:—Тільки ж їй один місяць, хіба вона зрозуміє?</w:t>
      </w:r>
    </w:p>
    <w:p>
      <w:r>
        <w:br/>
        <w:t>— Вона тямковита дівчина.</w:t>
      </w:r>
    </w:p>
    <w:p>
      <w:r>
        <w:br/>
        <w:t>— Гаразд,— погодився хлопець.</w:t>
      </w:r>
    </w:p>
    <w:p>
      <w:r>
        <w:br/>
        <w:t>— А матері передай, що я хотів весело прожити, а воно так виходило: коли мені весело, то вам сумно. Передаси?</w:t>
      </w:r>
    </w:p>
    <w:p>
      <w:r>
        <w:br/>
        <w:t>— Передам.</w:t>
      </w:r>
    </w:p>
    <w:p>
      <w:r>
        <w:br/>
        <w:t>— Ні, ти мені скажи: передаси чи ні?</w:t>
      </w:r>
    </w:p>
    <w:p>
      <w:r>
        <w:br/>
        <w:t>— О, ви знову за своє.</w:t>
      </w:r>
    </w:p>
    <w:p>
      <w:r>
        <w:br/>
        <w:t>Батько замовк.</w:t>
      </w:r>
    </w:p>
    <w:p>
      <w:r>
        <w:br/>
        <w:t>— Ну, чому ж ти не йдеш? — запитав згодом.</w:t>
      </w:r>
    </w:p>
    <w:p>
      <w:r>
        <w:br/>
        <w:t>Ілько рушив. Хурделиця зразу ж почала йому плювати в очі, терновими колючками штрикала в лице, а в груди била такими сердитими кулаками, що перехоплювало подих. З яру було лізти так, ніби на небо додумався видертись. Ілько озирнувся назад — і нічого не побачив у темно-білому моторошному летінні. Він подумав про те, що коли ще хоч трохи пройде вперед, то вже потім не втрапить у цей яр, на те місце, де покинув батька.</w:t>
      </w:r>
    </w:p>
    <w:p>
      <w:r>
        <w:br/>
        <w:t>— Агей! — крикнув він, але звук зразу ж погас на вустах.</w:t>
      </w:r>
    </w:p>
    <w:p>
      <w:r>
        <w:br/>
        <w:t>Пішов назад. Батька вже геть-чисто замело, тільки горбик стримів замість голови й плечей. Ілько кинувся його одгрібати, а потім термосив. Батько розплющив очі й запитав:</w:t>
      </w:r>
    </w:p>
    <w:p>
      <w:r>
        <w:br/>
        <w:t>— Га?</w:t>
      </w:r>
    </w:p>
    <w:p>
      <w:r>
        <w:br/>
        <w:t>— Вставайте, бо замерзнете.</w:t>
      </w:r>
    </w:p>
    <w:p>
      <w:r>
        <w:br/>
        <w:t>— А ти чому плачеш?</w:t>
      </w:r>
    </w:p>
    <w:p>
      <w:r>
        <w:br/>
        <w:t>— Я не плачу, то сніг.</w:t>
      </w:r>
    </w:p>
    <w:p>
      <w:r>
        <w:br/>
        <w:t>— То й добре, що сніг. А я вже задрімав. І приснилася мені яблуня в саду, а потім наче грім якийсь. Ти грому не чув?</w:t>
      </w:r>
    </w:p>
    <w:p>
      <w:r>
        <w:br/>
        <w:t>— Не чув. Ходімо.</w:t>
      </w:r>
    </w:p>
    <w:p>
      <w:r>
        <w:br/>
        <w:t>— Чого ж це я йтиму? Ну чого? Хіба ми з тобою не говорили?</w:t>
      </w:r>
    </w:p>
    <w:p>
      <w:r>
        <w:br/>
        <w:t>— Ходімо,— благав Ілько.— Бо у вас же гостинець за пазухою, вітрячок для Тетянки, той, що дядина дала.</w:t>
      </w:r>
    </w:p>
    <w:p>
      <w:r>
        <w:br/>
        <w:t>— Сам занеси.</w:t>
      </w:r>
    </w:p>
    <w:p>
      <w:r>
        <w:br/>
        <w:t>— Сам я загублю. А ви донесете.</w:t>
      </w:r>
    </w:p>
    <w:p>
      <w:r>
        <w:br/>
        <w:t>Ілько відтирав батькові вуха й щоки, хапав його руки, намагаючись підвести. Батько щось міркував, а потім і мовив:</w:t>
      </w:r>
    </w:p>
    <w:p>
      <w:r>
        <w:br/>
        <w:t>— Ну, добре, треба якось той вітрячок для Тетянки нести, бо дядина ж сердитиметься.</w:t>
      </w:r>
    </w:p>
    <w:p>
      <w:r>
        <w:br/>
        <w:t>Він ледве встав — і мало не звалився. Ілько підпирав його руками й грудьми. Сяк-так почали йти.</w:t>
      </w:r>
    </w:p>
    <w:p>
      <w:r>
        <w:br/>
        <w:t>— Ото Тетянка радітиме,— бубонів Ілько,— ото радітиме,— а в самого під очима росли крижані бурульки.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яру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