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сутінках</w:t>
      </w:r>
    </w:p>
    <w:p>
      <w:r>
        <w:br/>
        <w:t xml:space="preserve"> &lt;p&gt;Адміністратор цукроварні, присадкуватий Ігнат Соломонович, і завполітосвітою заводського комсомольського осередку, чубатий Андрій, приїхали в нове підшефне село Бобрик читать лекції. Одна мусила бути по агрономії, друга про міжнародне становище,— обидві з діапозитивами .</w:t>
      </w:r>
    </w:p>
    <w:p>
      <w:r>
        <w:br/>
        <w:t>Коли біля хати-читальні спинилась на всім скаку пара вороних, сонце спускалось в рожевуватий туман над далекими хребтами сільських хат. З брички злізли запилені шефи, поторсали замок біля запертих дверей, обійшли читальню кругом, постояли нерішуче.</w:t>
      </w:r>
    </w:p>
    <w:p>
      <w:r>
        <w:br/>
        <w:t>— Ей, хлопчику! — Хлопчик сидів і порпався в пилу між коліями, як горобець.— Ти що, на дощ куряву збив?.. Піди та поклич завідуючого читальнею або кого з сільради, та хутенько.</w:t>
      </w:r>
    </w:p>
    <w:p>
      <w:r>
        <w:br/>
        <w:t>Хлопчик підсмикнув штанці і стрімголов залопотів гарбузами через город.</w:t>
      </w:r>
    </w:p>
    <w:p>
      <w:r>
        <w:br/>
        <w:t>— Січас...</w:t>
      </w:r>
    </w:p>
    <w:p>
      <w:r>
        <w:br/>
        <w:t>Андрій зняв карбідовий чарівний ліхтар, коробки з діапозитивами і розставляв все на ґанку.</w:t>
      </w:r>
    </w:p>
    <w:p>
      <w:r>
        <w:br/>
        <w:t>— Що, Ігнате Соломоновичу, озброїмось терпінням...</w:t>
      </w:r>
    </w:p>
    <w:p>
      <w:r>
        <w:br/>
        <w:t>— Хе-хе, Андруша, озброїмось, якщо хвате...</w:t>
      </w:r>
    </w:p>
    <w:p>
      <w:r>
        <w:br/>
        <w:t>Ігнат Соломонович тільки вчора видужав, десь там у нього розлилась була жовч, а від того ще й сьогодні білки стомлених очей по кутках трохи жовті. Він зморено розіслав брезентовий плащ на ґанку і ліг горілиць. Флегматичний зроду, умів він бути спокійним завжди, і зараз ось почекає хвилину-дві, сяде на бричку і чкурне назад. А поки що уставивсь очима в хащі хмелю над ґанком, довгий ніс його поводив ніздрями як крилами і заспокоївсь.</w:t>
      </w:r>
    </w:p>
    <w:p>
      <w:r>
        <w:br/>
        <w:t>— Я чекаю.</w:t>
      </w:r>
    </w:p>
    <w:p>
      <w:r>
        <w:br/>
        <w:t>Андрій розтягнувся на шпориші і мовчки розглядав тези.</w:t>
      </w:r>
    </w:p>
    <w:p>
      <w:r>
        <w:br/>
        <w:t>— А знаєш, сьогодні неділя і людей мусить бути багато.</w:t>
      </w:r>
    </w:p>
    <w:p>
      <w:r>
        <w:br/>
        <w:t>— Подивимось... А от як їх зібрать?</w:t>
      </w:r>
    </w:p>
    <w:p>
      <w:r>
        <w:br/>
        <w:t>— Пхе, їрунда, зберемо, ось прийде завхач.</w:t>
      </w:r>
    </w:p>
    <w:p>
      <w:r>
        <w:br/>
        <w:t>— М-м-м...— Ігнат Соломонович ловив мух,— иш, чорт... гідра контрреволюції, ти жигать, ось тобі...— ловив, а задушить було ліньки, і він пускав назад.</w:t>
      </w:r>
    </w:p>
    <w:p>
      <w:r>
        <w:br/>
        <w:t>Андрій взявся далі за тези. Над дерев'яною, наново побіленою церквою з писком крутились щурі.</w:t>
      </w:r>
    </w:p>
    <w:p>
      <w:r>
        <w:br/>
        <w:t>Минуло кілька хвилин.</w:t>
      </w:r>
    </w:p>
    <w:p>
      <w:r>
        <w:br/>
        <w:t>З реготом з гарбузів вилетіла юрба хлоп'ят.</w:t>
      </w:r>
    </w:p>
    <w:p>
      <w:r>
        <w:br/>
        <w:t>— Нема, нема...</w:t>
      </w:r>
    </w:p>
    <w:p>
      <w:r>
        <w:br/>
        <w:t>— Тю, кого нема?</w:t>
      </w:r>
    </w:p>
    <w:p>
      <w:r>
        <w:br/>
        <w:t>— Завідуючого нема, ми пішли, а він поїхав до міста ще вчора... А сільрада заперта...</w:t>
      </w:r>
    </w:p>
    <w:p>
      <w:r>
        <w:br/>
        <w:t>— Гм... Ігнат Соломонович, чуєш? І що ми будемо робить?</w:t>
      </w:r>
    </w:p>
    <w:p>
      <w:r>
        <w:br/>
        <w:t>— Хе-хе.. Хлопці, а як у вас збирають людей? Ну, на збори, на сходку, чи що?</w:t>
      </w:r>
    </w:p>
    <w:p>
      <w:r>
        <w:br/>
        <w:t>Хлопці терлись і не знали, як у них збирають людей.</w:t>
      </w:r>
    </w:p>
    <w:p>
      <w:r>
        <w:br/>
        <w:t>— Ну, як от у вас, наприклад, лекція чи що там, ну мітинг?..</w:t>
      </w:r>
    </w:p>
    <w:p>
      <w:r>
        <w:br/>
        <w:t>— А хтозна...</w:t>
      </w:r>
    </w:p>
    <w:p>
      <w:r>
        <w:br/>
        <w:t>— От їй-бо, та бувають же у вас збори...</w:t>
      </w:r>
    </w:p>
    <w:p>
      <w:r>
        <w:br/>
        <w:t>Ігнат Соломонович аж упрів, а хлопці все-таки не знали, як у їх збирають людей.</w:t>
      </w:r>
    </w:p>
    <w:p>
      <w:r>
        <w:br/>
        <w:t>— От їй-бо, та ніде нікого з дорослих... Де хоч ваші люди?</w:t>
      </w:r>
    </w:p>
    <w:p>
      <w:r>
        <w:br/>
        <w:t>Тут хлопці знали і кинулись наперебій.</w:t>
      </w:r>
    </w:p>
    <w:p>
      <w:r>
        <w:br/>
        <w:t>— Всі на полі... жнива... ну, так сьогодні ж неділя, треба...</w:t>
      </w:r>
    </w:p>
    <w:p>
      <w:r>
        <w:br/>
        <w:t>— Треба... А культуру не треба? Андрію, хіба ми дурно приїхали? Скликать!</w:t>
      </w:r>
    </w:p>
    <w:p>
      <w:r>
        <w:br/>
        <w:t>— Звісно, скликать,— і гарячий Андрій кинувсь був вперед та спинивсь і почухав потилицю — куди? Сільрада замкнена. От закавика. На ґанку черідкою виставились ліхтар та коробки з діапозитивами, оглянув їх і сів безпорадний.</w:t>
      </w:r>
    </w:p>
    <w:p>
      <w:r>
        <w:br/>
        <w:t>На щастя підвернувсь вертлявий хлопчисько. І бувають же такі розбитні діти.</w:t>
      </w:r>
    </w:p>
    <w:p>
      <w:r>
        <w:br/>
        <w:t>— Дядю, у нас як на збори, так дзвонять... Дзвоном скликають...</w:t>
      </w:r>
    </w:p>
    <w:p>
      <w:r>
        <w:br/>
        <w:t>— А-а-а... Андрію, чуєш? Розкопать.</w:t>
      </w:r>
    </w:p>
    <w:p>
      <w:r>
        <w:br/>
        <w:t>— Пр-равильно, веди до дзвонаря.</w:t>
      </w:r>
    </w:p>
    <w:p>
      <w:r>
        <w:br/>
        <w:t>— До дзвонаря... до дзвонаря...</w:t>
      </w:r>
    </w:p>
    <w:p>
      <w:r>
        <w:br/>
        <w:t>І ціла валка дітвори з Андрієм посередині зникла в хмарі збитого пилу, як череда.</w:t>
      </w:r>
    </w:p>
    <w:p>
      <w:r>
        <w:br/>
        <w:t>Ігнат Соломолович умостився і терпляче ждав на ефект.</w:t>
      </w:r>
    </w:p>
    <w:p>
      <w:r>
        <w:br/>
        <w:t>Поки Андрій гукав у двері сторожки, пронирливі, запобігливі хлоп'ята відхилили незамкнені чомусь важкі двері на дзвіницю і вже ганяли по бантинах горобців.</w:t>
      </w:r>
    </w:p>
    <w:p>
      <w:r>
        <w:br/>
        <w:t>Старий дзвонар, він же й сторож, зрештою виліз. Був це кривий ченець Павлін. Як зачув, чого від нього хочуть, замотав злякано головою в дрібненьких кісках, продираючи заспані очі і шмаркаючи сизим носом.</w:t>
      </w:r>
    </w:p>
    <w:p>
      <w:r>
        <w:br/>
        <w:t>— Як? Та то ж ґвалт... Що ви?..</w:t>
      </w:r>
    </w:p>
    <w:p>
      <w:r>
        <w:br/>
        <w:t>Андрій вибачливо розводив руками.</w:t>
      </w:r>
    </w:p>
    <w:p>
      <w:r>
        <w:br/>
        <w:t>Раптом дзвонар, як ошпарений, рвонувсь до дзвіниці — зобачив хлопців.</w:t>
      </w:r>
    </w:p>
    <w:p>
      <w:r>
        <w:br/>
        <w:t>— Що? Що ви робите, сук-кини сини? Що ви робите? Пр-р-риб'ю.</w:t>
      </w:r>
    </w:p>
    <w:p>
      <w:r>
        <w:br/>
        <w:t>І за хвилю його милиця та лайка стугоніла по сходах. Хлопці метнулись аж на самий верх.</w:t>
      </w:r>
    </w:p>
    <w:p>
      <w:r>
        <w:br/>
        <w:t>Андрій вибіг з огради, став на вигоні перед церквою, задрав голову і стежив за оказією.</w:t>
      </w:r>
    </w:p>
    <w:p>
      <w:r>
        <w:br/>
        <w:t>Там заверещало не своїм голосом,— одного насів, значить. Двоє з'явились і перелякано забігали, як миші, аж зверху на помості, плутались у віжках під дзвонами.</w:t>
      </w:r>
    </w:p>
    <w:p>
      <w:r>
        <w:br/>
        <w:t>Один побачив внизу Андрія, згадав, чого зліз, схопив віжку від найбільшого дзвона, що в нього дзвонять раз на рік і то на велике свято, розгойдав і... Раптом, як на Великдень, в розгон в найбільший дзвін:</w:t>
      </w:r>
    </w:p>
    <w:p>
      <w:r>
        <w:br/>
        <w:t>— Бов.</w:t>
      </w:r>
    </w:p>
    <w:p>
      <w:r>
        <w:br/>
        <w:t>Надвечірню тишу тіпонуло за петельки...</w:t>
      </w:r>
    </w:p>
    <w:p>
      <w:r>
        <w:br/>
        <w:t>— Бов-в-в! — як з гармати.</w:t>
      </w:r>
    </w:p>
    <w:p>
      <w:r>
        <w:br/>
        <w:t>Ігнат Соломонович здригнувся, коли вдарив дзвін, а коли вгледів, як летіли ошалілі громадяни села Бобрика — на полудрабках , охляп на конях, а, крім вершника з люшнею , ще був або хомут перекручений догори розмотаною супонею , або сідьолка збоку,— як мчали на возах і пішки старі й малі, баби й діди, покинувши печене й варене, з дому й з поля. Один промчав з косою й з мантачкою замиленим конем, на коні були наритники і не було обротьки , вчепившись в холку.</w:t>
      </w:r>
    </w:p>
    <w:p>
      <w:r>
        <w:br/>
        <w:t>Коли побачив...</w:t>
      </w:r>
    </w:p>
    <w:p>
      <w:r>
        <w:br/>
        <w:t>Ігнат Соломонович скочив на бричку, шарпнув коней і за мить мов у воду ринув.</w:t>
      </w:r>
    </w:p>
    <w:p>
      <w:r>
        <w:br/>
        <w:t>На ґанку рядочком лишились — карбідовий ліхтар і коробки з діапозитивами.</w:t>
      </w:r>
    </w:p>
    <w:p>
      <w:r>
        <w:br/>
        <w:t>— Держі-і-ть!.. Злодія держіть!..</w:t>
      </w:r>
    </w:p>
    <w:p>
      <w:r>
        <w:br/>
        <w:t>— Бий його — морду бий...</w:t>
      </w:r>
    </w:p>
    <w:p>
      <w:r>
        <w:br/>
        <w:t>Андрій стояв серед вигону біля стовпа і спокійно спостерігав баталію. Дивно, на кого вони так напирають. Вже й націю опреділили. Дивувався, доки не зрозумів, що вся ота стихія суне на нього, а зрозумів,— всередині щось йокнуло і защеміло.</w:t>
      </w:r>
    </w:p>
    <w:p>
      <w:r>
        <w:br/>
        <w:t>Кремезний багатій Сміян налетів конем і, рикаючи, замахнувсь на всю душу люшнею, мов булавою, Андрій відхилився, ззаду хтось підтримав вилами, але не проколов,— люшня вдарилась об стовп і розлетілась в щепки.</w:t>
      </w:r>
    </w:p>
    <w:p>
      <w:r>
        <w:br/>
        <w:t>— Стій! — Це Андрій.</w:t>
      </w:r>
    </w:p>
    <w:p>
      <w:r>
        <w:br/>
        <w:t>— Ага, кричиш...</w:t>
      </w:r>
    </w:p>
    <w:p>
      <w:r>
        <w:br/>
        <w:t>— Сюди його... самосуд йому!</w:t>
      </w:r>
    </w:p>
    <w:p>
      <w:r>
        <w:br/>
        <w:t>Андрій спочатку храбривсь, та, побачивши, що непереливки, розтерявсь:</w:t>
      </w:r>
    </w:p>
    <w:p>
      <w:r>
        <w:br/>
        <w:t>— Товариші... Громадяне!</w:t>
      </w:r>
    </w:p>
    <w:p>
      <w:r>
        <w:br/>
        <w:t>— Що він там шабаршить, в харю!</w:t>
      </w:r>
    </w:p>
    <w:p>
      <w:r>
        <w:br/>
        <w:t>— Би-и-и-й ї-і-іх!..</w:t>
      </w:r>
    </w:p>
    <w:p>
      <w:r>
        <w:br/>
        <w:t>Сміян налітав, мов кібець .</w:t>
      </w:r>
    </w:p>
    <w:p>
      <w:r>
        <w:br/>
        <w:t>— Підожди, Сміяне, не втече, до розправи його, порядок треба, а потім і в пику...</w:t>
      </w:r>
    </w:p>
    <w:p>
      <w:r>
        <w:br/>
        <w:t>Дзвонар Павлін плигав на милиці і, запінений, всім розповідав про "бандитський наскок". Обуренню не було меж.</w:t>
      </w:r>
    </w:p>
    <w:p>
      <w:r>
        <w:br/>
        <w:t>— Як, ми на полі, а нас ґвалтувать, а потім гробить? А-а-а... Так бий же його, бий!</w:t>
      </w:r>
    </w:p>
    <w:p>
      <w:r>
        <w:br/>
        <w:t>— Стій, не напирай, слова просить.</w:t>
      </w:r>
    </w:p>
    <w:p>
      <w:r>
        <w:br/>
        <w:t>— Товариші, та дайте ж слова,— зринув зрештою з хаосу Андріїв голос, що серед юрби, мов серед ярмарку, посувавсь разом до сільради.</w:t>
      </w:r>
    </w:p>
    <w:p>
      <w:r>
        <w:br/>
        <w:t>— Нікоторого слова.</w:t>
      </w:r>
    </w:p>
    <w:p>
      <w:r>
        <w:br/>
        <w:t>— Дать слово?</w:t>
      </w:r>
    </w:p>
    <w:p>
      <w:r>
        <w:br/>
        <w:t>— Не треба...</w:t>
      </w:r>
    </w:p>
    <w:p>
      <w:r>
        <w:br/>
        <w:t>— Говори!..</w:t>
      </w:r>
    </w:p>
    <w:p>
      <w:r>
        <w:br/>
        <w:t>Сміян придививсь до Андрія і... впізнав.</w:t>
      </w:r>
    </w:p>
    <w:p>
      <w:r>
        <w:br/>
        <w:t>— А-а-а,— давня злість перевернула печінки. Давно то було.— Я ж тобі... пригадаю!</w:t>
      </w:r>
    </w:p>
    <w:p>
      <w:r>
        <w:br/>
        <w:t>Наперли на сільраду. Сільрада зачинена. Коли Андрій опинивсь на ґанку і глянув навколо, комашки полізли поза шкірою: весь величезний вигін геть-чисто запруджений людьми, і ще йдуть, біжать з усіх заулків, захекавшись.</w:t>
      </w:r>
    </w:p>
    <w:p>
      <w:r>
        <w:br/>
        <w:t>А надворі сутеніє.</w:t>
      </w:r>
    </w:p>
    <w:p>
      <w:r>
        <w:br/>
        <w:t>Прибіг переляканий секретар (як з неба впав), впізнав Андрія і більше перелякався.</w:t>
      </w:r>
    </w:p>
    <w:p>
      <w:r>
        <w:br/>
        <w:t>Андрій почав був говорить, розпалюючись і звично входячи в ролю, як на мітингу. Юрба зашикала, притихла, та тиша не втрималась, раптом лопнула і зчинивсь знову, тепер уже утроений, лемент. Полетіло каміння, зовсім близько вдаривсь і розбив шибку кийок...</w:t>
      </w:r>
    </w:p>
    <w:p>
      <w:r>
        <w:br/>
        <w:t>Секретар хапливо відімкнув двері і пхнув туди Андрія,— бідняга влетів навзнак.</w:t>
      </w:r>
    </w:p>
    <w:p>
      <w:r>
        <w:br/>
        <w:t>— Не напирай... товариші, стой!</w:t>
      </w:r>
    </w:p>
    <w:p>
      <w:r>
        <w:br/>
        <w:t>— Пусти-и!</w:t>
      </w:r>
    </w:p>
    <w:p>
      <w:r>
        <w:br/>
        <w:t>І секретар не стримав — ціла юрба ввалилась слідом.</w:t>
      </w:r>
    </w:p>
    <w:p>
      <w:r>
        <w:br/>
        <w:t>При каганці в сільраді засідає дивний "трибунал" — кілька найзаможніших — хазяїв, що вдерлись на чолі з Сміяном, і вузлуватий, зляканий секретар сільради. З "начальства", як на гріх, нікого...</w:t>
      </w:r>
    </w:p>
    <w:p>
      <w:r>
        <w:br/>
        <w:t>Спочатку сидять мовчки. Груня з Сміяном, важко дихаючи, витріщилась на свою жертву — зудить в руках. Секретар знає Андрія — комсомольця, завполітосвітою, але в чому тут річ?..</w:t>
      </w:r>
    </w:p>
    <w:p>
      <w:r>
        <w:br/>
        <w:t>Напружена тиша.</w:t>
      </w:r>
    </w:p>
    <w:p>
      <w:r>
        <w:br/>
        <w:t>Величезні волохаті тіні колишуться по стінах, по стелі.</w:t>
      </w:r>
    </w:p>
    <w:p>
      <w:r>
        <w:br/>
        <w:t>На дворі шумить, як море, юрба і гупає в двері. У вікна витріщились десятки пар очей.</w:t>
      </w:r>
    </w:p>
    <w:p>
      <w:r>
        <w:br/>
        <w:t>Андрій сидить окремо на столі і демонстративно дриґає ногами, а в самого душа не на місці.</w:t>
      </w:r>
    </w:p>
    <w:p>
      <w:r>
        <w:br/>
        <w:t>— Тут телефон є?</w:t>
      </w:r>
    </w:p>
    <w:p>
      <w:r>
        <w:br/>
        <w:t>— Що? Я тобі нателефоную, я тобі...— Сміян схопився, потім сів...</w:t>
      </w:r>
    </w:p>
    <w:p>
      <w:r>
        <w:br/>
        <w:t>Суд почався. Верховодить Сміян.</w:t>
      </w:r>
    </w:p>
    <w:p>
      <w:r>
        <w:br/>
        <w:t>Помацки, не знаючи, в чому суть, секретар почина вигороджувати Андрія. В'яже незграбно мову в узли. Се й те... це гарний юнак, комсомолець...</w:t>
      </w:r>
    </w:p>
    <w:p>
      <w:r>
        <w:br/>
        <w:t>— Га, комсомолець... тим гірше для нього: бандит він, довольно.</w:t>
      </w:r>
    </w:p>
    <w:p>
      <w:r>
        <w:br/>
        <w:t>Андрій перебив і спокійно почав розповідати, в чому справа...</w:t>
      </w:r>
    </w:p>
    <w:p>
      <w:r>
        <w:br/>
        <w:t>— Що, що ж ти брешеш, сучий син, ану дзвонаря сюди, дзвонаря давай.</w:t>
      </w:r>
    </w:p>
    <w:p>
      <w:r>
        <w:br/>
        <w:t>Пустили героя вечора, дзвонаря. А на дворі юрба шумить, хтось пробує виставить двері.</w:t>
      </w:r>
    </w:p>
    <w:p>
      <w:r>
        <w:br/>
        <w:t>Проти монаших доводів кривого Павліна та проти аргументів Сміяна, скріплених матом і грюком кулака об стіл, всякі виправдання безсилі. Та Андрій і не виправдувавсь. Ушнипивсь понуро поглядом у Сміяна.</w:t>
      </w:r>
    </w:p>
    <w:p>
      <w:r>
        <w:br/>
        <w:t>Десь він цього "креза" запам'ятав... Ага, 20-й рік... розверстка... Он як... Угу-у...</w:t>
      </w:r>
    </w:p>
    <w:p>
      <w:r>
        <w:br/>
        <w:t>Тепер Андрій не виправдувавсь, бо добре знав, що не поможе, що сьогоднішній випадок лише зачіпка. Так, так... корінь зла десь там... коли він з братвою тут розкулачував... Скільки років пройшло, а впізнав Сміян. О, хіба він коли забуде, ніколи. Хіба вмре...</w:t>
      </w:r>
    </w:p>
    <w:p>
      <w:r>
        <w:br/>
        <w:t>Андрія щось питали, але він не чув, втягнувшись в спогади.</w:t>
      </w:r>
    </w:p>
    <w:p>
      <w:r>
        <w:br/>
        <w:t>...О, ніколи вони не забудуть цього...</w:t>
      </w:r>
    </w:p>
    <w:p>
      <w:r>
        <w:br/>
        <w:t>Ніби стверджуючи останнє, Сміян грізно наблизивсь і взяв за петельки.</w:t>
      </w:r>
    </w:p>
    <w:p>
      <w:r>
        <w:br/>
        <w:t>— Ну?</w:t>
      </w:r>
    </w:p>
    <w:p>
      <w:r>
        <w:br/>
        <w:t>— Не руш!</w:t>
      </w:r>
    </w:p>
    <w:p>
      <w:r>
        <w:br/>
        <w:t>— Н-на...</w:t>
      </w:r>
    </w:p>
    <w:p>
      <w:r>
        <w:br/>
        <w:t>Важка груба долоня вдарила в лице. Андрій рвонувсь, напруживсь, як кішка для скоку, але враз руки опали, мов віжки, засунув їх глибоко в кишені. Бачив своє безсилля і кипів. Одступив крок до дверей.</w:t>
      </w:r>
    </w:p>
    <w:p>
      <w:r>
        <w:br/>
        <w:t>— Пустіть... пустіть мене до людей...</w:t>
      </w:r>
    </w:p>
    <w:p>
      <w:r>
        <w:br/>
        <w:t>Сміян і другий загородили дорогу. Андрій налазив, тримаючи руки в кишенях.</w:t>
      </w:r>
    </w:p>
    <w:p>
      <w:r>
        <w:br/>
        <w:t>— Геть...</w:t>
      </w:r>
    </w:p>
    <w:p>
      <w:r>
        <w:br/>
        <w:t>— А... ти револьвер... викинь!</w:t>
      </w:r>
    </w:p>
    <w:p>
      <w:r>
        <w:br/>
        <w:t>Андрій не виймав рук з порожніх кишень.</w:t>
      </w:r>
    </w:p>
    <w:p>
      <w:r>
        <w:br/>
        <w:t>— Пусти...— Він був готовий на все.</w:t>
      </w:r>
    </w:p>
    <w:p>
      <w:r>
        <w:br/>
        <w:t>Сміян намацав ззаду стілець і скрипнув зубами...</w:t>
      </w:r>
    </w:p>
    <w:p>
      <w:r>
        <w:br/>
        <w:t>— Викинь... викинь!</w:t>
      </w:r>
    </w:p>
    <w:p>
      <w:r>
        <w:br/>
        <w:t>— Геть! Розмахнувся Сміян...</w:t>
      </w:r>
    </w:p>
    <w:p>
      <w:r>
        <w:br/>
        <w:t>Раптом погас каганець. Заметушились. Знадвору хтось вибивав шибки.</w:t>
      </w:r>
    </w:p>
    <w:p>
      <w:r>
        <w:br/>
        <w:t>Коли засвітили каганець, Андрія і секретаря сільради не було і всі двері замкнені.</w:t>
      </w:r>
    </w:p>
    <w:p>
      <w:r>
        <w:br/>
        <w:t>Сміян і його приятелі замкнули в собі гнів. Резолюція була коротка:</w:t>
      </w:r>
    </w:p>
    <w:p>
      <w:r>
        <w:br/>
        <w:t>— Піймать гада.</w:t>
      </w:r>
    </w:p>
    <w:p>
      <w:r>
        <w:br/>
        <w:t>На дворі Сміян лютував:</w:t>
      </w:r>
    </w:p>
    <w:p>
      <w:r>
        <w:br/>
        <w:t>— Хто в нас пале... хто в нас краде... хто коней воде... Сліпе, глухе обурення ствердило правоту його слів.</w:t>
      </w:r>
    </w:p>
    <w:p>
      <w:r>
        <w:br/>
        <w:t>— Він не втече, він не втече, ми йому...— нахвалялись п'яні Євлампієнки, діти "порядного" батька, шибайголови.— Ми на всіх вулицях... Гей, хлопці,— зібрали кагалу подібних собі і пішли.</w:t>
      </w:r>
    </w:p>
    <w:p>
      <w:r>
        <w:br/>
        <w:t>Людям, особливо молоді, ради свята не хотілось розходитися. Зійшлися у балачках та з кумою, той з сватом. Ґвалт помалу ущух. Пообсідали канави та колодки. Дівчата лузають насіння.</w:t>
      </w:r>
    </w:p>
    <w:p>
      <w:r>
        <w:br/>
        <w:t>— Розходьсь, розходьсь... представленія не буде, не буде, — жартував веселий чередник Микита.</w:t>
      </w:r>
    </w:p>
    <w:p>
      <w:r>
        <w:br/>
        <w:t>— Е, дядьку Микито, вже було...</w:t>
      </w:r>
    </w:p>
    <w:p>
      <w:r>
        <w:br/>
        <w:t>— От так... з вашою чередою, як я через неї та приставленіе проґавив,..</w:t>
      </w:r>
    </w:p>
    <w:p>
      <w:r>
        <w:br/>
        <w:t>Жарти, сміх. Розходились. Лишалась молодь.</w:t>
      </w:r>
    </w:p>
    <w:p>
      <w:r>
        <w:br/>
        <w:t>Андрій, крадучись, добрався кущами з секретарем сільради до нього додому. Секретаря звали Никанором. Раніш він був слюсарем на цукроварні.</w:t>
      </w:r>
    </w:p>
    <w:p>
      <w:r>
        <w:br/>
        <w:t>Коли погасло світло, а погасло воно не само, Никанор мерщій відімкнув двері в другу кімнату, шепнув Андрієві, і вони зникли. Пробравшись через другий вихід у садок, потім кущами і ось вони тут, дома.</w:t>
      </w:r>
    </w:p>
    <w:p>
      <w:r>
        <w:br/>
        <w:t>— Ну, Андрій, або пан, або пропав.— Никанор в пітьмі дістав запилену карабінку, обойму патронів, мисливську рушницю.— Вибирай, заряджай.</w:t>
      </w:r>
    </w:p>
    <w:p>
      <w:r>
        <w:br/>
        <w:t>В самого руки трусились.</w:t>
      </w:r>
    </w:p>
    <w:p>
      <w:r>
        <w:br/>
        <w:t>Розкуражена перелякана дружина Никанорова схопилася, засвітила лампу і вкрутила — світ ледве блимав. Сама сіла на ліжкові, біла як крейда, в самій полотняній сорочці.</w:t>
      </w:r>
    </w:p>
    <w:p>
      <w:r>
        <w:br/>
        <w:t>Зарядили хлопці і довго прислухались до найменшого руху.</w:t>
      </w:r>
    </w:p>
    <w:p>
      <w:r>
        <w:br/>
        <w:t>Тиша аж дзвенить. Андрія розібрав сміх, стало чудно.</w:t>
      </w:r>
    </w:p>
    <w:p>
      <w:r>
        <w:br/>
        <w:t>— Чого ти?</w:t>
      </w:r>
    </w:p>
    <w:p>
      <w:r>
        <w:br/>
        <w:t>— Х-ха, яка це все кумедія, мов у театрі... Ет, дурниця. Знаєш, Никаноре, я піду: вони вже давно, мабуть, розійшлися.</w:t>
      </w:r>
    </w:p>
    <w:p>
      <w:r>
        <w:br/>
        <w:t>Щось рипнуло, принишкли.</w:t>
      </w:r>
    </w:p>
    <w:p>
      <w:r>
        <w:br/>
        <w:t>Стукнуло нерішуче в вікно. Жінка мерщій погасила світло.</w:t>
      </w:r>
    </w:p>
    <w:p>
      <w:r>
        <w:br/>
        <w:t>Тиша. Знову стук.</w:t>
      </w:r>
    </w:p>
    <w:p>
      <w:r>
        <w:br/>
        <w:t>— Хто?</w:t>
      </w:r>
    </w:p>
    <w:p>
      <w:r>
        <w:br/>
        <w:t>— Я.</w:t>
      </w:r>
    </w:p>
    <w:p>
      <w:r>
        <w:br/>
        <w:t>— Та я, Ларин...</w:t>
      </w:r>
    </w:p>
    <w:p>
      <w:r>
        <w:br/>
        <w:t>— А, Іван, ти... Зараз.</w:t>
      </w:r>
    </w:p>
    <w:p>
      <w:r>
        <w:br/>
        <w:t>Відкрив. Засвітили світ. Ввійшов стривожений Ларин, комсомолець, товариш Андріїв: необтесаний, але щирий.</w:t>
      </w:r>
    </w:p>
    <w:p>
      <w:r>
        <w:br/>
        <w:t>— Ти тут, хох-хо... а я думав — капут. Там, брат, на тебе засідки всюди.— Потім спохвативсь: — А знаєш, за мною, здається, весь час слідили Євлампієнки з оравою.</w:t>
      </w:r>
    </w:p>
    <w:p>
      <w:r>
        <w:br/>
        <w:t>Під вікнами зашелестіло. Никанор збентеживсь:</w:t>
      </w:r>
    </w:p>
    <w:p>
      <w:r>
        <w:br/>
        <w:t>— Гаси.</w:t>
      </w:r>
    </w:p>
    <w:p>
      <w:r>
        <w:br/>
        <w:t>Тиша. Хвилина, дві... Ніде нічого. Андрій не витримав, незручно за Никанорову сім'ю.</w:t>
      </w:r>
    </w:p>
    <w:p>
      <w:r>
        <w:br/>
        <w:t>— Ану його к чорту, ждать отак, ніби курка в хворості, я піду: та й тобі, Никаноре, безпечніш буде, у тебе ж жінка, дитина... Та й взагалі це дурниця, ну хто посміє? Я пішов.</w:t>
      </w:r>
    </w:p>
    <w:p>
      <w:r>
        <w:br/>
        <w:t>Никанор пробував перечить, але й самому здавалось — так краще.</w:t>
      </w:r>
    </w:p>
    <w:p>
      <w:r>
        <w:br/>
        <w:t>Пішли. Ларин проводив.</w:t>
      </w:r>
    </w:p>
    <w:p>
      <w:r>
        <w:br/>
        <w:t>За левадами на краю села Андрій простився з Іваном. Посміялися трохи з оказії і розійшлись. Андрій пішов просто на шлях до млинів.</w:t>
      </w:r>
    </w:p>
    <w:p>
      <w:r>
        <w:br/>
        <w:t>Ніч ні темна, ні видна. Місяць червоний і здоровий, мов діжа, тільки не сходив із-за далекого лісу. З річки тягнув вогкий холоднуватий вітер. Чорні млини порозставляли грубі руки і стояли трійцею обабіч дороги.</w:t>
      </w:r>
    </w:p>
    <w:p>
      <w:r>
        <w:br/>
        <w:t>Андрій ішов колією, збиваючи припаду пилюку, і спостерігав за курявою. Інколи озирався набік, не з тривоги, ні, а так. Тривога уляглась, коли залишив останній перелаз. Ішов, згадував пережите за день і сміявсь про себе. Зразу, опинившись за селом, стало так легко, ніби спав стопудовий тягар. Тепер хотілося крикнути на всі груди і побігти вибриком по сонній пилюці.</w:t>
      </w:r>
    </w:p>
    <w:p>
      <w:r>
        <w:br/>
        <w:t>Коли минав останній млин, озирнувсь. Раптом щось впало важке на голову і зразу ж з реготом на нього насіли.</w:t>
      </w:r>
    </w:p>
    <w:p>
      <w:r>
        <w:br/>
        <w:t>Зразу град болючих ударів, потім кудись волокли за ноги,— далі нитка пам'яті урвалась. Пекучі огненні кола і морок.</w:t>
      </w:r>
    </w:p>
    <w:p>
      <w:r>
        <w:br/>
        <w:t>...Липкий і тягучий морок.</w:t>
      </w:r>
    </w:p>
    <w:p>
      <w:r>
        <w:br/>
        <w:t>Ранком Ігнат Соломонович потягся в ліжку. Сміявся з учорашньої пригоди,— як він безсоромно тікав, га.</w:t>
      </w:r>
    </w:p>
    <w:p>
      <w:r>
        <w:br/>
        <w:t>— Хе-хе... Ну й лекцію встругнув, ледве коні донесли. От номер... жаль. Сором людям похвалитися, а то б, хе-хе.</w:t>
      </w:r>
    </w:p>
    <w:p>
      <w:r>
        <w:br/>
        <w:t>Ігнат Соломонович сміявся і нетерпляче чекав Андрія. Андрій заходив до нього кожного ранку. Тим більше сьогодні мусив зайти після такого вчорашнього (на його думку, надзвичайного) "казуса".</w:t>
      </w:r>
    </w:p>
    <w:p>
      <w:r>
        <w:br/>
        <w:t>— А ліхтаря забув... отакої,— тільки тепер згадав, що справді ліхтар так і лишився на ґанку.</w:t>
      </w:r>
    </w:p>
    <w:p>
      <w:r>
        <w:br/>
        <w:t>— Туди, к бісу, треба когось посилати. Знову коня давай... Хоча, от дурень я, Андрій же там...</w:t>
      </w:r>
    </w:p>
    <w:p>
      <w:r>
        <w:br/>
        <w:t>Задзвонив телефон...</w:t>
      </w:r>
    </w:p>
    <w:p>
      <w:r>
        <w:br/>
        <w:t>— Так... Я... Що?.. Що?..</w:t>
      </w:r>
    </w:p>
    <w:p>
      <w:r>
        <w:br/>
        <w:t>Брови Ігната Соломоновича підскочили вгору, рука трусилась, друга, що тримав нею широкі кальсони, зробила непевний рух.</w:t>
      </w:r>
    </w:p>
    <w:p>
      <w:r>
        <w:br/>
        <w:t>Втратив всяку рівновагу...</w:t>
      </w:r>
    </w:p>
    <w:p>
      <w:r>
        <w:br/>
        <w:t>Не дослухав і кинувся мерщій одягатись.</w:t>
      </w:r>
    </w:p>
    <w:p>
      <w:r>
        <w:br/>
        <w:t>Коли Ігнат Соломонович з'явився в лікарню, Андрій, тільки що привезений, лежав нерухомо... Ні лиця на ньому, ні вигляду...</w:t>
      </w:r>
    </w:p>
    <w:p>
      <w:r>
        <w:br/>
        <w:t>Без всяких ознак життя.</w:t>
      </w:r>
    </w:p>
    <w:p>
      <w:r>
        <w:br/>
        <w:t>Метушився лікар, метушились сестри з шклянками і з ще чимсь.</w:t>
      </w:r>
    </w:p>
    <w:p>
      <w:r>
        <w:br/>
        <w:t>Ніяк не міг збагнути всього, що сталося... Потім до телефону і подзвонив:</w:t>
      </w:r>
    </w:p>
    <w:p>
      <w:r>
        <w:br/>
        <w:t>— Дайте міліцію...</w:t>
      </w:r>
    </w:p>
    <w:p>
      <w:r>
        <w:br/>
        <w:t>А потім ще дав розпорядження на конюшню — поїхать і забрать карбідовий чарівний ліхтар та діапозитиви.</w:t>
      </w:r>
    </w:p>
    <w:p>
      <w:r>
        <w:br/>
        <w:t>(Журнал "Всесвіт", 1927, № 37)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сутінках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