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таборі</w:t>
      </w:r>
    </w:p>
    <w:p>
      <w:r>
        <w:br/>
        <w:t xml:space="preserve"> &lt;p&gt;Петро Мальований ходив між дротами, як в менажерії звір. Голодна і неволею до розпуки доведена звірюка. Він спльовував і говорив сам до себе, мов несповна розуму.</w:t>
      </w:r>
    </w:p>
    <w:p>
      <w:r>
        <w:br/>
        <w:t>"Ідеш направо — дріт, підеш наліво — дріт, і роби з собою що хоч. Грім би їх побив, хороба б їх видусила до лаби. 1 нам нема що їсти, і їм нема що їсти, а миритися не хочуть, дияволи. Перше лиш душогубів у тюрму замикали, а тепер душогуби ходять собі самопаш, а чесний народ, мов худоба в кошарі живе. Ще гірше від худоби, бо худоба — це гріш, а полонений — тягар. Чим скоріше за-ков'язне, тим краще для них, не буде даром хліба жерти. А хліб дорога річ. Перше за дві-три марки можна було в комерсанта цілу буханку купити, а нині один шматок марку коштує, та й то такий, що крізь його аж Таращу1 видно. Тьфу!"</w:t>
      </w:r>
    </w:p>
    <w:p>
      <w:r>
        <w:br/>
        <w:t>Сів під решіткою, обіймив праве коліно руками і хитався направо й наліво, як від вітру пень.</w:t>
      </w:r>
    </w:p>
    <w:p>
      <w:r>
        <w:br/>
        <w:t>"О, така гарна днина, сонінько сяє, вода журчить, травиця, ніби чуєш, росте, тільки плуг бери та гайда в поле, ори, сій, волочи. Та невже! Ти тепер не господар, не рільник, а воєнноплінний. От яке тобі ім'я підібрали, підбирав би їх дідько на вила. Та то не жарт! У мене десять десятин ріллі, і воли, і корови, і жінка, і діти. Я не хто-небудь! Найстарший син в Америку пішов, гроші робив, похвалявся, що мені золотий годинник в дарунку привезе. Мені то годинника не треба, бо я з сонця читаю, я час свій розумію, але все-таки, дивіть, який у мене син! А я тут, як каторжний який, як в менажерії мавпа, за дротами сиджу. О!"</w:t>
      </w:r>
    </w:p>
    <w:p>
      <w:r>
        <w:br/>
        <w:t>Доторкнувся рукою шинелі, пощупав себе за рукав, погладив брудну сорочку.</w:t>
      </w:r>
    </w:p>
    <w:p>
      <w:r>
        <w:br/>
        <w:t>"О, як опорядили мене! Гідний який! Одно слово — воєнноплінний. І номер є, і на штанях ляпас, і через плечі ляпас, навіть генерал тілько ляпасів не має!"</w:t>
      </w:r>
    </w:p>
    <w:p>
      <w:r>
        <w:br/>
        <w:t>Попід табор переходила якась німка. "Guten Tag!"</w:t>
      </w:r>
    </w:p>
    <w:p>
      <w:r>
        <w:br/>
        <w:t>"Гут таг! Ну, чого вилудила вочі? Не бачила чоловіка чи що?"</w:t>
      </w:r>
    </w:p>
    <w:p>
      <w:r>
        <w:br/>
        <w:t>Показав їй язик, та зараз, мов засоромлений своїм дітвацьким вчинком, говорив до себе.</w:t>
      </w:r>
    </w:p>
    <w:p>
      <w:r>
        <w:br/>
        <w:t>"Злість тебе за серце хапає, коли бачиш вольного чоловіка. Ходить собі куди йому завгодно і робить що хоче, а тобі зась. Тамтим, в одинадцятому блоку (тут показав рукою на таборовий цвинтар), тамтим і байдуже, а нам, живим, ні. Ми б тих вольних зубами кусали, бо вони вольні, а ми ні. Роздратували людей, як диких звірів, і прийде ще така година, що вони будуть жертися, як звірюки, о! Прийде..."</w:t>
      </w:r>
    </w:p>
    <w:p>
      <w:r>
        <w:br/>
        <w:t>І знов обіймив руками коліно, як жінку, і знов хитався направо й наліво. Далеко перед ним синіли гори і видно було світовий курорт Баден2. Туди їхав залізний поїзд.</w:t>
      </w:r>
    </w:p>
    <w:p>
      <w:r>
        <w:br/>
        <w:t>"О, як спішаться. Децуг, айльцуг, чортзна-який цуг, щоб тільки скоріше, та й щоб тільки скоріше. А ти сиди. Сиди рік, сиди два, сиди три — до суду-віку сиди. Аж досадишся до такого, що тебе нужда з'їсть, або хороба яка вночі задавить, або з розуму зійдеш — тоді і визволять тебе. Воєнноплінний!"</w:t>
      </w:r>
    </w:p>
    <w:p>
      <w:r>
        <w:br/>
        <w:t>Похилив голову на коліно і вже не подібний був до пенька, а до груди землі, яку вижбурляла війна з українського чорнозему і кинула з Таращі над Рейн.</w:t>
      </w:r>
    </w:p>
    <w:p>
      <w:r>
        <w:br/>
        <w:t>І тая груда землі стала з себе добувати звуки, сумні, скрипливі, страшні:</w:t>
      </w:r>
    </w:p>
    <w:p>
      <w:r>
        <w:br/>
        <w:t>Ой запив козак, запив, ой запив, загулявся3, А його кінь вороний та на стайні застоявся.</w:t>
      </w:r>
    </w:p>
    <w:p>
      <w:r>
        <w:br/>
        <w:t>Скрипливі звуки продиралися крізь дротяну решітку і хотіли мандрувати в світи, та вітер завертав їх назад до вуха співака.</w:t>
      </w:r>
    </w:p>
    <w:p>
      <w:r>
        <w:br/>
        <w:t>"Навіть пісні не хочуть пустити. Вона теж в плєну?</w:t>
      </w:r>
    </w:p>
    <w:p>
      <w:r>
        <w:br/>
        <w:t>Гарна пісня. Бувало, з кіньми на ніч ідемо та співаємо. Давно було!"</w:t>
      </w:r>
    </w:p>
    <w:p>
      <w:r>
        <w:br/>
        <w:t>І спомини сідали на його, як на мерця мухи.</w:t>
      </w:r>
    </w:p>
    <w:p>
      <w:r>
        <w:br/>
        <w:t>Він замовк, скрутився сам у собі і сидів без руху і без тями. Забув, де він і що з ним.</w:t>
      </w:r>
    </w:p>
    <w:p>
      <w:r>
        <w:br/>
        <w:t>А сонце гріло.</w:t>
      </w:r>
    </w:p>
    <w:p>
      <w:r>
        <w:br/>
        <w:t>Усміхнувся.</w:t>
      </w:r>
    </w:p>
    <w:p>
      <w:r>
        <w:br/>
        <w:t>"Та й гріє ж як! Зовсім ніби у нас, ніби те саме сонце. Сонце те саме, а люди не ті, і звичаї другі, і мова не така. Якже це так? Сонце всіх милує, і гріє, і світить, і гладить тебе по голові, і ніби всміхається до тебе, ніби розважає тебе, а чоловік на чоловіка вовком глядить, зуби на тебе щірить: мар-р-рш!"</w:t>
      </w:r>
    </w:p>
    <w:p>
      <w:r>
        <w:br/>
        <w:t>Гаркнув, як заржавілий ланцюх.</w:t>
      </w:r>
    </w:p>
    <w:p>
      <w:r>
        <w:br/>
        <w:t>"Замало їм одного табору, другий строять. Та й який здоровий! Тільки там бараки куди кращі, бо це для тих американців, що в полон попали. Американ, то пан, а наш руський мужик до неволі привик".</w:t>
      </w:r>
    </w:p>
    <w:p>
      <w:r>
        <w:br/>
        <w:t>Його думки побігли іншими шляхами.</w:t>
      </w:r>
    </w:p>
    <w:p>
      <w:r>
        <w:br/>
        <w:t>"Я вже оце в третьому таборі перебуваю. Був із французами, був із англичанами, а оце між своїх попав. Тамтих ненавидять, але мають їх за людей, а наших ніби люблять, та так якось, як господар своїх собак любить. Добрі собаки, а все-таки собаки. їм і помий досить..."</w:t>
      </w:r>
    </w:p>
    <w:p>
      <w:r>
        <w:br/>
        <w:t>Пригадав собі таборовий суп і позіхнув,</w:t>
      </w:r>
    </w:p>
    <w:p>
      <w:r>
        <w:br/>
        <w:t>"Ніяк не привикнеш до його. Борщику б поїв, вареників щоб мені жінка наварила, та ще зо сметаною, та ще чарочку гіркої, та ще холодок у вишневому садку, а там хай сонінько світить високо десь на небі. А тут воно з тебе останні соки висисає".</w:t>
      </w:r>
    </w:p>
    <w:p>
      <w:r>
        <w:br/>
        <w:t>Встав і хотів іти в барак, бо незабаром вернуть товариші із школи і почнуть розливати суп. Чим скоріше з тарілкою підійдеш, тим кращого наллють. А там що доброго, й не стане.</w:t>
      </w:r>
    </w:p>
    <w:p>
      <w:r>
        <w:br/>
        <w:t>Та зір його спинився на американському, новому таборі. Між ним а між старим українським поміж двома решітками бігла стежечка, а тою стежечкою мандрували два часові. Один справа, а другий ізліва. Посередині стрічалися, повертали і розходилися в два боки. Старі, п'ятидесятилітні німецькі бауери.</w:t>
      </w:r>
    </w:p>
    <w:p>
      <w:r>
        <w:br/>
        <w:t>"Вам, батьки, так само хочеться "шпацірувати", як мені оту, о, сидіти. Пішли б ви собі до своїх жінок, а ми до своїх, та й був би шлюс. А так кумедію з нами грають і годі. О, який мені вояк. У мене кращі в коноплях стояли, та й то воробці не боялися їх".</w:t>
      </w:r>
    </w:p>
    <w:p>
      <w:r>
        <w:br/>
        <w:t>Засміявся, махнув рукою і вже хотів іти, як нараз мовби його хто по голові вдарив. "Що за біда!" Приложив руку до чола, щоб сонце не сліпило, і стояв, якби до землі приріс.</w:t>
      </w:r>
    </w:p>
    <w:p>
      <w:r>
        <w:br/>
        <w:t>А навпроти його в американському таборі теж стояв такий, як він, тільки молодший і вбраний гарніше, і теж руку над очима держав.</w:t>
      </w:r>
    </w:p>
    <w:p>
      <w:r>
        <w:br/>
        <w:t>А потім обоє стали посуватися вперед, поки носами не Доторкнулися до дротів.</w:t>
      </w:r>
    </w:p>
    <w:p>
      <w:r>
        <w:br/>
        <w:t>— Батьку!</w:t>
      </w:r>
    </w:p>
    <w:p>
      <w:r>
        <w:br/>
        <w:t>— Сину!</w:t>
      </w:r>
    </w:p>
    <w:p>
      <w:r>
        <w:br/>
        <w:t>— Невже ж це ви?</w:t>
      </w:r>
    </w:p>
    <w:p>
      <w:r>
        <w:br/>
        <w:t>— Невже ж це ти, Іване?</w:t>
      </w:r>
    </w:p>
    <w:p>
      <w:r>
        <w:br/>
        <w:t>Дроти сталися хитати, мовби хотіли їх пустити до себе.</w:t>
      </w:r>
    </w:p>
    <w:p>
      <w:r>
        <w:br/>
        <w:t>— А ви ж ту що роботе, батьку?</w:t>
      </w:r>
    </w:p>
    <w:p>
      <w:r>
        <w:br/>
        <w:t>— На Мазуровських болотах у полон попав. Третій рік сиджу. Нудьга така, нужда, а ти?</w:t>
      </w:r>
    </w:p>
    <w:p>
      <w:r>
        <w:br/>
        <w:t>— А мене в Америці до війська взяли, крізь океан везли, під Раймсом німцям у руки дістався. — Батьку!</w:t>
      </w:r>
    </w:p>
    <w:p>
      <w:r>
        <w:br/>
        <w:t>— Сину ти мій...</w:t>
      </w:r>
    </w:p>
    <w:p>
      <w:r>
        <w:br/>
        <w:t>Надбігли часові і відігнали їх від решіток, старого вправо, а молодого уліво.</w:t>
      </w:r>
    </w:p>
    <w:p>
      <w:r>
        <w:br/>
        <w:t>Перше між ними був океан, а тепер дві дротяні переволоки і стежечка вузька, якою мандрує двоє німецьких вояків туди й назад.</w:t>
      </w:r>
    </w:p>
    <w:p>
      <w:r>
        <w:br/>
        <w:t>Дві рушниці сунуться понад дроти і ніби позіхають до сонця.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таборі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