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тяжкому сні я плакав...</w:t>
      </w:r>
    </w:p>
    <w:p>
      <w:r>
        <w:br/>
        <w:t xml:space="preserve"> В тяжкому сні я плакав:&lt;br /&gt;</w:t>
        <w:br/>
        <w:t>Побачив тебе я в труні.&lt;br /&gt;</w:t>
        <w:br/>
        <w:t>Прокинувсь, а сльози в мене&lt;br /&gt;</w:t>
        <w:br/>
        <w:t>Ще ллються з очей рясні.</w:t>
      </w:r>
    </w:p>
    <w:p>
      <w:r>
        <w:br/>
        <w:t>В тяжкому сні я плакав:&lt;br /&gt;</w:t>
        <w:br/>
        <w:t>Приснилось — ти не моя.&lt;br /&gt;</w:t>
        <w:br/>
        <w:t>Прокинувся і ще довго&lt;br /&gt;</w:t>
        <w:br/>
        <w:t>I гірко плакав я.</w:t>
      </w:r>
    </w:p>
    <w:p>
      <w:r>
        <w:br/>
        <w:t>В тяжкому сні я плакав:&lt;br /&gt;</w:t>
        <w:br/>
        <w:t>Приснилось — ти будеш любить.&lt;br /&gt;</w:t>
        <w:br/>
        <w:t>Прокинувсь я і досі&lt;br /&gt;</w:t>
        <w:br/>
        <w:t>Не можу сліз спинить.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тяжкому сні я плакав...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