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В-ван!</w:t>
      </w:r>
    </w:p>
    <w:p>
      <w:r>
        <w:br/>
        <w:t xml:space="preserve"> &lt;p&gt;В-ВАН!</w:t>
      </w:r>
    </w:p>
    <w:p>
      <w:r>
        <w:t>— Ликвидировали?! — сказал он из снега. — Глядите, нынче меня нету, а завтра вас не будет.</w:t>
      </w:r>
    </w:p>
    <w:p>
      <w:r>
        <w:br/>
        <w:t>Так и выйдет, что в социализм придет один ваш главный человек!</w:t>
      </w:r>
    </w:p>
    <w:p>
      <w:r>
        <w:br/>
        <w:t>А. Платонов. Котлован.</w:t>
      </w:r>
    </w:p>
    <w:p>
      <w:r>
        <w:br/>
        <w:t>Його охайність межувала з хворобливістю. Він те й знав, що чистив себе, машину, все довкола. Був нестомний, мов птах, що переважну частину життя витрачав на чищення свого пір'я. В машині витирав невидимий пил навіть їдучи. В одній руці кермо, в другій — клаптик вологої замші, одне око некліпно — на дорогу, друге визирює кожну порошинку на па­нелі, на сидіннях, на дверцятах. По роботі, перш ніж загнати машину до боксу, довго мив її чорне лискуче тіло, витирав і полірував, а пилососом об­ходив гараж, не минаючи жодного закутка, приска­ливши око, ще раз оглядав машину, гараж, тоді пе­ревдягався в чисте і, розвернувши, закочував лімузин для нічного спочинку.</w:t>
      </w:r>
    </w:p>
    <w:p>
      <w:r>
        <w:br/>
        <w:t>А сам знав, що спочинку не матиме, що знов прийде оте, гнітитиме, мучитиме, каратиме — і нема рятунку.</w:t>
      </w:r>
    </w:p>
    <w:p>
      <w:r>
        <w:br/>
        <w:t>Він всіляко відволікав настання страшних хви­лин і годин незаклопотаної самотності, довго зачи­няв і брав на засуви зсередини тяжкі гаражні воро­та, ще й ще перевіряв, чи все вичищене, чи все на місці, чи повсюди панує порядок, як у танкових військах (мабуть, єдина весела примовка, що зали­шилася йому з минулого), тоді розпочинав повільне готування до своєї самітницької вечері. Розстеляв на капоті машини чистий широкий рушничок, нарізав хліба, сала, ковбаски, цибульки, діставав свою вірну алюмінієву, акуратно і вміло обшиту шинельним сук­ном баклагу, збовтував нею над вухом, щоб переко­натися, що там ще є, ставав грудьми до радіатора, булькав трохи до алюмінієвого похідного кухлика, перш ніж випити, довго стояв, мовби прислухався.</w:t>
      </w:r>
    </w:p>
    <w:p>
      <w:r>
        <w:br/>
        <w:t>Малим він був, як усі. Так і норовив сприснути, зірватися, втекти з хати, з двору, далі від маминої турботливості — в береги, в лози, в шелюги, в гли­нища, до чорта в зуби! Як вони галасали в отих без­межних просторах, за всіма можливими межами ви­тривалості, без повітря в грудях, на самому захваті, одурілі й оглухлі від щастя свободи, забувши про весь світ і навіть про себе самих, безжурно позбув­шись усього, що мали, не пам'ятаючи нічого, не знаючи і не відчуваючи, — тільки ноги, щоб бігти, тільки очі, щоб вбирати ними манливу волю, тільки голос, щоби вплітати його в отой розсваволено-дитячий, майже пташиний клекіт роздолля.</w:t>
      </w:r>
    </w:p>
    <w:p>
      <w:r>
        <w:br/>
        <w:t>А мама виходили в берег, шукали й не знаходили заблуканого синочка, тужливо прикликали його до себе: "І-іва!.."</w:t>
      </w:r>
    </w:p>
    <w:p>
      <w:r>
        <w:br/>
        <w:t>Іван чув чи й не чув, але не відгукувався, не ози­вався, втікав ще далі, бо хто б же добровільно зрікся здобутої власними зусиллями свободи. Пустощі, не слухняність — йому й цього було мало, і він вдавав­ся іноді до гри майже жорстокої. Нагаласавшись в лугах-берегах, ховався за хатою в бузині, ждав, поки мама стануть посилати в простори своє стривожене "І-іва!..", не озивався, затаєно кулився в м'яких ям­ках, повикублюваних курями, мучив маму. Любив, а мучив. Чому й навіщо? Хіба він тоді знав. Доро­го б тепер дав, щоб усе оте з минулого повернути навспак або хоч забути — та ні перевернеш, ні забу­деш. Мав би він тоді щоразу відгукуватися на мамин поклик, мала б його маленька, ще ніби й не зіпсова­на душа стрепенутися від того ласкавого, єдиного в світі "І-іва..." і полинути до маминого голосу, до тривоги й любові маминої. Але тоді не стрепенулася й не полинула, а тепер уже пізно.</w:t>
      </w:r>
    </w:p>
    <w:p>
      <w:r>
        <w:br/>
        <w:t>Тому й ставав Іван отак щовечора: грудьми до радіатора, спиною до дверей, до світу, до всіх його голосів і покликів, а перед очима в темній глибині гаража за чорним лискучо-залізним тілом машини — страшні темнощі, хаос, клубочіння примар і жахів.</w:t>
      </w:r>
    </w:p>
    <w:p>
      <w:r>
        <w:br/>
        <w:t>Але темнощі, хоч і перед очима, все ж були дале­ко, а ось тут, одразу за плечима — широкі ворота у світ, звідки ще може прилетіти, прилинути до Івана поклик і заклик. Хай навіть один-єдиний звук, і він почує його крізь усі відстані, перепони й перешкоди, почує з землі і з неба, завжди й звідусіль, почує і...</w:t>
      </w:r>
    </w:p>
    <w:p>
      <w:r>
        <w:br/>
        <w:t>Але мовчало все для Івана: земля і небо, простори й відстані, світи і зорі — хоч як він вслухався, хоч як ждав, хоч який тепер був терплячий і покірливий.</w:t>
      </w:r>
    </w:p>
    <w:p>
      <w:r>
        <w:br/>
        <w:t>З алюмінієвим кухликом у руці він щоразу довго стояв, прислухаючись до того, чого не почує вже ніколи, тоді набирав повні груди повітря і одним ковтком опорожняв посудинку. Пекучий напій бив у груди, в голову, глушив усі змисли, і тепер Іван уже був майже радий, що нічого не зможе почути.</w:t>
      </w:r>
    </w:p>
    <w:p>
      <w:r>
        <w:br/>
        <w:t>Чому він тоді не слухав маминого голосу, не ози­вався, не вертався додому і втікав далі й далі, у яко­мусь здичавінні, несамовитості, майже маячні?</w:t>
      </w:r>
    </w:p>
    <w:p>
      <w:r>
        <w:br/>
        <w:t>А як вони тоді бігали, металися на луках, як га­ласали, як дуріли! Тепер так і не вміють. Тепер все мопеди, мотоцикли, "Москвичі". А тоді навіть вело­сипед був тільки у старшого піонервожатого Грицька Вареника. Вареник запам'ятався велосипедом і тим, як муштрував їх, щоб знали всіх "вождів". Нар­ком важкої промисловості, нарком харчової промис­ловості, нарком фінансів, нарком внутрішніх справ, нарком зовнішніх справ... Хто? Хто? Хто? Знати, як таблицю множення, як рідного батька, як власне дихання. Вдень і вночі, на землі й під водою. "Вождів" багато, імена такі, що й не вимовиш, а Вареник дов­бав, як сорока в маслак: Анастас Іванович, В’ячеслав Михайлович, Лаврентій Павлович... Не вивчив — ворожий підспівувач, прихвостень, готовий ворог народу. Вони одуріло повторювали слідом за Варе­ником, щоб одігнати підозри від своїх дитячих душ і від нього, але нічого не помогло. Вареник затуркотів слідом за ворогами народу, щез навіки разом із своїм велосипедом.</w:t>
      </w:r>
    </w:p>
    <w:p>
      <w:r>
        <w:br/>
        <w:t>Про Вареника Іван міг би згодом попитати у Стар­шого, але не наважився цього зробити, бо це було б однаково, що зізнатися у своїх зв'язках із ворогом народу. Бог з ним, із Вареником. Але куди подівся тоді його велосипед?</w:t>
      </w:r>
    </w:p>
    <w:p>
      <w:r>
        <w:br/>
        <w:t>І, може, саме Вареників велосипед або тільки спогад про нього штовхнув Івана до техніки, і він став трактористом, комбайнером, а тоді вже й шо­фером півторатонки, яку їхній колгосп одержав пер­шим у районі.</w:t>
      </w:r>
    </w:p>
    <w:p>
      <w:r>
        <w:br/>
        <w:t>Охайність у Івана була змалку, від мами і від батька-столяра (нічого на світі не бачив Іван чистішого, ніж стружки з-під батькового рубанка!), але коли став механізатором, то вже тут шикування було не чис­тотою, а замурзаністю, запацьореністю. Просто з трактора, весь у мастилі, в диму і поросі гримів до сільбуду, розлякував святково повбираних дівчат: "Р-розійдись!". "М-ми ж-желєзним коньом все поля об-бойдьом, убер-рьом і посєєм і вспашем..."</w:t>
      </w:r>
    </w:p>
    <w:p>
      <w:r>
        <w:br/>
        <w:t>Коли почалася війна, Івана забрали до армії ра­зом із полуторкою.</w:t>
      </w:r>
    </w:p>
    <w:p>
      <w:r>
        <w:br/>
        <w:t>В автобаті його й знайшов Старшой. Прийшов з їхніми командирами на стрільбище. Ніхто його й не помітив. Іван теж не звернув уваги. Стріляв він, як Бог. Не цілячись — усі кулі в яблучко. Навчився ще малим із двостволки. Мамин брат, Іванів дядько, в районі завідував Тсовіахімом. Щось так само незро­зуміле, як ото тепер ДТСААФ. Він приїздив до їхньо­го села на качок. Була в нього і рушниця, і дрібно­каліберна гвинтівка тульського заводу, і навіть наган! Івана брав з собою замість собаки, щоб той зносив до дядька убитих качок. З досвітку до смерку бігав Іван за дядьком по плавнях, плавав за впольовани­ми качками по озерах, знаходив їх в очеретах і оситнягах, приносив, чіпляв дядькові до пояса вниз голів­ками, канючив: "Дя-а! Дайте стрельнути!" Іноді дядько змилостивлювався, давав Іванові рушницю, буркотів: "Стріляй та бігом, а то мені ніколи!".</w:t>
      </w:r>
    </w:p>
    <w:p>
      <w:r>
        <w:br/>
        <w:t>Іван бахкав, не цілячись, приклад боляче бив йому в худеньке плече, шріт порскав кудись зовсім не туди, де летіли качки, дядько відбирав рушницю, покрек­тував: "Не буде баба дівкою! Не вдався ти в мене, плем'яшу..."</w:t>
      </w:r>
    </w:p>
    <w:p>
      <w:r>
        <w:br/>
        <w:t>Ось тоді й навчився Іван стріляти, ніким не вче­ний, круглооко вицілював качок, мовби й не ціля­чись, стріляв перш, ніж встигав подумати, і очі в нього, тяжкі й меткі, як руді миші, так зблискували і до пострілу, й опісля, що навіть тсовіахімівському дядькові ставало лячно, він мерщій відбирав у Івана рушницю і бурмотів: "І в кого ти такий удався, плем'яш? Не полюєш, а смертовбивствуєш..."</w:t>
      </w:r>
    </w:p>
    <w:p>
      <w:r>
        <w:br/>
        <w:t>А Іван одним пострілом міг скосити цілої півдю­жини.</w:t>
      </w:r>
    </w:p>
    <w:p>
      <w:r>
        <w:br/>
        <w:t>Чужий старший лейтенант, який прийшов тоді до них на стрільбище, недовго й дивився. Сліпий би побачив, що всі заганяють свої кулі "в молоко", один тільки Іван гатить у яблучко.</w:t>
      </w:r>
    </w:p>
    <w:p>
      <w:r>
        <w:br/>
        <w:t>Старший лейтенант щось сказав їхньому комба­ту, тоді кивнув пальцем Іванові, і коли той, приско­чивши, клацнув закаблуками і рвонув товсту доло­ню до пілотки, неголосно звелів:</w:t>
      </w:r>
    </w:p>
    <w:p>
      <w:r>
        <w:br/>
        <w:t>— Підеш зі мною.</w:t>
      </w:r>
    </w:p>
    <w:p>
      <w:r>
        <w:br/>
        <w:t>— А машина? — дурнувато спитав Іван, для яко­го полуторка й далі залишалася колгоспним май­ном, що його повинен був пильнувати.</w:t>
      </w:r>
    </w:p>
    <w:p>
      <w:r>
        <w:br/>
        <w:t>— Підеш! — повторив старший лейтенант і відвер­нувся, показуючи Іванові спину, перехрещену ко­мандирськими новенькими ременями. Все на стар­шому лейтенанті було новеньке, чепурне, ідеально припасоване, сам він, невеличкий, якийсь ніби цяць­ковий, зовсім не пасував ні до війни, ні до фронту, ні до чорних брудних вибухів бомб і снарядів, під якими Іванові вже довелося побувати. Іван ішов за незнайомим маленьким командиром і відчував себе надто великим, незграбним, брудним, неоковирним. Згадав, що забув на стрільбищі свою гвинтівку, спо­лошився:</w:t>
      </w:r>
    </w:p>
    <w:p>
      <w:r>
        <w:br/>
        <w:t>— Товаришу старший лейтенант, а моя гвинтівка?</w:t>
      </w:r>
    </w:p>
    <w:p>
      <w:r>
        <w:br/>
        <w:t>— Одержиш ППШ, — кинув той, не озираючись.</w:t>
      </w:r>
    </w:p>
    <w:p>
      <w:r>
        <w:br/>
        <w:t>Іван похолов: ППШ був у них тільки в команди­ра автобату.</w:t>
      </w:r>
    </w:p>
    <w:p>
      <w:r>
        <w:br/>
        <w:t>Ще до вечора Іван став власником: новісінької тривісної машини з критим кузовом (а там ціле ба­гатство: ліжко, стіл, стільці, навіть бурий, як бичача кров, сталевий сейф), новісінького "комсоставівського" обмундирування, автомата, цілого арсеналу боєприпасів, а також припасів продовольчих, де були не тільки м'ясні консерви, згущене молоко, меди й чаї, а навіть шоколад у плитках завбільшки з долоню.</w:t>
      </w:r>
    </w:p>
    <w:p>
      <w:r>
        <w:br/>
        <w:t>— І щоб мені чистота й порядок! — сказав стар­ший лейтенант. Говорив тихо, але так лиховісно, що й мертвий здригнеться.</w:t>
      </w:r>
    </w:p>
    <w:p>
      <w:r>
        <w:br/>
        <w:t>Іванова душа металася між захватами й страха­ми, як його мишачі очі. Один день, а все твоє жит­тя — навпіл. Ще зранку в автобаті, де вони з висоти своїх машин королювали над нещасною піхотою, а по обіді — вже зовсім в іншому світі, і що тепер той автобат з його потрощеною технікою супроти цього штабного благополуччя, цього багатства, блиску й могуття! Старший лейтенант був тихий, але й страш­ний і, мабуть, не самому Іванові, а всім, хто його бачив. Майори, полковники, навіть генерали, зуст­річаючи Іванового командира, не вихизовувалися своїм старшинством, не брали "на баса", говорили з ним, як з рівним, панібратствували, шанувалися і всі називали його однаково: "Старшой".</w:t>
      </w:r>
    </w:p>
    <w:p>
      <w:r>
        <w:br/>
        <w:t>Іванові, коли той, роззявивши рот по самі вуха, гаркнув: "Товаришу старший лейтенанті", він спо­кійно показав рукою, щоб умовк, тоді звелів:</w:t>
      </w:r>
    </w:p>
    <w:p>
      <w:r>
        <w:br/>
        <w:t>— Називай мене, як усі: "Старшой". Зрозуміло?</w:t>
      </w:r>
    </w:p>
    <w:p>
      <w:r>
        <w:br/>
        <w:t>— А як же звертання? — не збагнув одразу Іван. — Товаришу старшой, чи як?</w:t>
      </w:r>
    </w:p>
    <w:p>
      <w:r>
        <w:br/>
        <w:t>— Старшой — і все. Без нічого.</w:t>
      </w:r>
    </w:p>
    <w:p>
      <w:r>
        <w:br/>
        <w:t>— І без "товаришу"?</w:t>
      </w:r>
    </w:p>
    <w:p>
      <w:r>
        <w:br/>
        <w:t>— Без. Я для тебе не товариш, а Старшой. Зро­зуміло?</w:t>
      </w:r>
    </w:p>
    <w:p>
      <w:r>
        <w:br/>
        <w:t>— Так точно.</w:t>
      </w:r>
    </w:p>
    <w:p>
      <w:r>
        <w:br/>
        <w:t>Бони кудись їхали. Старшой сидів у кабінці поряд з Іваном, коротко кидав: "Тримайся за отією "емкою". Туди. Отуди". І ніяких розбалакувань. їхали й зупинялися з машинами, яких Іван ніколи й не ба­чив, щоб стільки й отакі. Легкові, криті, як їхня, ван­тажні, тягачі. Командири — від генерала до капітанів, дівчата у формі, інтенданти, з голочки одягнені, по­вари з начищеними до блиску похідними кухнями і з пахощами такими, що кишки перевертаються. Ну!</w:t>
      </w:r>
    </w:p>
    <w:p>
      <w:r>
        <w:br/>
        <w:t>Іванові закортіло написати додому, похвалитися, як живе, хай би пораділи мама й батько, похвалили­ся в селі, який їхній Іван, з якими командирами і біля яких штабів. Але написати не встиг, та й добре, що не встиг.</w:t>
      </w:r>
    </w:p>
    <w:p>
      <w:r>
        <w:br/>
        <w:t>Десь за тиждень уночі його розбудив Старшой і звелів одягатися по тривозі. Сам був — ніби й не лягав: обмундирований, перехрещений ремінням, з пістолетом і планшеткою, навіть у касці. Каску він надягав, навіть коли сидів у машині, примушував це робити також Івана. Ну, то на поході, там справді щоб без розгільдяйства, але оце глупої ночі, далеко в тилу, серед штабів — і в касці?</w:t>
      </w:r>
    </w:p>
    <w:p>
      <w:r>
        <w:br/>
        <w:t>— Переходиш в розпорядження лейтенанта! — сказав Старшой і зник, зоставивши замість себе ви­сокого темного командира, який мовчки стежив за хапливим Івановим зодяганням.</w:t>
      </w:r>
    </w:p>
    <w:p>
      <w:r>
        <w:br/>
        <w:t>— Каску! — скомандував він, і тільки тоді Іван помітив, що чужий лейтенант сам теж був у касці. Він мерщій кинув собі на голову сталеве прикриття, вхопив з кілочка ППШ, однак лейтенант сказав:</w:t>
      </w:r>
    </w:p>
    <w:p>
      <w:r>
        <w:br/>
        <w:t>— Не треба. Одержите гвинтівку.</w:t>
      </w:r>
    </w:p>
    <w:p>
      <w:r>
        <w:br/>
        <w:t>"Невже в піхоту? — заскімлило Іванові в душі. — За що ж? Чим же я не вгодив Старшому?"</w:t>
      </w:r>
    </w:p>
    <w:p>
      <w:r>
        <w:br/>
        <w:t>Лейтенант довго вів кудись Івана поміж машина­ми, поміж соснами, поміж вартовими. Вів і привів. Там було ще кілька таких, як він, лейтенант зник, невдовзі з'явився ще раз, ще привів солдата, так і водив, поки їх зібралося дванадцять, ціле відділен­ня, тоді їм роздали гвинтівки, підсумки з патрона­ми, кожному звелено загнати обойму в магазин гвинтівки, всіх вишикувано, лейтенант перевірив спорядження, став пояснювати бойове завдання. Іван не був у піхоті, не знав, — як вона воює, не міг уявити себе, як він біжить назустріч пострілам, на­зустріч кулям, назустріч смерті. Хіба ж можна живо­му отак просто взяти і бігти, щоб тебе вбили? Переляканий наперед, завчасно, до кінця днів своїх, до своєї смерті, Іван одурів од страху, осліп і оглух і нічого не почув з того, що їм говорив лейтенант.</w:t>
      </w:r>
    </w:p>
    <w:p>
      <w:r>
        <w:br/>
        <w:t>А той, походивши перед коротенькою темною шерегою, порипівши чобітьми і голосом, зупинив­ся, гостро ковзнув поглядом по переляканих моло­дих обличчях, тоді різко спитав:</w:t>
      </w:r>
    </w:p>
    <w:p>
      <w:r>
        <w:br/>
        <w:t>— Завдання ясне?</w:t>
      </w:r>
    </w:p>
    <w:p>
      <w:r>
        <w:br/>
        <w:t>Всі чомусь мовчали, та лейтенантові, здавалося, того й треба було, він не обурився і не став повторю­вати свого запитання, мовчанка його цілком вдоволь­няла. Однак тут нарешті схаменувся Іван. Він злякав­ся ще більше, тепер уже свого незнання, роззявив рота, щоб запитати в командира, як же йому бути і що треба робити, але командир був на сторожі.</w:t>
      </w:r>
    </w:p>
    <w:p>
      <w:r>
        <w:br/>
        <w:t>— Припинити розмови! — крикнув він. І все.</w:t>
      </w:r>
    </w:p>
    <w:p>
      <w:r>
        <w:br/>
        <w:t>Тоді була команда, їх повернули, розвернули: "Правое плече вперед!", і вони кудись витупували тяжкими чобітьми, поки опинилися на безмежній світанковій галявині, обставленій з боків щільними стінами війська, а посередині була свіжовикопана яма, перед нею ніби червоноармієць, тільки просто­волосий, босий, зі зв'язаними за спиною руками, а збоку від нього — три командири, два високі й худі, а між ними — Іванів Старшой!</w:t>
      </w:r>
    </w:p>
    <w:p>
      <w:r>
        <w:br/>
        <w:t>Ті командири із Старшим були найближче до чоловіка перед свіжою ямою, але ще ближче стояв Іван у своїй залізній шерензі — всі під два метри зростом, міцні, мов із заліза, голови в касках теж ніби залізні, а до душі й не доберешся. Замість душі — гвинтівка в руках.</w:t>
      </w:r>
    </w:p>
    <w:p>
      <w:r>
        <w:br/>
        <w:t>Один з тих двох високих і худих щось читав. Довго й незрозуміло. Та Іван і не пробував нічого зрозу­міти. Він і не чув, і не слухав. Був залізний, а сам ніби здерев'янів. Що ж це таке? Як же це так?</w:t>
      </w:r>
    </w:p>
    <w:p>
      <w:r>
        <w:br/>
        <w:t>Той чоловік перед ямою тіпнувся, щось закричав незрозуміло, тоді раптом гукнув:</w:t>
      </w:r>
    </w:p>
    <w:p>
      <w:r>
        <w:br/>
        <w:t>— Хай живе товариш Сталін!</w:t>
      </w:r>
    </w:p>
    <w:p>
      <w:r>
        <w:br/>
        <w:t>Але й цього Іван ніби не почув, бо саме тоді про­лунала різка команда їхнього лейтенанта:</w:t>
      </w:r>
    </w:p>
    <w:p>
      <w:r>
        <w:br/>
        <w:t>— Від-ділення!</w:t>
      </w:r>
    </w:p>
    <w:p>
      <w:r>
        <w:br/>
        <w:t>Іван побачив, як усі виставили перед собою гвин­тівки, впираючи в плечі приклади, і мерщій зробив те саме.</w:t>
      </w:r>
    </w:p>
    <w:p>
      <w:r>
        <w:br/>
        <w:t>— У зр-радника Батьківщини, — карбував слова команди лейтенант, і вже тобі ні роздумів, ні вагань, ні відступу, — вог-гонь!</w:t>
      </w:r>
    </w:p>
    <w:p>
      <w:r>
        <w:br/>
        <w:t>Залп ударив коротко, болісно, різучо. Так, ніби роздерли міцне полотно.</w:t>
      </w:r>
    </w:p>
    <w:p>
      <w:r>
        <w:br/>
        <w:t>Іван уже більше не бачив нічого. Слухав команду, виконував, він — чи й не він? Де він, що з ним, на якій землі, на якому небі, чи стояла тоді роса, чи була трава під ногами? Не зміг би пригадати й на Страшнім суді. Все залізне, навіть повітря сизе і ніби залізне.</w:t>
      </w:r>
    </w:p>
    <w:p>
      <w:r>
        <w:br/>
        <w:t>Коли вже знов сидів у своїй машині, а поряд — Старшой, обидва в касках, мов великі воїни, а ма­шина аж дзвенить, така вона доглянута, вичищена, ніби вилизана язиком, Старшой, дивлячись попе­ред себе, спитав:</w:t>
      </w:r>
    </w:p>
    <w:p>
      <w:r>
        <w:br/>
        <w:t>— Ти куди стріляв?</w:t>
      </w:r>
    </w:p>
    <w:p>
      <w:r>
        <w:br/>
        <w:t>— Стріляв? — на смерть перелякався Іван. — Куди стріляв? У зрадника Батьківщини стріляв!</w:t>
      </w:r>
    </w:p>
    <w:p>
      <w:r>
        <w:br/>
        <w:t>— Я питаю — куди, а не в кого! Цілився куди?</w:t>
      </w:r>
    </w:p>
    <w:p>
      <w:r>
        <w:br/>
        <w:t>Цілився? Куди цілився? Це Іван знав. Ой, як же</w:t>
      </w:r>
    </w:p>
    <w:p>
      <w:r>
        <w:br/>
        <w:t>знав! Бо коли б не цілився, то попав би точно в серце. Таке вже кляте було в нього око, така рука. Тому й цілився в ноги тому чоловікові. Хто там зна­тиме? А вийшло: всі вони цілилися або в ноги, або пускали "в молоко"! Старшому і отим двом, худим і високим, довелося добивати зрадника контрольни­ми пострілами з пістолетів. Це ж добре, що хтось передбачив. Передбачив, не бачивши, але знаючи наперед про всіх таких, як Іван.</w:t>
      </w:r>
    </w:p>
    <w:p>
      <w:r>
        <w:br/>
        <w:t>— Щоб мені цього більше не було! — сказав Стар­шой.</w:t>
      </w:r>
    </w:p>
    <w:p>
      <w:r>
        <w:br/>
        <w:t>Іван кивнув важкоголово.</w:t>
      </w:r>
    </w:p>
    <w:p>
      <w:r>
        <w:br/>
        <w:t>Тоді вперше почувся йому мамин голос так, як ніколи не чувся: добрий, ласкавий, м'який, як шовк.</w:t>
      </w:r>
    </w:p>
    <w:p>
      <w:r>
        <w:br/>
        <w:t>як трава, як мамине волосся. Чом же малим не відгу­кувався на той голос, на той поклик, а втікав уперто ще далі, прудкооко визираючи, куди б шурхнути так, щоб не знайшла ніяка сила.</w:t>
      </w:r>
    </w:p>
    <w:p>
      <w:r>
        <w:br/>
        <w:t>"І-іва..." — скільки в тому поклику добра, надії, обідяння, а він знехтував усім тим, а тепер прирече­ний вимуштровано скидатися на жорстоке й корот­ке "В-ван!", так ніби ти й не жива людина, а оцин­коване відро або "цинка" для патронів.</w:t>
      </w:r>
    </w:p>
    <w:p>
      <w:r>
        <w:br/>
        <w:t>Ще якось легше було б на душі, коли б Старшой був грубий, жорстокий солдафон, коли б заливав очі спиртом, верлюжився з податливими ППЖ, чинодральствував, розбишакував на складах овеес і пефеес. Але ж ні! День і ніч сидів над якимись паперами, інструкціями, веліннями. Сам щось писав і перепи­сував, засургучовував у пакети, відправляв кудись ті пакети, натомість одержуючи ще товщі, ще важ­ливіші, мабуть, бо все те ховалося в невситиме чере­во бичачокривавого сейфа, який щоразу сито поцмакував броньованими дверима, ковтаючи нову здобич. Спав Старшой чи й не спав ніколи — про це Іван так достоту й не зміг довідатися, їв він мало і все просте, з солдатської кухні, заборонивши Іва­нові навіть навідуватися до їдальні, для офіцерів. Жінок — ніяких і ніколи. Іван вважав, що всі вони варті навіть менше, ніж ляпання його долоні, і був страшенно вдоволений, що Старшой, мабуть, теж такої думки. Для простої Іванової душі цей чоловік був ніби Бог: чесний, чистий, бездоганний у своєму житті, відданий тільки своїй справі, а справа та — велика й свята. Служба Старшого (а тепер, виходи­ло, й Іванова) мала назву страшну (багато хто бояв­ся й вимовити), сичливу, ніби звук міни, яка летить на тебе загрозливо, невідворотно, і ось зараз уб'є тебе, знищить — ні сліду, ні пам'яті, і нема рятунку, кінець усьому, але тут з'являється Старшой, корот­ким помахом руки відвертає загрозу, захищає яг­ниць і перстом караючим вказує на вовків і спо­кійно каже:</w:t>
      </w:r>
    </w:p>
    <w:p>
      <w:r>
        <w:br/>
        <w:t>— Іване, проведи.</w:t>
      </w:r>
    </w:p>
    <w:p>
      <w:r>
        <w:br/>
        <w:t>А що Старшой завжди перевантажений своєю роботою і вимушений ощадливо витрачати час, власні вчинки, рухи, слова, навіть звуки, то виходить у нього щось укорочено-жорстке, мов удар по залізу:</w:t>
      </w:r>
    </w:p>
    <w:p>
      <w:r>
        <w:br/>
        <w:t>— В-ван, провди!</w:t>
      </w:r>
    </w:p>
    <w:p>
      <w:r>
        <w:br/>
        <w:t>І тепер уже Іван знає, що треба робити. Все точно. Довір'я окрилює просту, як схлип, душу. Воно викли­кає захват. Іван здивувався б безмірно, почувши про цінність чийогось життя і про милосердя. Що це й навіщо і кому на користь? Його уявлення про гріх уби­вати були невиразні й темні ще з тих пір, як він одним пострілом скошував по півдюжини летючих качок. Справедливість? А що це таке? Він вірив у справед­ливість тільки стосовно своєї темної лінивої переляка­ної душі, а забезпечити цю справедливість міг єдиний чоловік на світі — Старшой. Іван став його добро­вільним рабом, охоче — навіки — і мовби радісно. Його рабство було куплене страхом і загрозою.</w:t>
      </w:r>
    </w:p>
    <w:p>
      <w:r>
        <w:br/>
        <w:t>Відступали тоді довго, тяжко і страшно. Як же страшно ми відступали і в сорок першім і в сорок другім. А хто винен? Зрадники і шкідники. А з ними тільки отак:</w:t>
      </w:r>
    </w:p>
    <w:p>
      <w:r>
        <w:br/>
        <w:t>— В-ван, провди!</w:t>
      </w:r>
    </w:p>
    <w:p>
      <w:r>
        <w:br/>
        <w:t>Це був їхній код. Іван розростався до безміру своїм молодим потужним тілом од усвідомлення того, що він довірений, допущений, втаємничений. Ніхто не знав, що то таке "В-ван провди", а знали тільки вони з Старшим, знали ж ось що: бути твердокам'яними, самовіддано, не покладаючи рук, боротися з шпигу­нами, диверсантами, зрадниками, шкідниками, па­нікерами, перебіжчиками, наклепниками, всіма підозрілими елементами, ворожо настроєними і їхніми спільниками, заносити над ними караючий меч невтомно й без вагань, винищувати безжально, хоч і по дев'яте коліно! І все точно.</w:t>
      </w:r>
    </w:p>
    <w:p>
      <w:r>
        <w:br/>
        <w:t>Ніхто ніколи Івана не вчив, а от вже навчився! Без науки і якось одразу, і що там казати! Може, де далося само собою, а може, від присутності Стар­шого в Івановім житті. Бо такий же чоловік! Нічого собі не дозволить, ні тобі зайвого слова, ні вибрику, не п'є, не курить, їсть, як дитина, спить — чи й не спить, ніякого роду в нього, бо ні тобі листів три­кутничком, ні грошових атестатів комусь у тил — не чоловік, а дух безплотний!</w:t>
      </w:r>
    </w:p>
    <w:p>
      <w:r>
        <w:br/>
        <w:t>Іванові аж груди рвало похвалитися перед Стар­шим, як він сповняє оте його загадкове: "В-ван, провди!", розказати, показати.</w:t>
      </w:r>
    </w:p>
    <w:p>
      <w:r>
        <w:br/>
        <w:t>Бо все ж сам, і все точно!</w:t>
      </w:r>
    </w:p>
    <w:p>
      <w:r>
        <w:br/>
        <w:t>Значить, так. Виводив він зрадника, пускав по­переду, сам за ним, і так, щоб ні близько, ні далеко. Дати вспокоїтися чоловікові. А коли вспокоїться — глибокий випад уперед і долонею лівої руки (а доло­ня в Івана, як лопата!) підсічку йому під коліно — р-раз! Встояти від Іванової підсічки ніхто не може. Починає падати. Ось тут йому навздогін з автома­та — чирк! Автомат у Івана висить під правим пле­чем, так з-під плеча воно й стрілялося. Черга в два-три патрона, а то й одиночним — і завжди без про­маху. Бо як же ти промахнешся, коли воно ось тут у тебе перед самими очима.</w:t>
      </w:r>
    </w:p>
    <w:p>
      <w:r>
        <w:br/>
        <w:t>Чи він їх ненавидів? Знав, хто вони й що і які їхні провини? Не знав нічого. Старшой не казав, а більше — в кого ж ти розпитаєш? Згодом їм, правда, додали писаря, але той був ще мовчазніший за Стар­шого, понурий і байдужий, мов старий кінь. А Іва­нові що? Йому аби догодити Старшому! І хоч той і не розпитував, не давав розтулити рота, Іван навіть по його спині бачив, що він Іваном задоволений. А це, може, більше й за орден!</w:t>
      </w:r>
    </w:p>
    <w:p>
      <w:r>
        <w:br/>
        <w:t>Перший, якого Старшой звелів Іванові "провес­ти", був, мабуть, хіба ж такий зрадник. Як ото ска­зано: "всіх мастей". Захеканий, пітнявий, вугрува­тий, обмундирування на клапті. А матюкався! А що вже про товариша Сталіна ляпав своїм язицюрою! Послухаєш таке — то ще й тебе в спільники запи­шуть. Тут Іван і не вагався. Припинити отой бруд­ний потік — хіба не священний обов'язок!</w:t>
      </w:r>
    </w:p>
    <w:p>
      <w:r>
        <w:br/>
        <w:t>Поки відступали, роботи було багато. Оточенці, запроданці, ошуканці, а їм із Старшим за всіх оддувайся. Машину їхню розбило бомбою, довелося Стар­шому вдовольнитися полуторкою, в донських сте­пах дійшло до того, що не було й лісу, щоб накривати бліндаж для Старшого. Ламали хати, тягли звідти дерево, але яке ж там дерево! Брус, обапіл, ну, якась там гнила соха — хіба це вбереже від бомби? А Стар­шой любив, щоб бліндажі — в три, а то й у п'ять накатів, і щоб колоддя таке, що й не обхопиш. Іван фашистської стрілянини не дуже й боявся, але бомб — спаси й помилуй! Тоді здавався собі таким великим, що фашист із самольота точно ж його ба­чить і гатить бомбою просто в нього! Іван ладен був хоч і крізь землю провалитися, коли починалася бомбьожка, а Старшой вимагав "оберігати техніку"! Тут душу не вбережеш, а йому — техніку! До себе в бліндаж Старшой не пускав ніколи, хоч би й небо впало Іванові на голову. Мовляв, не має права, щоб сторонні біля секретних документів.</w:t>
      </w:r>
    </w:p>
    <w:p>
      <w:r>
        <w:br/>
        <w:t>А який же Іван сторонній!</w:t>
      </w:r>
    </w:p>
    <w:p>
      <w:r>
        <w:br/>
        <w:t>На Маничі вони стояли після наказу номер 227. Ну, наказ! Це вже мовби точно для Старшого. Ні кроку назад, а хто ступив або занесе ногу, щоб ступ­нути, — того, значить, безпощадно, бо позаду сам товариш Сталін, неприсутньо-присутній, всюдису­щий і всемогутній.</w:t>
      </w:r>
    </w:p>
    <w:p>
      <w:r>
        <w:br/>
        <w:t>І залізні слова наказу;</w:t>
      </w:r>
    </w:p>
    <w:p>
      <w:r>
        <w:br/>
        <w:t>"Панікери й боягузи повинні винищуватися на місці". Все точно! Старшой з Іваном якраз же на тому місці.</w:t>
      </w:r>
    </w:p>
    <w:p>
      <w:r>
        <w:br/>
        <w:t>В степу голо, сонце як скажене, небо роззявлене вдень і вночі. Бліндажик Старшому вирили в ярку. І не бліндажик, а так — печерка, вкопалися в кру­тий схил — ото й уся музика. Садоне бомбою, то й могили не треба, так тебе там і загорне.</w:t>
      </w:r>
    </w:p>
    <w:p>
      <w:r>
        <w:br/>
        <w:t>Старшой весь кипів, а коли він такий (хоч воно ніби й не видно), то краще до нього й не потикайся! А тут конвой привів двох. Ніби й командири, хоч не знати, які, бо петлиці поодривані. Але хромові чо­боти і ремені з зіркою. Ну, конвоєві що? Привів, здав затриманих чин-чинарьом, одержав розписку — і в своє розташування. Але Іван устиг перехопити конвоїрів. Пригостив командирським ароматним тютюнцем (Старшой віддавав йому свою коман­дирську пайку), натякнув про свою належність і все інше, закинув і про тих приведених. Хто й звідки? А конвоєві що? Віддав коня, то на тобі й батіг! Кого привели? Якісь кінознімальники, чи що. Так вони самі кажуть. І кажуть, що один майор, а другий ка­пітан. Знімали бойову операцію і попали в оточен­ня. Три дні вибиралися. Камеру із своїм кіном схо­вали десь у балці. Домагалися, щоб іти шукати. Мабуть, брешуть, а там хто його знає.</w:t>
      </w:r>
    </w:p>
    <w:p>
      <w:r>
        <w:br/>
        <w:t>На всяк випадок Іван присунувся ближче до пе­черки Старшого. Там творилося таке, що він і не чув ніколи. Стояв крик, і кричав сам Старшой! До чого можна довести чоловіка.</w:t>
      </w:r>
    </w:p>
    <w:p>
      <w:r>
        <w:br/>
        <w:t>Івана покликано майже тоді, як він підсунувся до печерки. Старшой ніби й крізь землю вмів бачи­ти, де його помічник.</w:t>
      </w:r>
    </w:p>
    <w:p>
      <w:r>
        <w:br/>
        <w:t>— В-ван! — гукнув він із незвичною для нього роздратованістю.</w:t>
      </w:r>
    </w:p>
    <w:p>
      <w:r>
        <w:br/>
        <w:t>Іван не став випробовувати терпіння Старшого, негайно всунувся до печерки, стукнув чоботярами.</w:t>
      </w:r>
    </w:p>
    <w:p>
      <w:r>
        <w:br/>
        <w:t>— Пров-ди!</w:t>
      </w:r>
    </w:p>
    <w:p>
      <w:r>
        <w:br/>
        <w:t>Іван мовчки відступився од дверей, дав дорогу тим двом. Вони вилетіли так, ніби збиралися бігти ще до якогось вищого начальства зі скаргами на Старшого. Але яке ж начальство над Старшим? Хіба що сам Лаврентій Павлович Берія?</w:t>
      </w:r>
    </w:p>
    <w:p>
      <w:r>
        <w:br/>
        <w:t>І кому ти поскаржишся, коли тебе знайшли не на бойовій позиції, а хтозна й де, а в наказі № 227 що сказано? "Єдиною причиною залишення позицій може бути тільки смерть".</w:t>
      </w:r>
    </w:p>
    <w:p>
      <w:r>
        <w:br/>
        <w:t>Не знайшла вас смерть на вашій позиції, то знайде тепер наказ. Бо цей наказ сильніший і страшніший за смерть.</w:t>
      </w:r>
    </w:p>
    <w:p>
      <w:r>
        <w:br/>
        <w:t>Іван заметушився, щоб не відстати од тих двох. Надто вже вони прудкі та жваві. Ще бігти за ними доведеться, доганяти. Такого ще й не було ніколи. Щоправда, ніколи ще й команди "провести" Іван не отримував так швидко. Бо тільки ж привели цих кінознімальників. Трохи незвично — такі темпи. Але ж наказ номер 227 і обстановка напружена. Фашист робить по шість і по вісім нальотів за день. Ну, б'є по бойових порядках, сюди ще не добрався, та однаково ж обстановка.</w:t>
      </w:r>
    </w:p>
    <w:p>
      <w:r>
        <w:br/>
        <w:t>Ті два йшли поряд. Хоч один, коли правда, ма­йор, а другий капітан, а йдуть, як рівні. А треба б — один за одним. Так воно положено, так підручніше й Іванові. Бо тоді заднього стукаєш під коліна, він падає, чи чиркаєш по ньому, а він уже збиває перед­нього, і ти чиркаєш і по тому. Бити завжди треба заднього: за нього нікому заступатися. Коли ж двоє поряд, то впоратися з ними не знаєш і як.</w:t>
      </w:r>
    </w:p>
    <w:p>
      <w:r>
        <w:br/>
        <w:t>Той, що, мабуть, майор, низенький, замашний, гостроокий, різонув Івана поглядом, засміявся:</w:t>
      </w:r>
    </w:p>
    <w:p>
      <w:r>
        <w:br/>
        <w:t>— Готовий кадр для нашої кінохроніки! Ти куди нас ведеш, боєць? Хочеш потрапити в кінолітопис?</w:t>
      </w:r>
    </w:p>
    <w:p>
      <w:r>
        <w:br/>
        <w:t>Іван подумав: от же люди! Самим би подбати, як не потрапити на небеса чи до чортів-дияволів, а вони ще про нього — хочуть всунути в якесь своє кіно. Кіна не буде.</w:t>
      </w:r>
    </w:p>
    <w:p>
      <w:r>
        <w:br/>
        <w:t>— у нього й обличчя добре, — сказав той, що капітан, — не таке злюче-презлюче, як у його Стар­шого.</w:t>
      </w:r>
    </w:p>
    <w:p>
      <w:r>
        <w:br/>
        <w:t>Звідки вони могли знати, як звуть Старшого, Іван не встиг не довідатися, ні здогадатися.</w:t>
      </w:r>
    </w:p>
    <w:p>
      <w:r>
        <w:br/>
        <w:t>Бо роззявлена паща степового неба виплюнула йому на голову чорний клубок пікірувальників, і бомби заверещали з усіх боків, а летіли всі тільки в Івана.</w:t>
      </w:r>
    </w:p>
    <w:p>
      <w:r>
        <w:br/>
        <w:t>Він упав ще до перших вибухів, уже вбитий, уже розшматований, а вибухи далі нівечили й нищили його велике тіло, і все розлетілося й не позбираєш, не стулиш докупи: очі он там, а рот у крикові ще далі, руки й ноги вже не його, а де він сам, цього не знає ніяка сила. Його кидало, било, рвало, він кор­чився, мов черв'як, плазував й грібся в землю, пла­кав і скавучав, як пес, когось благав, проклинав усіх богів і молився до всіх дияволів.</w:t>
      </w:r>
    </w:p>
    <w:p>
      <w:r>
        <w:br/>
        <w:t>Коли наліт закінчився (він тривав кілька хвилин, але для Івана то була вічність), Іванове тіло стало збиратися докупи, сповзатися, стулюватися, склею­ватися. Він ворухнув рукою, ногою, кліпнув оком, дихнув, чмихнув носом від сухої глини, в яку зарив­ся обличчям, грудьми, животом. Щось його ніби придавлювало зверху, він пустив туди руку і закри­чав од страху і болю. Іван кричав, поки й з'явився Старшой, побачив, як він лежить і який він лежить, обійшов Івана довкола, не приховуючи знущання в голосі, сказав:</w:t>
      </w:r>
    </w:p>
    <w:p>
      <w:r>
        <w:br/>
        <w:t>— Як же це ти заду свого не вберіг? Стесало тобі все осколком мало не до кістки. Ну, та наросте нове. Кістка в тебе, як у слона.</w:t>
      </w:r>
    </w:p>
    <w:p>
      <w:r>
        <w:br/>
        <w:t>Іван заревів од розпуки, але то вже було не знати й до яких вищих сил. Старшой слухати не став, співчувати не вмів, утішати не хотів. Викликав сані­тарів, Івана забрали, одтарабанили до медчастини, зробили йому промивання, укол, перев'язали, втіши­ли, що "до свайби заживе".</w:t>
      </w:r>
    </w:p>
    <w:p>
      <w:r>
        <w:br/>
        <w:t>Про кінознімальників Старшой не питав. Іван теж мовчав. Може, їх порозносило бомбами, а може, й вислизнули, хоч хто б там із того пекла міг вискочити.</w:t>
      </w:r>
    </w:p>
    <w:p>
      <w:r>
        <w:br/>
        <w:t>Вони із Старшим дійшли аж до Сталінграда, прав­да, були не в самому Сталінграді, а трохи збоку, але ж були! І на Курській дузі теж, хоч і не на самій дузі, а південніше, теж збоку, але теж були — нічого не скажеш. І за кожну битву в Старшого орден, а в Івана медаль і подяка від самого Верховного, також і трофеї, це вже само собою.</w:t>
      </w:r>
    </w:p>
    <w:p>
      <w:r>
        <w:br/>
        <w:t>На війні теж чоловік може хіба ж так жити! Іноді Іван згадував себе в той досвіток, коли вперше стріляв у людину, і струшував із себе спогад, як селезень воду. Загримів би тоді на передову — вже й кісток ніхто б не позбирав. А так — усе, бач, точно.</w:t>
      </w:r>
    </w:p>
    <w:p>
      <w:r>
        <w:br/>
        <w:t>Коли після безконечних відступань перейшли в тотальний наступ, роботи не поменшало, а побільша­ло. А на чужій території — то й не кажи! Старшой уже був майором (звали його і далі Старшим, бо це, як він сам пояснив Іванові, було, може, вище за ге­нерала), Іван теж дійшов до старшого сержанта. З технікою в них тепер був повний ажур. Трофей­ний вантажний "мерседес-бенц" з африканським ка­муфляжем, а для Старшого — "додж три чверті", вже мовби персональна машина, а Іван — її водій.</w:t>
      </w:r>
    </w:p>
    <w:p>
      <w:r>
        <w:br/>
        <w:t>І все біля штабів, високих та превисоких, серед таких людей, що страшно й подумати. У них теж були водії, пихаті, задавакуваті, спесиві, але Іван і тих не дуже празнував. Бо вони тільки водії, а він — ще хтось, за ним стояла таємниця, стояло "оте". Загалом кажучи, таємниця могла б гнітити його про­сту душу, та виявилося, що в цім є ніби розкошу­вання, чи що. Несподівано для себе він виявив у собі не просто схильність, а майже любов до таєм­ничості. Це не гроші, не звання, не сита їжа, не любов красивої жінки, а щось набагато більше: страшна влада над людьми, над їхньою долею, їхнім життям, влада безмежна і безконтрольна. Іван дивився на Старшого — і світ йому затулявся цим неймовірним чоловіком. Ні тобі схитнеться, ні зворухнеться. Ідей­ний і твердокам'яний. Ні свата, ні брата. Довкола самі налякані. Навіть генерали пробують загравати, запрошують на обіди, присилають воєнторгівських свистюльок з відрізами на мундири й шинелі, з па­кетами і коробками. А він усе те зневажає. Для ньо­го ні посади, ні звання, ні здібності, ні гідності, ні заслуги. Є тільки чисті і ті, що під підозрою.</w:t>
      </w:r>
    </w:p>
    <w:p>
      <w:r>
        <w:br/>
        <w:t>Чисті — не тут, вони десь, а хто потрапив сюди, то вже для Старшого так собі: сміття, пух від кульбабки, фук! — і нема. Люди Старшому набридали, він мовби ждав од них вмирання, нетерпеливився, знудьговано позирав на тих, що чіплялися за життя, пробували виправдатися, щось довести. Кому й що? "В-ван! Провди!"</w:t>
      </w:r>
    </w:p>
    <w:p>
      <w:r>
        <w:br/>
        <w:t>А зрадників і всіх підозрілих нищить уже й не Старшой, і не Іван, а якась темна сила невідома, захована в просторах, за сімома печатями, в непрочитаних письменах, та тільки ж Старшому вона відкривається, він зламує сміливо всі печаті — сур­гучні, свинцеві, а то й броньовані, і прочитує хоч і найсокровенніші письмена. І все точно.</w:t>
      </w:r>
    </w:p>
    <w:p>
      <w:r>
        <w:br/>
        <w:t>І в такого чоловіка ти помічникуєш! Ти його вірний пес, а він твій хазяїн.</w:t>
      </w:r>
    </w:p>
    <w:p>
      <w:r>
        <w:br/>
        <w:t>Рух біля Старшого був завжди такий, що Іванові макітрилося в його об'ємній голові. Приводили й відводили людей, секретні пакети туди й сюди^ за­гадкове начальство і якісь тіні безплотні — снували­ся, прослизали, шелестіли. Коли так впритул опи­няєшся біля найстрашніших таємниць, за якими вже нічого, окрім смерті, кінця кінців і вічного розпачу, і коли поряд з тобою холодна й страшна сила, вище якої вже нічого немає і не може бути, то кортить і тобі бодай приторкнутися до тої сили, і в душі навіть не бажання, а якесь ніби скімлення, скавучання, зойк. Іван визирював, винюхував, винишпорював, заганяючи дихання в глибини свого товстого тіла, підкрадався до дверей, за якими чорнокнижникував Старшой, притуляв до них велике, мов звуковлов­лювач, вухо. Відчаєний риск, смертельна гра, але що ж тут удієш, коли треба, щоб усе було точно.</w:t>
      </w:r>
    </w:p>
    <w:p>
      <w:r>
        <w:br/>
        <w:t>Притулив і тоді, коли до Старшого нагрянув "трибунальщик", військовий юрист у високих чинах, тем­нолиций, видати, від тих страждань, серед яких до­водилося йому жити, але душу мав не темну, бо став одразу дорікати Старшому за самоуправство, безза­коння і злочинну жорстокість. Мовляв, хай не ду­має, що коли особіст,то для нього й радянські за­кони не писані. Іванові похолонула кров, — усі ті півпуда чи там скільки крові, яка була в його вели­кому тілі. Щоб отаке казати його Старшому? Та він же, оком не змигнувши, вихопить з-під своїх па­перів пістолет і розрядить у трибунальщика всю обой­му! Або просто собі покличе: "В-ван! Пров-ди!". І все спокійно і точно.</w:t>
      </w:r>
    </w:p>
    <w:p>
      <w:r>
        <w:br/>
        <w:t>Але Старшой здивував своїм спокоєм навіть Іва­на, коли відповів трибунальщику ніби виправдову­ючись: "Війна все спише!"</w:t>
      </w:r>
    </w:p>
    <w:p>
      <w:r>
        <w:br/>
        <w:t>— Війна? — закричав юрист. — А яку війну ми ведемо? Священну війну ведемо! І нікому не дозво­лено плямувати її святість і кров, пролиту народом.</w:t>
      </w:r>
    </w:p>
    <w:p>
      <w:r>
        <w:br/>
        <w:t>— А хто плямує? — здивувався Старшой. — Я маю справу з матеріалом, далеким від благородства, і від вашої святості. Гуманність? Правосудця? Не передаю справ у ваш трибунал? А може, я напрямець — на Москву, на "Особое совещание". І звідти приходять документи. Вже готові. Можу ознайомити. Ось, ось і ось. Три рядки. Такий і такий, такого року народ­ження, звинувачується в зраді Батьківщини, "Особым совещанием"... до вищої міри... Досить? Чи ще?</w:t>
      </w:r>
    </w:p>
    <w:p>
      <w:r>
        <w:br/>
        <w:t>— Ви цим не прикриєтесь! — прокричав, уже вискакуючи від Старшого, трибунальщик. — Не при­криєте сваволі й злочинного самоуправства!</w:t>
      </w:r>
    </w:p>
    <w:p>
      <w:r>
        <w:br/>
        <w:t>Мабуть, юрист ще грозився Старшому, але Іван уже не чув, бо одна нога тут, а друга десь, він щезав і звіювався, в паніці не біг, а ніби спурхував, мов великий чорний індик, підлітав, стукався об землю одною ногою, знову спурхував, далі, далі, щоб ніхто нічого... Бо коли той трибунальщик візьме на гачок ще й його, Івана, або коли Старшой запідозрить, що він підслухував, то спаси й помилуй!..</w:t>
      </w:r>
    </w:p>
    <w:p>
      <w:r>
        <w:br/>
        <w:t>Трохи погамував свою розклекотану страхом душу, натрапивши десь над вечір на двоє покинутих лошаток. Десь, мабуть, відбилися від обозу, а може, вискочили з-під бомб. Кобили не вискочили, а ло­шатка, бач, вбереглися. Іван прикликав їх "кось-кось— кось!", поклав на свої широкі, як лопати, долоні по грудочці цукру, вдоволено приплющив очі від м'я­кого вологого тицяння йому в жмені.</w:t>
      </w:r>
    </w:p>
    <w:p>
      <w:r>
        <w:br/>
        <w:t>І, чого з ним ніколи не траплялося, проочив Стар­шого.</w:t>
      </w:r>
    </w:p>
    <w:p>
      <w:r>
        <w:br/>
        <w:t>Той виник нізвідки, постояв, подивився, як бла­женствує Іван, поцікавився не дуже доброзичливо:</w:t>
      </w:r>
    </w:p>
    <w:p>
      <w:r>
        <w:br/>
        <w:t>— Це що?</w:t>
      </w:r>
    </w:p>
    <w:p>
      <w:r>
        <w:br/>
        <w:t>— Це? Ло... Ло... — Іван ніяк чомусь не міг ви­мовити такого простого слова "лошата", і тільки бель­котів своє "ло-ло", а тоді зненацька ляпнув майже нахабно:</w:t>
      </w:r>
    </w:p>
    <w:p>
      <w:r>
        <w:br/>
        <w:t>— Коні мене люблять, Старшой! Вже я й шофером у колгоспі став, вже й з машиною, а вони любили...</w:t>
      </w:r>
    </w:p>
    <w:p>
      <w:r>
        <w:br/>
        <w:t>— Хвалю! — безбарвним, як завжди, голосом про­мовив Старшой, так що й не збагнеш: справді хва­лить, чи гудить, а то й осуджує.</w:t>
      </w:r>
    </w:p>
    <w:p>
      <w:r>
        <w:br/>
        <w:t>Вже відійшовши від Івана, він кинув через плече:</w:t>
      </w:r>
    </w:p>
    <w:p>
      <w:r>
        <w:br/>
        <w:t>— З'явись до мене!</w:t>
      </w:r>
    </w:p>
    <w:p>
      <w:r>
        <w:br/>
        <w:t>Які вже тут лошата! Іван, обсмикуючись і відкаш­люючись, став біля порогу в Старшого; їв очима на­чальство і молив усіх богів, щоб не стало чутне оте скавучання в його душі, від якого не було рятунку.</w:t>
      </w:r>
    </w:p>
    <w:p>
      <w:r>
        <w:br/>
        <w:t>Старшой виявив небачену привітність. Показав Іванові табуретку, звелів сідати. І ще не все. Виказа­но ще й найвищу довірливість Іванові. При ньому, не ховаючись, не затуляючи спиною, Старшой відімкнув сейф, дістав звідти папір, поклав на сто­лик перед Іваном (Іван сам і збивав той столик з трьох дощок), звелів чи й попросив: — Прочитай.</w:t>
      </w:r>
    </w:p>
    <w:p>
      <w:r>
        <w:br/>
        <w:t>Очі сльозилися (мабуть, від розчулення), Іван ніяк не міг вловити літер і скласти їх у слова. Коли ж спробував нарешті скласти, то аж відхитнувся від столика. Старшой пильно стежив за ним і помітив той його відрух, але не сказав нічого. Ждав, поки Іван проковтне все написане.</w:t>
      </w:r>
    </w:p>
    <w:p>
      <w:r>
        <w:br/>
        <w:t>А Іванові, хоч ще й не дочитав, уже все стало кісткою в горлі. Куди там ковтати! Тут хоч би й роз­жував хтось, то не проковтнеш.</w:t>
      </w:r>
    </w:p>
    <w:p>
      <w:r>
        <w:br/>
        <w:t>Що ж він читав? Звідки на нього така напасть? Писав не він, а написано мовби ним від початку й до кінця. Написано і підписано. Як свідком, при­сутнім і допущеним, а також — і це найперше! — патріотом і вірним, а також відданим і все, що там треба...</w:t>
      </w:r>
    </w:p>
    <w:p>
      <w:r>
        <w:br/>
        <w:t>Написано про того трибунальщика, який нава­жився вимагати якоїсь там законності від Старшого. Ну, не навпростець написано, не те, що чуло Івано­ве вухо крізь двері, не про сказане юристом, а так — ніби відлуння його слів у чиїйсь голові, дзвеніння в чиїхсь вухах. Мовляв, такий-то і такий, в такому званні і при такій посаді, в моїй, а також мого ко­мандира присутності виказував нездорові настрої... припускався ворожих висловлювань на адресу... нех­тував і порочив... на справедливі зауваження реагу­вав неправильно... в своїй злочинній поведінці дійшов до того, що зірвав з стіни портрет найдо­рожчої всім нам людини, нашого улюбленого вож­дя зірвав і в звірячій люті пошматував портрет, якии я (^обисто вирізав з газети і наліпив на стіні в кабі­неті мого командира, як...</w:t>
      </w:r>
    </w:p>
    <w:p>
      <w:r>
        <w:br/>
        <w:t>Іван глянув на Старшого. Той вхопив його по­гляд своїми твердими очима і не відпустив.</w:t>
      </w:r>
    </w:p>
    <w:p>
      <w:r>
        <w:br/>
        <w:t>— Як же воно це? — прошелестів пошерхлими іубами Іван. — Я ж не писав, а написано. Я й не чув</w:t>
      </w:r>
    </w:p>
    <w:p>
      <w:r>
        <w:br/>
        <w:t>нічого, а тут ніби й бачив.</w:t>
      </w:r>
    </w:p>
    <w:p>
      <w:r>
        <w:br/>
        <w:t>— Ти? Не чув? — Старшой засміявся б, але не вмів, тому перепитав ще раз, тільки навспак: — Не чув? Ти?</w:t>
      </w:r>
    </w:p>
    <w:p>
      <w:r>
        <w:br/>
        <w:t>— Я.</w:t>
      </w:r>
    </w:p>
    <w:p>
      <w:r>
        <w:br/>
        <w:t>— А хто ж тоді чув? Може, показати місце на дверях, де ти притулювався вухом? Там уже ямка вичовгана. Як блюдце. Ну! Не чув?</w:t>
      </w:r>
    </w:p>
    <w:p>
      <w:r>
        <w:br/>
        <w:t>— Так не бачив же! — Іван мало не плакав.</w:t>
      </w:r>
    </w:p>
    <w:p>
      <w:r>
        <w:br/>
        <w:t>— Повинен був бачити. Чи ніколи не чув про пильність?</w:t>
      </w:r>
    </w:p>
    <w:p>
      <w:r>
        <w:br/>
        <w:t>— А портрет? Товаришу Старшой! Хіба ж я його вирізав з газети; хіба наліплював?</w:t>
      </w:r>
    </w:p>
    <w:p>
      <w:r>
        <w:br/>
        <w:t>— Деталі! Трибунальщик на столі в мене поба­чив портрет і розірвав. Мало тобі? Розірвав на шмат­ки й потоптав ногами! Ще мало? Тоді — вкинув шматки в пічку і спалив.</w:t>
      </w:r>
    </w:p>
    <w:p>
      <w:r>
        <w:br/>
        <w:t>— Так пічка ж не топилася!</w:t>
      </w:r>
    </w:p>
    <w:p>
      <w:r>
        <w:br/>
        <w:t>— А ти затопиш. Перепишеш оце все власноруч­но додавши про те, що трибунальщик потоптав порт­рет ногами й спалив у пічці, а тоді спалиш те, що я тобі дав, а твою заяву від,правимо в інстанції.</w:t>
      </w:r>
    </w:p>
    <w:p>
      <w:r>
        <w:br/>
        <w:t>Іван зробив ще одну, щоправда вже зовеш мляву</w:t>
      </w:r>
    </w:p>
    <w:p>
      <w:r>
        <w:br/>
        <w:t>спробу відкрутитися:</w:t>
      </w:r>
    </w:p>
    <w:p>
      <w:r>
        <w:br/>
        <w:t>— Хіба мене хтось послухає?</w:t>
      </w:r>
    </w:p>
    <w:p>
      <w:r>
        <w:br/>
        <w:t>— Не твій клопіт. Знайдуться такі люди.</w:t>
      </w:r>
    </w:p>
    <w:p>
      <w:r>
        <w:br/>
        <w:t>Він стирчав над душею в Івана, поки той пере­писав неправедну заяву, мерщій забрав її, перечитав уголос, сказав, як біля лошат: — Хвалю!</w:t>
      </w:r>
    </w:p>
    <w:p>
      <w:r>
        <w:br/>
        <w:t>Ще довго після того кривописання трусило Іва­нову душу від страху: а ну ж поставлять його в око з трибунальщиком і стануть випитувати правду. Але ніхто не ставив, не питав, про того юриста Іван теж не розпитував у Старшого, лякаючись самої думки про те, що вибризком чорнила людину можна вбити ще легше й простіше, ніж кулею з залізного автома­та. Хоч іноді наповзало на Івана щось темне й невідоме, виникала сверблячка показати, який він є похвалитися коли й не перед усім світом, то хоч пе­ред дрібною штабною обслугою, всіма отими вартувальниками, годувальниками, комендантниками Попустивши командирського пояса (ремінний, про­шитий зигзагами, з мідною зірчастою пряжкою) на кілька дірочок після подвійної обідньої порції, Іван похмикував:</w:t>
      </w:r>
    </w:p>
    <w:p>
      <w:r>
        <w:br/>
        <w:t>— Як хоч, то ми можемо стрельнути, а можемо й писнути. І писнути, тож!</w:t>
      </w:r>
    </w:p>
    <w:p>
      <w:r>
        <w:br/>
        <w:t>І покотилася Іванова служба далі, і тепер уже острах на людей наводив не тільки Старшой, але й він, Іван, хоч у самого страху в душі не меншало, а щодалі більшало і розрісся він там вже не окремими кущиками, не густими чагарями, а непролазними хащами.</w:t>
      </w:r>
    </w:p>
    <w:p>
      <w:r>
        <w:br/>
        <w:t>Поки його село було на окупованій території, Іван не мав ніяких звісток від рідних. Старшой, дякувати йому, не доскіпувався, чому батьки не евакуювали­ся (хто б їх там став евакуювати, хто б вивіз у тили народ цілий?), хоч і спорудив якусь анкетну і при­мусив Івана заповнити графу про родичів на окупо­ваних територіях. Уже аж у Карпатах Іван отримав од мами трикутничок, де писалося, що батька після визволення села мобілізували, і він десь у війську, може, й біля Івана. Іван здуру подумав був, що Стар­шой міг би знайти батька і навіть перевести кудись ближче до Івана, може, й до штабів, але, подумав­ши, злякався свого наміру. А тут прийшов новий трикутничок з дому, і мама писала, що прийшла похоронка на батька, в якій значиться: "пропав без­вісти".</w:t>
      </w:r>
    </w:p>
    <w:p>
      <w:r>
        <w:br/>
        <w:t>Такого клопоту Іван ще не знав. Хіба що отої ночі на початку війни, коли думав, що поженуть у піхоту, а довелося стріляти по дезертирові. Батько — безвісти. Хто пропадав, то всі безвісти. Занесуть тебе в списки чи не занесуть, а вже ти ~ безвісти. Іван боявся смерті для себе до здригання, до скімлення в душі, але бачив, як люди гинуть довкола, тепер от загинув і його батько, і якась млява думка завору­шилася в його байдужій душі: а ти? Хто ти, що не гинеш? Чи міг би ти звершити подвиг, стати героєм? Ось так, як і твій батько, — злетіти, полетіти — і безвісти, і не вернутися, і в саму вічність?</w:t>
      </w:r>
    </w:p>
    <w:p>
      <w:r>
        <w:br/>
        <w:t>Коли прибирав у Старшого (тепер вони зупиня­лися у багатих віллах, хоч Старшой завжди сидів у підвалах біля свого сейфа і своїх секретних доку­ментів), Іван спробував заговорити про те, що вору­шилося в ньому. Невміло, незграбно, затинаючись, червоніючи, обливаючись потом. Старшой слухач терпляче.</w:t>
      </w:r>
    </w:p>
    <w:p>
      <w:r>
        <w:br/>
        <w:t>— Хочеш, щоб тебе вбили? — спитав спокійно.</w:t>
      </w:r>
    </w:p>
    <w:p>
      <w:r>
        <w:br/>
        <w:t>Іван перелякався на смерть. Одне діло — віддати життя для подвигу, а зовсім інше, коли тебе просто візьмуть і вб'ють, як собаку. Старшой змилувався.</w:t>
      </w:r>
    </w:p>
    <w:p>
      <w:r>
        <w:br/>
        <w:t>— Твоє життя належить, знаєш, кому?</w:t>
      </w:r>
    </w:p>
    <w:p>
      <w:r>
        <w:br/>
        <w:t>Іван не знав. Кому ж? Матері, батькові, йому са­мому? Де там! Все так переплуталося, що тут уже ніхто нічого не збагне.</w:t>
      </w:r>
    </w:p>
    <w:p>
      <w:r>
        <w:br/>
        <w:t>— Може, товаришеві Сталіну? — прошепотів він.</w:t>
      </w:r>
    </w:p>
    <w:p>
      <w:r>
        <w:br/>
        <w:t>— Так, — зчіплюючи пальці кроковкою, кинув Старшой, — так, так.</w:t>
      </w:r>
    </w:p>
    <w:p>
      <w:r>
        <w:br/>
        <w:t>Іван із жахом дивився на ті пальці. Лікті сперті на стіл, білі пещені руки перед хрящуватим облич­чям, пальці перехрещені. Цей знак Старшой щоразу подавав Іванові, коли велів: "В-ван, пров-ди'" Пе­рехрещені пальці Старшого — ще одне перекресле­не людське життя. Але то ж усе були зрадники, а тепер хто? Він сам, Іван?</w:t>
      </w:r>
    </w:p>
    <w:p>
      <w:r>
        <w:br/>
        <w:t>Старшой змилувався ще раз. Не став довго кату­вати Івана видовищем своїх перехрещених пальців коротко зітхнув, клацнув дверцятами сейфа, дістав з його сталевого нутра якийсь папірець, поклав перед собою на стіл, приляпнув долонею.</w:t>
      </w:r>
    </w:p>
    <w:p>
      <w:r>
        <w:br/>
        <w:t>— Яким треба бути, знаєш? — спитав зловісно.</w:t>
      </w:r>
    </w:p>
    <w:p>
      <w:r>
        <w:br/>
        <w:t>— Яким же? — захапався Іван — Вірним і відданим!.. Щоб до кінця...</w:t>
      </w:r>
    </w:p>
    <w:p>
      <w:r>
        <w:br/>
        <w:t>— А чесним і щирим до кінця?</w:t>
      </w:r>
    </w:p>
    <w:p>
      <w:r>
        <w:br/>
        <w:t>— До кінця! — дрібно закивав головою Іван ки­вав мовби всім тілом, трусився, дрижав, лопотів як листок на осінньому дереві.</w:t>
      </w:r>
    </w:p>
    <w:p>
      <w:r>
        <w:br/>
        <w:t>— А це що? — жорстоко спитав Старшой і знов приляпнув аркушик, але Іванові не показав, що там написано і про що.</w:t>
      </w:r>
    </w:p>
    <w:p>
      <w:r>
        <w:br/>
        <w:t>— Це? — Іван не знав, що йому подумати. — Це…Я ж…</w:t>
      </w:r>
    </w:p>
    <w:p>
      <w:r>
        <w:br/>
        <w:t>Він подумав, що вернулася його наклепницька заява на трибунальщика, і заметушився в душі шу­каючи виходу і виправдань, але вийшло, що тут — ще страшніше.</w:t>
      </w:r>
    </w:p>
    <w:p>
      <w:r>
        <w:br/>
        <w:t>— Це повідомлення про те, що твій батько зрад­ник. — Старшой і далі говорив тихо, а краще б він кричав бо тоді з чоловіка вилітає злість і воно якось легше. А так злість тільки згущається і осідає свинцем</w:t>
      </w:r>
    </w:p>
    <w:p>
      <w:r>
        <w:br/>
        <w:t>— Мій батько не зрадник! — швидко заговорив Іван. — Мама написали мені. Я вчора отримав лис­та. Вони написали... Він безвісти. Не зрадник — ні.</w:t>
      </w:r>
    </w:p>
    <w:p>
      <w:r>
        <w:br/>
        <w:t>— А що таке безвісти? — майже ласкаво подивив­ся на Івана Старшой. — Безвісти — це найстрашні­ше. Він може опинитися, знаєш, де? Він скрізь може опинитися. Тому твій обов'язок який? Повідомити!</w:t>
      </w:r>
    </w:p>
    <w:p>
      <w:r>
        <w:br/>
        <w:t>— Я ж і прийшов... я оце саме...</w:t>
      </w:r>
    </w:p>
    <w:p>
      <w:r>
        <w:br/>
        <w:t>Старшой його не слухав.</w:t>
      </w:r>
    </w:p>
    <w:p>
      <w:r>
        <w:br/>
        <w:t>— І не тільки повідомити, а довести свою від­даність.</w:t>
      </w:r>
    </w:p>
    <w:p>
      <w:r>
        <w:br/>
        <w:t>— Я доведу! — заквапився Іван. — Я все зроблю! Не шкодуючи...</w:t>
      </w:r>
    </w:p>
    <w:p>
      <w:r>
        <w:br/>
        <w:t>— Стривай, не торохти тут мені словами, — скри­вився Старшой. — Ти ж знаєш, що для нас слова не значать нічого. Нам треба в письмовій формі. Заяву приніс?</w:t>
      </w:r>
    </w:p>
    <w:p>
      <w:r>
        <w:br/>
        <w:t>— Заяву? Про що заяву? — не зрозумів Іван, жа­хаючись самої думки, що знову його, мабуть, у піхо­ту, на передову, в жах і погибіль.</w:t>
      </w:r>
    </w:p>
    <w:p>
      <w:r>
        <w:br/>
        <w:t>— Написати треба, яке твоє ставлення до батька-зрадника.</w:t>
      </w:r>
    </w:p>
    <w:p>
      <w:r>
        <w:br/>
        <w:t>— Моє ставлення? Написати? А як же писати? Старшой, що писати?</w:t>
      </w:r>
    </w:p>
    <w:p>
      <w:r>
        <w:br/>
        <w:t>— А що писав піонер Павлик Морозов про свого батька, який злигався з класовим ворогом? Чи, може не чув, не знаєш?</w:t>
      </w:r>
    </w:p>
    <w:p>
      <w:r>
        <w:br/>
        <w:t>Ще б пак не чути й не знати! їхній піонервожатий Грицько Вареник так розмальовував подвиг піо­нера Павлика Морозова, що малому Іванові тоді аж прикро стало, що він просто Іван, а не Павлик. Стар­шой же це тобі не Грицько Вареник. Там досить було, заплющивши очі і вхопивши в груди повітря, відбарабанити те, що безтямно визубрив учора, а тут балачками не відбудешся. Тільки в письмовій формі і тільки в найглибшій таємниці. Я, такий і такий, засуджую, відмовляюся, зрікаюся... обіцяю чесною і самовідданою... спокутувати... коли треба, то й влас­ною кров'ю...</w:t>
      </w:r>
    </w:p>
    <w:p>
      <w:r>
        <w:br/>
        <w:t>Так Іван зрікся рідного батька.</w:t>
      </w:r>
    </w:p>
    <w:p>
      <w:r>
        <w:br/>
        <w:t>І ні жалю, ні каяття, ні краяння душі. Мертвому однаково ж не поможеш, а живому треба жити. Та й ніхто ж не знатиме, бо для Старшого найперше — нерозголошення таємниці. Не розголосить він і про Івана, про його відступництво і святотатство.</w:t>
      </w:r>
    </w:p>
    <w:p>
      <w:r>
        <w:br/>
        <w:t>Не від ненависті й злості зробив це, а від байду­жості. А байдужі, хоч нікому й не бажають зла не люблять теж нікого, а люблять тільки самих себе бояться тільки за своє життя, і цей страх такий великий, що не вміщається ні в душі, ні в тілі, хоч би воно й було таке просторе і потужне, як у Івана. "В-ван, провди!" Хапався за ті два холодні слова, що падали, мов удари долі для приречених, а для нього лунали збавчою музикою, вигравали райдуга­ми и хоралами життя мало не вічного. Проведи, відве­ди, заведи іншого, когось, а сам зостанься, будь, тривай 1 втішайся життям, пий його, як нектар, як меди стояні. Проведи над прірвами, над отхланню, над пеклами, над самим краєчком, тонким і ріжу­чим, мов лезо бритви, — черкнув тим лезом воло­синку чужого життя, а в тобі все радіє і клекоче від щастя й захвату, що цілий, живий, незачеплений</w:t>
      </w:r>
    </w:p>
    <w:p>
      <w:r>
        <w:br/>
        <w:t>Душа змізерніла в ньому вже, мабуть, до маково­го зернятка, а йому здавалося, що вона розростаєть­ся нестримно і буйно, мов весняні сади, — таке свя­то 1 таке розкошування власною цілістю і безкарністю відчував Іван. Тому й не помітив, як ударило його в душу, зоставивши там уже й не просто слід, а глибо­ку, невигойну рану. Він не помітив, бо то був і не удар, а так собі — приторк, як від мушиної лапки, налетіло й відлетіло, мов тінь од малесенької хмар­ки. Хіба то для нього? От коли лежав тоді під бомба­ми в донському степу і коли відхопило в нього шма­ток м'яса в такому місці, що соромно й сказати, так то був справді удар.</w:t>
      </w:r>
    </w:p>
    <w:p>
      <w:r>
        <w:br/>
        <w:t>А це?</w:t>
      </w:r>
    </w:p>
    <w:p>
      <w:r>
        <w:br/>
        <w:t>Нікчемне, нещасне, нездатне ні до чого. Питаєть­ся: ну, чого плутаєшся під ногами? Здорових, на­храпистих, хоч і найтяжчих ворогів, Іван по-своєму поважав. Сам мав силу, знав, що то таке, отож і чужою силою не нехтував. А цей — якийсь музикантик, худе й бліде, хитається навіть без вітру, ши­нелька на ньому, наче вкрадена, шапку загубив, у протигазній сумці ноти. Тонка шия замотана сірим вовняним шарфиком. Де він його взяв? Який може бути шарфик у солдата? І як це нещастя із своїм шарфиком добралося так далеко, аж до Пруссії, до самих глибин війни? У нього, крім шарфика, ма­буть, ще й градусник під пахвою! А прізвище? Люди добрі! Хто ж із таким прізвищем воює проти німця. Сиділо б собі в Ташкенті чи де там йому сидіти...</w:t>
      </w:r>
    </w:p>
    <w:p>
      <w:r>
        <w:br/>
        <w:t>Музикант (хоч де ж те, на чому він грав колись?) був ніби контужений, чи що, він розбив (чи загубив) окуляри, нічого не бачив, заблукав між нашим і фашистським переднім краєм, його мали б убити і наші, і фашисти, але якось обійшлося, він все ж прибрів до своїх, ну, а тут уже — пряма дорога до Старшого.</w:t>
      </w:r>
    </w:p>
    <w:p>
      <w:r>
        <w:br/>
        <w:t>Старшой довго з ним воловодився, вганяючи Іва­на в подив і навіть в обурення. Все ж ясно! Музи­кант придурюється і крутить! Окуляри, те-се, світу божого не бачив і не добачив... Коли в тебе очі в лобі стирчать, то повинен бачити без усяких там окулярів! А то: ноги має і не ходить, а швендяє; руки теліпаюпься, а нездатен ними й ложку втримати; очі світяться), а сліпує й при сонцю. Создав Бог — і ніс висякав!</w:t>
      </w:r>
    </w:p>
    <w:p>
      <w:r>
        <w:br/>
        <w:t>Коли повів музиканта і на ходу зручніше підтру­шував автомат у себе піц плечем, знов подумалося про отой градусник піц пахвою. Нащо такий чоловік? Воно й землі топтати неспособне.</w:t>
      </w:r>
    </w:p>
    <w:p>
      <w:r>
        <w:br/>
        <w:t>Старшой займав віллу якогось фашистського туза. Башточки, ґаночки, різнокольорові скельця, зали, обшиті темним деревом, кабанячі й оленячі голови на стінах. Підвали теж нівроку собі, хоч і цілу роту там розташовуй.</w:t>
      </w:r>
    </w:p>
    <w:p>
      <w:r>
        <w:br/>
        <w:t>Іван вивів музиканта з підвалів під мокрий сніг між чорними деревами. Десь тут треба його й при­лаштувати, парк просторий, місця на все стачить. Іван поправив автомат і спробував непомітно на­близитися до музиканта, ступаючи легко, сильно, нечутно, по-звірячому гостро вистежуючи кожен порух темної хиткої постаті поперед себе.</w:t>
      </w:r>
    </w:p>
    <w:p>
      <w:r>
        <w:br/>
        <w:t>— Ой!— застогнав музикант.</w:t>
      </w:r>
    </w:p>
    <w:p>
      <w:r>
        <w:br/>
        <w:t>— Ти чого? — здивувався Іван.</w:t>
      </w:r>
    </w:p>
    <w:p>
      <w:r>
        <w:br/>
        <w:t>— Що це? —Де?</w:t>
      </w:r>
    </w:p>
    <w:p>
      <w:r>
        <w:br/>
        <w:t>— Та ось тут. Шумить.</w:t>
      </w:r>
    </w:p>
    <w:p>
      <w:r>
        <w:br/>
        <w:t>— Що шумить? Що ти вигадуєш? — розсердився Іван.</w:t>
      </w:r>
    </w:p>
    <w:p>
      <w:r>
        <w:br/>
        <w:t>— Але я ж чую! — Музикант навіть зупинився, так, ніби хотів показати Іванові, де воно й що шумить.</w:t>
      </w:r>
    </w:p>
    <w:p>
      <w:r>
        <w:br/>
        <w:t>— Ану, вперед! — скомандував Іван. — Не про­буй мене злякати, бо я вже ляканий-переляканий!</w:t>
      </w:r>
    </w:p>
    <w:p>
      <w:r>
        <w:br/>
        <w:t>А сам теж спробував прислухатися, що ж воно шумить та гуде, але нічого не почув, крім власного дихання.</w:t>
      </w:r>
    </w:p>
    <w:p>
      <w:r>
        <w:br/>
        <w:t>Знову став присуватися ближче до музиканта, але знов той аж підскочив:</w:t>
      </w:r>
    </w:p>
    <w:p>
      <w:r>
        <w:br/>
        <w:t>— Ой!</w:t>
      </w:r>
    </w:p>
    <w:p>
      <w:r>
        <w:br/>
        <w:t>— Знов шумить? — засміявся Іван.</w:t>
      </w:r>
    </w:p>
    <w:p>
      <w:r>
        <w:br/>
        <w:t>— Ще дужче. Просто нестерпно.</w:t>
      </w:r>
    </w:p>
    <w:p>
      <w:r>
        <w:br/>
        <w:t>— Ну, то я тобі безплатно пояснюю. То я так дихаю. У мене ж груди круглі — ото воно й шумить. Циркуляція, пойняв? А в тебе — ні хуху, ні духу. Тонкий, як газетка. Ти, мабуть, і не їси, а все ото тільки харапудишся?</w:t>
      </w:r>
    </w:p>
    <w:p>
      <w:r>
        <w:br/>
        <w:t>— А-а, не має значення, — тужливо долинуло з холодної темряви.</w:t>
      </w:r>
    </w:p>
    <w:p>
      <w:r>
        <w:br/>
        <w:t>Тепер Іван, підкрадаючись до музиканта, затри­мав повітря в грудях, так ніби пірнав піц воду, але знов невдача.</w:t>
      </w:r>
    </w:p>
    <w:p>
      <w:r>
        <w:br/>
        <w:t>_ Ой! — застогнав музикант. — Що це на мене насувається?</w:t>
      </w:r>
    </w:p>
    <w:p>
      <w:r>
        <w:br/>
        <w:t>Спиною Івана бачив, чи що!</w:t>
      </w:r>
    </w:p>
    <w:p>
      <w:r>
        <w:br/>
        <w:t>Тепер уже Іван і не зневажав цього чоловіка, а наче аж боявся.</w:t>
      </w:r>
    </w:p>
    <w:p>
      <w:r>
        <w:br/>
        <w:t>Досі він бив падаючих, а цього стяв, як колосок у полі. Стоячий, беззахисний, у чутливому здриганні і якійсь незбагненній красі.</w:t>
      </w:r>
    </w:p>
    <w:p>
      <w:r>
        <w:br/>
        <w:t>Лише згодом, коли музикант чомусь не відходив у забуття, а вперто стояв Іванові в пам'яті, Іван став думати, що в музиканта, мабуть, була якась особли­ва тонка і ніжна душа, і, може, й гріх було вбивати такого чоловіка. Може, треба було його відпустити? Але як же ти відпустиш, коли за спиною в тебе Старшой, та й цей музикант нездатен до життя простого й черствого, як шкуринка чорного хліба. Він з тою своєю дурною чутливістю тільки мучився б і ніколи й ніде не знайшов би ні щастя, ні спокою. Хіба що треба було тоді вернутися і попросити Старшого, щоб відпустив музиканта, бо хто ж його знає: може, він якийсь талант або й геній.</w:t>
      </w:r>
    </w:p>
    <w:p>
      <w:r>
        <w:br/>
        <w:t>Але Іван лякався самої думки про таке. Старшой би мовчки його вислухав, а тоді наставив би на ньо­го своє біле, як глина, хрящувате лице і відкарбував:</w:t>
      </w:r>
    </w:p>
    <w:p>
      <w:r>
        <w:br/>
        <w:t>— У нас геніїв нема! У нас — тільки зрадники!</w:t>
      </w:r>
    </w:p>
    <w:p>
      <w:r>
        <w:br/>
        <w:t>І що ти йому відповіси? В сорок першім відсту­пали через зрадників, тепер наступаємо недостат­ньо швидко також через зрадників. Як же тут може меншати суворості? Що далі, то суворості більше й ще більше. У Старшого все точно, як у аптеці.</w:t>
      </w:r>
    </w:p>
    <w:p>
      <w:r>
        <w:br/>
        <w:t>До їхнього інтендантського полковника приїхала в гості донька (теж знайшла місце для гостювання!), і полковник привів її, щоб показати віллу. Мовляв, це мисливський палацик отого Коха, що розпадлючувався і в Польщі, і в нас на Україні. Іванові і цей палацик, і той Кох, все було до лампочки, він знав свою службу, ото й усе. Але полковник це полков­ник, Старшой звелів скрізь провести, все показати (сам з підвалів і не висовувався, обіймався там із своїм сейфом), Іван, козиряючи і згинаючи товсту шию, шанобливо посунув слідом за опасистим пол­ковником і його донькою, все б, може, обійшлося благополучно, але інтендантові щось стукнуло в го­лову, в отому залі з кабанячими головами і оленячи­ми рогами він глянув на Івана і буркнув:</w:t>
      </w:r>
    </w:p>
    <w:p>
      <w:r>
        <w:br/>
        <w:t>— Старшина, познайомтесь із моєю донькою.</w:t>
      </w:r>
    </w:p>
    <w:p>
      <w:r>
        <w:br/>
        <w:t>Іван був уже тоді старшина, це правда, але ж пе­ред полковником, який зодягає і годує цілу армію, це просто мізерія.</w:t>
      </w:r>
    </w:p>
    <w:p>
      <w:r>
        <w:br/>
        <w:t>Полковницька донька (треба визнати, досить підходяща дівчина) стрельнула на Івана великими чорними очима, подала руку;</w:t>
      </w:r>
    </w:p>
    <w:p>
      <w:r>
        <w:br/>
        <w:t>— Ангеліна.</w:t>
      </w:r>
    </w:p>
    <w:p>
      <w:r>
        <w:br/>
        <w:t>Він розгубився і від тої пещеної руки, і від чудер­нацького імені, спаленів лицем, геть забув, що тре­ба відповідати "старшина такий-то!", і бовкнув не­сподівано для самого себе:</w:t>
      </w:r>
    </w:p>
    <w:p>
      <w:r>
        <w:br/>
        <w:t>— Іван!</w:t>
      </w:r>
    </w:p>
    <w:p>
      <w:r>
        <w:br/>
        <w:t>— Ой, як це мило! — не знати від чого зраділа Ангеліна.</w:t>
      </w:r>
    </w:p>
    <w:p>
      <w:r>
        <w:br/>
        <w:t>На тому ніби й кінець, Іван показав, відпрова­див, відкозиряв, але другого дня його покликано до інтенданта, і виявилося: не для службових справ, а на чай із полковником і Ангеліною!</w:t>
      </w:r>
    </w:p>
    <w:p>
      <w:r>
        <w:br/>
        <w:t>Його, Івана, на чай!</w:t>
      </w:r>
    </w:p>
    <w:p>
      <w:r>
        <w:br/>
        <w:t>І як почалося, як пішло!</w:t>
      </w:r>
    </w:p>
    <w:p>
      <w:r>
        <w:br/>
        <w:t>Ясна річ, Старшой про все довідався негайно. Але не нагримав на Івана, не лякав, не погрожував, не забороняв. Сказав коротко: "Хвалю!"</w:t>
      </w:r>
    </w:p>
    <w:p>
      <w:r>
        <w:br/>
        <w:t>Коли в душі суцільний переляк, то яка ж тут лю­бов? Іван не знав, що воно таке, зате знала Ангеліна і пішла на нього штурмом.</w:t>
      </w:r>
    </w:p>
    <w:p>
      <w:r>
        <w:br/>
        <w:t>Він спробував нагадати їй, хто він і що. В столи­цях не жив, орденів на війні не заробив, самі медальки та подяки на бланках, не майор і не капітан, а тільки старшина...</w:t>
      </w:r>
    </w:p>
    <w:p>
      <w:r>
        <w:br/>
        <w:t>— А що майори? — сміялася Ангеліна, горну­чись до Івана. — Мені потрібна твоя сила!</w:t>
      </w:r>
    </w:p>
    <w:p>
      <w:r>
        <w:br/>
        <w:t>У Старшого було багато роботи і після закінчен­ня війни. Вороги так і кишіли! Він не поспішав до­дому, залишався ще, мабуть, надовго поблизу від лігва поверженого ворога, Іван мав надію, що залишить­ся й він, але не вийшло. Може, Старшой хотів, щоб Іван повернувся додому разом із воїнами-визволителями? Бо коли повернешся пізніше, після всіх, сам-один і не знати звідки, то вже ти ніби й не воїн, і не визволитель, а це може викликати небажані думки в людей. А може. Старшого попросив отой інтендант­ський полковник, батько Ангеліни? Бо Ангеліна ждала Івана, і після демобілізації Іван однаково ж повинен був їхати не до мами в село, а до Ангеліни.</w:t>
      </w:r>
    </w:p>
    <w:p>
      <w:r>
        <w:br/>
        <w:t>Хоч як там було, із Старшим вони розлучилися. Може, й назавжди, бо Старшой нічого Іванові не сказав на прощання, не пообіцяв писати або хоч обізватися, не дав своєї адреси, а спитати Іван не наважився. Іван не припускався навіть думки, що Старшой просто викинув його, як ганчірку, позбув­ся небажаного свідка, прибрав з-перед очей, як на­гадування, відтрутив і відсунув, мов непотріб.</w:t>
      </w:r>
    </w:p>
    <w:p>
      <w:r>
        <w:br/>
        <w:t>Він їхав до Ангеліни, і все було гаразд. Коли зго­дом пробував згадати, коли й чому сколотилася його душа, так до пуття й не міг цього зробити. Чи тоді, як слухав фронтові бувальщини своїх супутників по вагону, а сам мовчав, бо не мав чого розповідати. Чи коли спробував похвалитися трофеями і вимі­нював за них на станціях самогонки на всіх, але замість вдячності й заздрощів ловив тільки недобро­зичливі погляди. Чи тоді, коли, прокинувшись удо­світа на якійсь станції, побачив віддаля високі, ніби кремлівські, древні мури, попробивані й поруйно­вані, як людські душі, і церкви над ними — так само поруйновані й понищені. Хтось сказав: "Смоленськ", і це чомусь наповнило Іванову душу страхом і здри­ганням. Він ніколи й не чув, що в Смоленську був свій кремль. Хіба ж Кремль не один на світі? І хіба може знайтися сила, щоб його поруйнувати, проби­ти, мов душу?</w:t>
      </w:r>
    </w:p>
    <w:p>
      <w:r>
        <w:br/>
        <w:t>Отоді, вже десь на останніх перегонах перед сто­лицею, і прийшов у Іванові думки хирлявий корот­козорий музикант, з його вовняним шарфиком до­вкола тонкої шиї і хворобливою, майже нелюдською чутливістю. Прийшов і не відходив, так ніби ждав чогось, хотів, домагався. Коли б сказав, пояснив, чого хоче, чого йому треба, Іванові, може, відляг­ло б від серця. Але музикант мовчав, і це було не­стерпно. Чужа душа стала над душею Івановою, і яка з них ціла, а яка пробита, і ким же, ким?</w:t>
      </w:r>
    </w:p>
    <w:p>
      <w:r>
        <w:br/>
        <w:t>Ну, чому він не пробував утікати тої ночі в хо­лодному чорному парку біля чужої вілли? Тоді було б хоч якесь виправдання для Івана: підконвойний про­бує втекти, і доводиться сповняти обов'язок... При спробі втекти — це завжди виправдання для того, хто... Для обох виправдання... А так...</w:t>
      </w:r>
    </w:p>
    <w:p>
      <w:r>
        <w:br/>
        <w:t>Ешелон готувався до зустрічі в столиці, їхали ге­рої, поверталися з Перемогою, заслужили на велику зустріч, на квіти, оркестри, радість і сльози, сльози і радість... Солдати начищали медалі, чепурилися, прибиралися. Іванові не треба було й чепуритися. Був і так найкраще зодягнений, найвгодованіший, найрозкішніший, не тільки в їхньому вагоні, а, ма­буть, і в усьому ешелоні. Легка була війна для нього, ой, яка ж легка! Може, тому й обминає рідну домів­ку, не наважується поглянути в очі рідній матусі, а їде до людей, власне, чужих, про яких нічого не знає. А чи знає щось про себе? Де ти був, Іване? Хто він такий — священний воїн чи блудний син? Спита­ють, що робив на війні, в які атаки ходив, на які штурми й приступи, де тримав оборону, на яких ріках і в яких містах, кого визволяв, брав під захист? Що він відповість? Хоч би ж раз довелося відбиватися, бути між життям і смертю. Прорив ворожих танків, напад здичавілих есесівців, десант автоматників — все це було десь, колись, у чутках і розповідях, але ніколи не там, де Іван. Хтось так вдало вибирав місце для штабів, а надто для Старшого і його таємничих служб, що сиділи вони, мов у Бога за пазухою.</w:t>
      </w:r>
    </w:p>
    <w:p>
      <w:r>
        <w:br/>
        <w:t>І тому він не просто вцілів, зберігся, проскочив, а ще й розкохався на ситих штабних харчах так, що навіть полковницька донька вибрала не когось іншо­го, а саме його, Івана.</w:t>
      </w:r>
    </w:p>
    <w:p>
      <w:r>
        <w:br/>
        <w:t>І зустрічали Івана не як інших — у відчаєних ра­дощах, в сльозах до непам'яті, у скриках до самих небес, — його зустрічали поважно, з точно відміря­ною урочистістю, виокремлюючи з розклекотаної людської маси, з обіймів, плачів, танців, пісень. Ангеліна, мати-полковниця (така молода, ніби вона сестра Ангеліни), ад'ютанти, шофери, безіменні лакизи — Івана привітали, як воїна-визволителя, а та­кож в надії слави і добра, оточили, забрали його тро­фейні ремінні чемоданяри, всадовили в машину, повезли, привезли, влаштували. Про те, щоб йому десь шукати притулку, не було й мови. В полков­ницькій квартирі окрема кімната, і то так далеко від Ангеліниної кімнати, що зійтися можна тільки під невсипущим оком полковниці, у них на фронті була якась самостійність і воля? Тут не фронт, не війна, вже мирний час, треба забувати про всі ті кошмари, тепер маємо право на людське життя. За кілька днів повертається батько-полковник, буде здійснено гро­мадянський акт, відсвяткують весілля, тоді все на­буде законного установлення, вони стануть моло­дим подружжям, з'єднають свої долі, своє життя...</w:t>
      </w:r>
    </w:p>
    <w:p>
      <w:r>
        <w:br/>
        <w:t>Іван міг би ждати й не дні — місяці, а то й роки, коли треба. Війна була довша, та й нічого. В селі в нього дівчини не було, службу мав таку, що про сто­роннє не дуже розженешся подумати. Ну, запиша­лось там інколи після штабного начальства — то медсестра Таня, то регулювальниця з комендатури Катеринка, але то все дим і суєта.</w:t>
      </w:r>
    </w:p>
    <w:p>
      <w:r>
        <w:br/>
        <w:t>Забулося й оте, чого зазнав у ешелоні, коли се­ред сотень людей ти ніби сам-один, і щось обгризає тобі душу, і дірки в ній, ніби в отих смоленських</w:t>
      </w:r>
    </w:p>
    <w:p>
      <w:r>
        <w:br/>
        <w:t>древніх мурах.</w:t>
      </w:r>
    </w:p>
    <w:p>
      <w:r>
        <w:br/>
        <w:t>Він освоювався на інтендантській території, при­стосовувався, звикав, приживався. Наїстися, виспати­ся, вилежатися, поледарювати од пуза — ну, житуха!</w:t>
      </w:r>
    </w:p>
    <w:p>
      <w:r>
        <w:br/>
        <w:t>Але їв чи не їв, спав чи не спав, відкрилося йому зненацька таке, що хоч головою об стіну, хоч реви віц розпачу, хоч кричи: "Рятуйте!"</w:t>
      </w:r>
    </w:p>
    <w:p>
      <w:r>
        <w:br/>
        <w:t>Вдень ще нічого. То Ангеліна, то гості, то на дачу, то по місту. А наставала ніч, і починалася мука. Іван звик до нічного життя, чотири роки, вважай, не спав, щоб бути напоготові, вмить відгукнутися на поклик Старшого, це стало звичкою, перейшло в кров, от­руїло йому кров, перетворивши його з добродушно­го, здорового тілом і душею сільського хлопця на якусь дивну нічну істоту, — щось ніби велетенський</w:t>
      </w:r>
    </w:p>
    <w:p>
      <w:r>
        <w:br/>
        <w:t>кажан абощо.</w:t>
      </w:r>
    </w:p>
    <w:p>
      <w:r>
        <w:br/>
        <w:t>Квартира, весь дім, величезне місто — все спало, а Іван не міг заснути, нудився, мучився, задихався в своїй тісній кімнатці, не знав, що робити, куди себе подіти, як діждатися коли й не нового дня, то хоча б досвітку.</w:t>
      </w:r>
    </w:p>
    <w:p>
      <w:r>
        <w:br/>
        <w:t>Тільки тепер згадав, що у вагоні теж не спав жод­ної ночі, і вже дійшов був до того, хоч кидайся під колеса. Може, через те й маячив йому тоді перед очима темношиїй схарапудливий музикантик.</w:t>
      </w:r>
    </w:p>
    <w:p>
      <w:r>
        <w:br/>
        <w:t>Але навіть у вагоні було легше, бо там стукотіли колеса, кричав паровоз, кудись тебе везло, щось змінювалося довкола.</w:t>
      </w:r>
    </w:p>
    <w:p>
      <w:r>
        <w:br/>
        <w:t>А тут — наче смерть.</w:t>
      </w:r>
    </w:p>
    <w:p>
      <w:r>
        <w:br/>
        <w:t>Іван прокрадався з своєї кімнатки, босий, у са­мих армійських підштаниках, блукав по темних про­сторих залах інтендантської квартири. Рятунку ніде не знаходив. Паркети гад його тяжким тілом рипіли так, наче аж бахкали, від кожного віддиху мовби розлягалася луна — так і жди, що з темного кутка простогне відчаєне музикантове: "Ой! Що шумить?"</w:t>
      </w:r>
    </w:p>
    <w:p>
      <w:r>
        <w:br/>
        <w:t>Ну, вскочив! Хоч вовком вий. І що ж це воно виходило? Вбити чоловіка простіше й легше, ніж примусити його замовчати, заткнути рота, не дати ні зойкнути, ні застогнати, ні... проклясти. Музи­кант ніби оживав у кожному нічному шереху, в кожній Івановій безсонній миті, підходив упритул, наближав до просторого Іванового виду своє муче­ницьке лице, тихо допитувався: "Хіба може вбивця заборонити убитому ним стогнати віц болю? Відпо­відай: хіба може?"</w:t>
      </w:r>
    </w:p>
    <w:p>
      <w:r>
        <w:br/>
        <w:t>Коли б поряд був Старшой, Іван знав би, що ка­зати і що робити. Бо Старшой — то було все для Івана: дім, опора, захист, надія.</w:t>
      </w:r>
    </w:p>
    <w:p>
      <w:r>
        <w:br/>
        <w:t>Тепер утратив усе, і чужий він усьому й усім, а йому так само чуже все довкола. Бездомний страх заволодівав Іваном дужче й дужче, і тута така, хоч вішайся.</w:t>
      </w:r>
    </w:p>
    <w:p>
      <w:r>
        <w:br/>
        <w:t>Міг би розповісти про музиканта Ангеліні і тим хоч трохи очистити душу. Може, полегшало б? Але ж нерозголошення таємниці. Підписку давав Старшо­му. Та й як він казатиме Ангеліні, що казатиме? Вона, звичайно ж, не повірить, гляне на нього такими очи­ма, що хоч плигай у них, як у глибоку воду, розтягу­ючи слова, спитає: "Що-о таке-е? Це пра-авда?" — "Чого б же я тобі брехав? — промуркоче він. — Мене змалку вчили казати правду", — "Ах, тебе вчили! Його вчили — чи хто бачив таку зачаровану душу! Не підходь до мене! Кому сказала? Не підходь, ти, стра­ховисько!"</w:t>
      </w:r>
    </w:p>
    <w:p>
      <w:r>
        <w:br/>
        <w:t>В квартирі розпочалося генеральне прибирання (хоч там і так все вилискувало, як офіцерські халя­ви), Ангеліна металася по кравчинях, перукарнях. манікюрницях, Іван улучив момент і попросився на дачу, щоб не плутатися тут під ногами. Його не три­мали, полковниця викликала машину з ад'ютантом, Іван повкидав туди свої чемоданяри, впав на заднє сидіння, прохрипів:</w:t>
      </w:r>
    </w:p>
    <w:p>
      <w:r>
        <w:br/>
        <w:t>"На вокзал!" Ад'ютант спитав, на який: на Кур­ський, Київський, Білоруський? Чи Іван там знав! Аби ближче до дому. "Поганяй на Київський!" — сказав він.</w:t>
      </w:r>
    </w:p>
    <w:p>
      <w:r>
        <w:br/>
        <w:t>Ешелонів із теплушками на вокзалі не було, не було й забезпеченого місця на дощаних нарах. Зви­чайні пасажирські поїзди, незвичайні тільки тим, що всі пасажири — вчорашні воїни, які повертаються до мирної праці. Іван теж повертався, хай йому чорт! Втікав, зірвався з прив'язу, зринув із нашийника, визволився, вискочив на оперативний простір, вря­тувався від мари й докорів сумління. Додому, до мами! Як то співається!</w:t>
      </w:r>
    </w:p>
    <w:p>
      <w:r>
        <w:br/>
        <w:t>Вернись, вернись, сину, додомоньку.</w:t>
      </w:r>
    </w:p>
    <w:p>
      <w:r>
        <w:br/>
        <w:t>Змию тобі голівоньку...</w:t>
      </w:r>
    </w:p>
    <w:p>
      <w:r>
        <w:br/>
        <w:t>Вирвав у військового коменданта посадочний талон, але сідати нікуди, всі вагони — під зав'язку, біля кожного клекотнява, десятки й сотні в шине­лях, з речмішечками за спинами, в кирзячках, що протупапи пів-Європи. Куди там Іванові в його хро­мових чоботях, в офіцерській шинелі, з чорними чемоданярами!</w:t>
      </w:r>
    </w:p>
    <w:p>
      <w:r>
        <w:br/>
        <w:t>Знайшов-таки вільний вагон, посунув туди один чемоданяру, за ним другий, мало не збив з ніг на­відницю, коли та закричала, що це вагон матері й дитини, Іван зареготав: "Якої матері! Якої дитини! Спекулянтів тут возите, тилову пацючню!"</w:t>
      </w:r>
    </w:p>
    <w:p>
      <w:r>
        <w:br/>
        <w:t>Зайняв ціле відділення плацкартне: на верхню полицю речі, на середній постіль, внизу — сидіти­ме, і ніяка сила його звідси не сколупне.</w:t>
      </w:r>
    </w:p>
    <w:p>
      <w:r>
        <w:br/>
        <w:t>От уже інтендантка квоктатиме, як довідаєтьсяі що втік її дорогий зятьок!</w:t>
      </w:r>
    </w:p>
    <w:p>
      <w:r>
        <w:br/>
        <w:t>На цьому Іван ставив крапку. Нікому нічого ні про що. І вдома мовчав, як заціпило. А всім же було цікаво; де і як воював, що вернувся такий вгодова­ний. Безногий Костик, якому пожувало ногу заліз­ним приводом на крупорушці ще до війни, аж не­стямився, стрибаючи на своїх костурах довкола Івана, розпитуючи, заздрячи і навіть плазуючи, аби тільки взнати хоч на копійку, щоб тоді рознести по селу й продати на сто рублів. Іван відгортав його великою долонею, відганяв, як осінню муху. Зневажав і упо­сліджував. Хіба це чоловік? Говорить швидше, ніж думає, а розповідає завжди більше, ніж знає.</w:t>
      </w:r>
    </w:p>
    <w:p>
      <w:r>
        <w:br/>
        <w:t>А Іван мовчав навіть перед мамою. Вони стали геть старенькі, легенькі, мов пір'їнка, тільки голос лишився той самий, ще з Іванових дитячих літ, який знаходив його в травах і лозах і кликав ласкаво, бо­лісно й безнадійно: "І-іва!.."</w:t>
      </w:r>
    </w:p>
    <w:p>
      <w:r>
        <w:br/>
        <w:t>Мама розказували, яке лихо було тут під фашис­том, а тоді прийшли наші, і наче розвиднилося і зійшло сонце, і вже зиму зимували на волі, а як при­йшла весна, то треба ж було сіяти, а воно все неоране, в бур'янах, і ні машини ж, ні худобини, ні путя­щого чоловіка на все село, то вже тоді вони, вдови, повпрягалися в плуги, а де й лопатами скопали, а таки ж посіяли, і оце...</w:t>
      </w:r>
    </w:p>
    <w:p>
      <w:r>
        <w:br/>
        <w:t>І ставила перед Іваном на стіл хлібину з нового урожаю горьованого, а Іван злякано відсовувався, бурмотів: "Ну, мамо! Ну, не кажіть мені отого всьо­го, а то я й не знаю, що з собою зроблю! Як ото можна — в плуга! Хіба ж ви худоба? Як же це так?"</w:t>
      </w:r>
    </w:p>
    <w:p>
      <w:r>
        <w:br/>
        <w:t>Він готовий був навіть заплакати, але мама не дали йому цього зробити, стали вспокоювати, бо й що там оті плуги і та оранка, як подумати, що випа­ло йому і їхньому батькові. Батько й не вернувся, пропав безвісти, може, йому й легше, а він же, си­ночок, перейшов усі фронти, перейшов і пройшов, ото ж страх і горе, ото ж муки які...</w:t>
      </w:r>
    </w:p>
    <w:p>
      <w:r>
        <w:br/>
        <w:t>І тоді Іван з дурного розуму — чи то щоб похва­литися перед мамою, чи заспокоїти її? — взяв і роз­ляпав усе про Старшого, і про його секретну службу, і про машини, на яких їздив, надто ж про останню, що звалася так, ніби людей лякати: "Хорх".</w:t>
      </w:r>
    </w:p>
    <w:p>
      <w:r>
        <w:br/>
        <w:t>Мама не то що не повірили, а мовби не дочули чи не хотіли чути: "То ти, мабуть, про когось таке розка­зуєш, а не про себе. Та й про когось — хіба ж можна людську душу хоч одну занапастити? Який же то гріх непростимий! У пеклі ж горітимеш! У пеклі..."</w:t>
      </w:r>
    </w:p>
    <w:p>
      <w:r>
        <w:br/>
        <w:t>Іван уже пошкодував, що не втримав рота на клямці, щось промурмотів — чи то хотів виправда­тися, чи звернути на когось, але мама вже не слуха­ли, відсунулися од нього боязко, мовчки пішли до хатини, лягли там на вузенькому тапчанчику, відвер­нулися до стіни — і вже більше не встали.</w:t>
      </w:r>
    </w:p>
    <w:p>
      <w:r>
        <w:br/>
        <w:t>Ні їсти, ні пити, ні до кого не обізвалися, заплю­щили очі, затулили вуха — ніякими громами, ніяки­ми гарматами не проб'єшся, не вблагаєш вислухати, зрозуміти, простити.</w:t>
      </w:r>
    </w:p>
    <w:p>
      <w:r>
        <w:br/>
        <w:t>"Мамо, — кричав Іван, — ну, що ви ото надумали! Причім тут пекло? Ну, мамо, ну їй же богу! Ну, хоче­те, я отут головою об стіну битимуся? Хоч і до крові! Хочете — я що хочете для вас зроблю. Ну, мамо!.."</w:t>
      </w:r>
    </w:p>
    <w:p>
      <w:r>
        <w:br/>
        <w:t>Ні мови, ні хуху, ні духу до сина. Може, не було вже в неї сина і нічого не було на цім світі.</w:t>
      </w:r>
    </w:p>
    <w:p>
      <w:r>
        <w:br/>
        <w:t>Іван метнувся до голови колгоспу, до району, привіз лікаря, привіз уже й не одного, кликав сусідів, родичів близьких і далеких — нічого не помагало. Може б, помогло, якби знали причину маминої страшної немочі, але причину Іван одкрити не міг ні за які гроші.</w:t>
      </w:r>
    </w:p>
    <w:p>
      <w:r>
        <w:br/>
        <w:t>Так мама і вмерли, не озвавшись до Івана хоч словом, і все вмерло йому тут, навіть оте із зелених трав і лоз і золотого роздолля "І-іва!", бо то вже не мама кликали і не його, Івана, а когось зовсім іншо­го, він і сам не знав, кого й коли.</w:t>
      </w:r>
    </w:p>
    <w:p>
      <w:r>
        <w:br/>
        <w:t>В розпачі він бив себе кулацюрами по голові — аж гуділо. Дурна голова! Ой, дурна! Ну хто сіпав за язик? Треба було сказати мамі, що він снайпер, ворошиловський стрілець, — і все тобі точно! Ще й пишалися б ним. На зборах — у президію, до піо­нерів запрошували б. Розказувати про бойові под­виги... Про... Ага, а що ж він розказував би піоне­рам? Не зосталося йому тут місця, як умерли мама.</w:t>
      </w:r>
    </w:p>
    <w:p>
      <w:r>
        <w:br/>
        <w:t>Іван зібрав своє манаття і метнувся до міста.</w:t>
      </w:r>
    </w:p>
    <w:p>
      <w:r>
        <w:br/>
        <w:t>Найняв куток у вдови з двома дітьми, влаштував­ся водієм до якогось невеличкого начальничка. Взя­ли одразу, бо анкета ж! Машина до анкети не дуже підходила: трофейний "оппельок" мишачого кольо­ру, начальничок, судячи з машини, теж був дрібно­го калібру, але Іван за звичкою (а може, для власно­го душевного вспокоєння) вже за день чи два став звати його "Старшой", чим здивував і навіть наля­кав начальника.</w:t>
      </w:r>
    </w:p>
    <w:p>
      <w:r>
        <w:br/>
        <w:t>— Я всю війну під броньою, — пояснив той, ніби виправдовувався, — то ж ні старшим лейтенантом, ні сержантом не був.</w:t>
      </w:r>
    </w:p>
    <w:p>
      <w:r>
        <w:br/>
        <w:t>— Однаково ви для мене Старшой, — заявив Іван. — У мене всю війну був начальником Стар­шой. Такий чоловік, що якби я вам розказав... Та я ще розкажу, як розкачаюся трохи...</w:t>
      </w:r>
    </w:p>
    <w:p>
      <w:r>
        <w:br/>
        <w:t>Розкачатися він не встиг. Чи то про нього десь довідалися, чи пронюхали, чи так злякалися — не минуло й місяця, як його покликали до кадрів і по­відомили, що переводять на нове місце. Висувають. Бери вище!</w:t>
      </w:r>
    </w:p>
    <w:p>
      <w:r>
        <w:br/>
        <w:t>Машина вже була краща, більша, хоч і не ліму­зин, а кабріолет із брезентовим верхом, і начальник теж поважніший — вищий, товщий, сердитіший. Це вже справжній Старшой.</w:t>
      </w:r>
    </w:p>
    <w:p>
      <w:r>
        <w:br/>
        <w:t>Біля цього Іван протримався довше: мало не цілий рік. А тоді знову його "висунули" і дали блискучу характеристику, а про Іванову анкету то й не кажи — там кожна графа так і дзвенить і навіть про родичів на окупованій території — нітелень, бо були й нема, то нічого й писати.</w:t>
      </w:r>
    </w:p>
    <w:p>
      <w:r>
        <w:br/>
        <w:t>Машина тепер була — куди твоє діло, відповід­но й Старшой, а після того ще й ще машини і нові та нові Старші, так що ні Іван не встигав звикати до них, ні вони до Івана — тільки знай підпихали його, і він ріс, як на опарі.</w:t>
      </w:r>
    </w:p>
    <w:p>
      <w:r>
        <w:br/>
        <w:t>Та й як не рости, коли довкола таке діялося! То притиснули письменників, щоб не дуже розмахува­ли Своїми перами; то поколошкали отих учених, що забули про корів і взялися за якихось мушок, спо­діваючись, що народний академік Трохим Денисович Лисенко спатиме на посту і не помітить ворожих підступів; то вчасно викрили мерзенних космополітів, які хотіли продати наше радянське первородство за сочевичну юшку; то вирвали гадючі жала в лікарів — професорів, що бризкали отрутою вже й на товари­ша Сталіна; то сам товариш Сталін вкоротив язика так званим ученим, які щось там мудрячили з са­мою мовою нашою, може, хотіли зробити нас зовсім німими перед лицем світового імперіалізму. Це щоб він, Іван, та німий! Та Боже ж мій! Він аж репається від слів, таких круглих та великих, як його кулаки, а вони хотіли позапихати ті слова назад?</w:t>
      </w:r>
    </w:p>
    <w:p>
      <w:r>
        <w:br/>
        <w:t>Він би сам усіх отих професориків та інтелігентиків... Уночі, коли заснуть, ще тепленькими, і са­мому безпремінно в шинелі і в чоботях. А розмір же сорок шостий! І по отих паркетах, під люстрами, між книжками — чоботи сорок шостого розміру і шинельний дух, як від старого валянка. Хай поню­хають тонконюхі! І з м'якої постелі, від м'якої професорші, від м'якого хліба — прямо в дощ, у сніг, у хвищу й хурделицю! Все точно і просто, бо й шине­ля проста, як народ, як їхній вождь, що теж завжди тільки в шинелі, а не в пальтах з м'якими хутрами та гладесенькими підкладочками.</w:t>
      </w:r>
    </w:p>
    <w:p>
      <w:r>
        <w:br/>
        <w:t>У всіх тих подіях угадувалося Іванові щось, як ото співається в пісні, знайоме до болю: Старшой! Його рука, його почерк! І скромність теж його. Справи такі, що гримлять на весь світ, а він собі скром­ненько в стороні. Не висовується і не викрасовується. От хоч би як і він, Іван.</w:t>
      </w:r>
    </w:p>
    <w:p>
      <w:r>
        <w:br/>
        <w:t>Коли вмер Сталін, Іван добряче розгубився, але не плакав разом з усіма тонкосльозими, а тільки здри­гався, як коняка: самою шкірою.</w:t>
      </w:r>
    </w:p>
    <w:p>
      <w:r>
        <w:br/>
        <w:t>Душею здригнувся пізніше, коли прийшла вість про кривавого ката (та ще, виявляється, і англій­ського шпигуна!) Берію і стали називати його по­плічників. О, яке ж далеке було це від того благородного і загадкового тремтіння місячного сяйва в нічних водах! Скажемо відверто: Іван тремтів, як собачий хвіст. Він ждав: ось-ось назвуть і його ко­лишнього Старшого, ось-ось доберуться, а в самого душа стискалася, маліла, стала вже меншою мако­вого зерняти, закотилася в самі п'яти, котилася далі, провалювалася в тартарари, у безвість.</w:t>
      </w:r>
    </w:p>
    <w:p>
      <w:r>
        <w:br/>
        <w:t>А що чоловік без душі? Поки вона є, то й не помічаєш, зневажливо відмахуєшся: ет, вигадки! Коли ж утрачаєш, то ніби вийняли з тебе осердя і став ти, мов порожній лантух. Ось наче був у тобі якийсь заряд, акумулятор, динамомашина, летіли іскри, міг ти щось запалювати, загрожувати, спопе­ляти, а тепер сам укритий попелом, який тільки й годен, щоб у ньому греблися одурілі від спекоти кури.</w:t>
      </w:r>
    </w:p>
    <w:p>
      <w:r>
        <w:br/>
        <w:t>На війні біля Старшого життя було просте, як із батога хвись. Тоді була у всьому точність, а тепер почалася якась каша.</w:t>
      </w:r>
    </w:p>
    <w:p>
      <w:r>
        <w:br/>
        <w:t>Тепер Іван не погрожував, не лякав, не вдавався до натяків, сидів тихо, принишк, заліг на дно.</w:t>
      </w:r>
    </w:p>
    <w:p>
      <w:r>
        <w:br/>
        <w:t>Висувати його перестали, хоч куди вже було ви­сувати? Добрався на той час до такого верху, що голова макітрилася. Машина — як вагон, у салоні можна ставити самовар, грати в дурня, проводити засідання. Старшой — дебеліший за Івана, якийсь дуже великий начальник над просторами, душами й коровами, говорити багато не любив, а слухати — й поготів, це спершу хіба ж так припало Іванові до смаку, але згодом він зрозумів: біда. Старшой сідав у машину (завжди на заднє сидіння, поряд з Іва­ном — ніколи); коротко кидав: "Туди!" і мовчав, як камінний, хоч ти їдь з ним на край світу. Іноді роз­щедрювався, уточнював: "Отуди!", і вже Іванові радість хіба ж така. Говорити до Старшого було од­наково, що до пенька, до стіни, до всіх святих і до Господа Бога: він нічого не чув і не хотів чути. Так ніби Іван не жива людина, а сліпий кінь, на якому той їде до свого "Туди!" або "Отуди!".</w:t>
      </w:r>
    </w:p>
    <w:p>
      <w:r>
        <w:br/>
        <w:t>Мабуть, уперше Іван подумав: а хіба його Стар­шой із фронту був не такий і хіба не був він, Іван, для нього всю війну тільки сліпою силою в руках, але якою ж страшною і злочинною! І спокійний був та безгнівний, як і цей Іванів начальник, але вихо­дить, що не гнів убиває людей, а тупа слухняність, якої Старшой вимагав од Івана, а той запопадливо її виказував. Хіба ж він винен, коли від нього вимага­ли? Ніколи ніхто його не слухав, не говорив із ним, як з людиною, не бесідував, не розпитував. (Хто, може, й хотів, то боявся, знаючи, де він служить.) Тільки наказ, тільки таємничість і мовчання, мов­чання. Тоді це подобалося, возносило його над усі­ма іншими, сповнювало силою і гординею, а тепер здригався од відразливості й жаху. Як він міг це все перенести? Як міг мовчати стільки часу?</w:t>
      </w:r>
    </w:p>
    <w:p>
      <w:r>
        <w:br/>
        <w:t>А що ж може бути краще, як поговорити із люди­ною, відвести душу, очиститися, може, й покаятись!</w:t>
      </w:r>
    </w:p>
    <w:p>
      <w:r>
        <w:br/>
        <w:t>Коли найбільше кортить розповідати?</w:t>
      </w:r>
    </w:p>
    <w:p>
      <w:r>
        <w:br/>
        <w:t>Мабуть, як любиш або ж дуже боїшся. Іван ні любив, ні боявся, а от же щось у ньому клекотіло і що далі, то дужче, більше, страшніше.</w:t>
      </w:r>
    </w:p>
    <w:p>
      <w:r>
        <w:br/>
        <w:t>Таємниця рвала душу Іванові, душила його, він задихався, шаленів, майже конав. Розповісти, пояс­нити, щоб усі знали: він не винен, винен отой Старшой, винен ще хтось, може, й сам Сталін, але ж не він, не Іван. Де вони всі взялися на його голову і чому вчепилися саме в нього?</w:t>
      </w:r>
    </w:p>
    <w:p>
      <w:r>
        <w:br/>
        <w:t>Після Ангеліни, якій він так і не наважився нічо­го розповісти, а тоді після страшної маминої смерті Іван боявся розкривати душу стороннім, затаївся, замовк і тільки потроху, натяками підлякував своїх старших, щоб трепетали й поважали. Тепер уже не він боявся розповісти все, як на сповіді, — люди боялися його вислухати, так ніби здогадувалися, яка то може бути сповідь.</w:t>
      </w:r>
    </w:p>
    <w:p>
      <w:r>
        <w:br/>
        <w:t>Іван сам дивувався, що оте стало рватися з ньо­го та ще й з такою страшною силою. Чому, з якої речі? Ніби й не згадувалося нічого, і музикант більше не мучив, ні зітхань, ні стогонів, ні прокльонів, та однаково ж не вспокоювалася душа, наповзала на неї темна каламуть, щось позасвітнє простягало до Івана чіпкі клешні, і мертвий шерех чувся йому вдень і вночі, не давав дихати й жити.</w:t>
      </w:r>
    </w:p>
    <w:p>
      <w:r>
        <w:br/>
        <w:t>А Старшого Бог послав Іванові, мов відплату за всі його гріхи і злочини.</w:t>
      </w:r>
    </w:p>
    <w:p>
      <w:r>
        <w:br/>
        <w:t>Скільки б тривала Іванова мука і чим би все скінчилося, ніхто не знає, але в житті невпинно щось відбувається, зміни надходять навіть туди, де вже на них ніхто й не жде, так було й цього разу.</w:t>
      </w:r>
    </w:p>
    <w:p>
      <w:r>
        <w:br/>
        <w:t>Іван возив свого Старшого туди й сюди, близько й далеко, а то й ще далі, коли ж заїхали вже й зовсім найдалі і опинилися в нужденному колгоспі, де ні поглянути, ні одвернутися, то несподівано застали там цілу бригаду чудернацько зодягнених, страшен­но самовпевнених і навіть нахабних, як здалося Іва­нові, людей, якихось розцяцькованих, несправжніх, просто кажучи, далеких від солідності не тільки Стар­шого, але й самого Івана, бо водії теж мають свою солідність і належну пристойність.</w:t>
      </w:r>
    </w:p>
    <w:p>
      <w:r>
        <w:br/>
        <w:t>Старшой зрадив своєму узвичаєнню, завовтузив­ся, загмикав, розгнівано вигукнув (до Івана, чи що?): "Кіношники!", звелів підкотити просто до тих роз­цяцькованих, виставив одну ногу з машини і поціка­вився, що вони тут знімають і хто дозволив знімати.</w:t>
      </w:r>
    </w:p>
    <w:p>
      <w:r>
        <w:br/>
        <w:t>Кіношники, хоч які безладні, теж мали, видно, свого Старшого, в розкішному полушубку, в шапці з такого звіра, що Іван ні чув, ні бачив, то їхній Старшой сміливо ступнув до машини, креснув з-під небачених хутер сірими, гострими, як ножі, очима, креснув по машині, по Старшому, по Іванові, а тоді знов по Іванові, та й знов, та й ще раз...</w:t>
      </w:r>
    </w:p>
    <w:p>
      <w:r>
        <w:br/>
        <w:t>І тоді Іван упізнав його, і всі сніги з довколишніх степів упали на нього, і він вмерз у них і вмер назавж­ди й навіки.</w:t>
      </w:r>
    </w:p>
    <w:p>
      <w:r>
        <w:br/>
        <w:t>То був отой майор з придонського степу, якого Іван вів із його товаришем відомо куди, та не довів.,. Вів, та не довів... На щастя чи на нещастя. Кому як.</w:t>
      </w:r>
    </w:p>
    <w:p>
      <w:r>
        <w:br/>
        <w:t>Майор теж упізнав Івана вмить і мовби зрадів, лукаво підморгнув Іванові, обернувся до строкатої юрби, покликав;</w:t>
      </w:r>
    </w:p>
    <w:p>
      <w:r>
        <w:br/>
        <w:t>— Федю! Знайшлася бабусина пропажа!</w:t>
      </w:r>
    </w:p>
    <w:p>
      <w:r>
        <w:br/>
        <w:t>Від кіношників відокремився високий чоловік у ще розкішнішому, ніж у майора (може, він уже якийсь кіношний генералі), кожушку, але не в шапці, а в химерному хутряному картузі з довгим козирком-дзьобом.</w:t>
      </w:r>
    </w:p>
    <w:p>
      <w:r>
        <w:br/>
        <w:t>Він підійшов ближче — то був капітан з того страшного літа сорок другого року!</w:t>
      </w:r>
    </w:p>
    <w:p>
      <w:r>
        <w:br/>
        <w:t>— Сержант? — не дуже й здивувався капітан. — Яка радість! Ні перестраждав, ні навіть не схуд? З такою вгодованістю до голодних колгоспних корі­вок — яке ж вийде кіно! Ще б сюди твого Старшого! Де він? А, ясно; не знаєш. Ну, не горюй. Знайдемо й Старшого. Тебе ж, бач, знайшли! І не шукали — сам прибився, мов утопаючий до берега. Виловимо й твого Старшого. Правда ж, виловимо? — звернувся він до майора.</w:t>
      </w:r>
    </w:p>
    <w:p>
      <w:r>
        <w:br/>
        <w:t>Той мовчки хитнув головою, далі ріжучи Івана своїми страшними очима.</w:t>
      </w:r>
    </w:p>
    <w:p>
      <w:r>
        <w:br/>
        <w:t>Іван дав задній хід. Зробив це так зненацька, ш:о Старшой не встиг прибрати своєї висунутої з маши­ни ноги і проорав глибоку борозну в снігу. Коли ж упорався з ногою і хряпнув дверцятами, то не став гримати на Івана за його вибрик, мовчки вмощувався, сопів і навіть зрештою розщедрився: "Отуди!"</w:t>
      </w:r>
    </w:p>
    <w:p>
      <w:r>
        <w:br/>
        <w:t>А Іван же так ждав його гніву!</w:t>
      </w:r>
    </w:p>
    <w:p>
      <w:r>
        <w:br/>
        <w:t>Подій у житті може бути багато, не всі бажані й приємні, бувають такі, що гірше й не треба, але ж доводиться жити далі і якось випручуватися.</w:t>
      </w:r>
    </w:p>
    <w:p>
      <w:r>
        <w:br/>
        <w:t>Іван рятувався своїми звичками, бо більше не мав нічого.</w:t>
      </w:r>
    </w:p>
    <w:p>
      <w:r>
        <w:br/>
        <w:t>Отож повернувшись із Старшим з тої далекої і такої нещасливої мандрівки, він за звичаєм довго й ретельно мив машину, витирав, натирав, полірував її на морозі, а тоді ще й у гаражі, впоравшись з ма­шиною і з гаражем, узявся за себе, мився, чепурив­ся, перевдягався, ніби на свято... І таки ж готував для себе маленьке свято, попри все, що сталося, попри всі можливі неприємності, загрози і непевність каламутну й темну, як ота темрява в гаражі позад машини, де клубочіли примари і жахи.</w:t>
      </w:r>
    </w:p>
    <w:p>
      <w:r>
        <w:br/>
        <w:t>Розстелив на капоті рушничок, нарізав хліба, сала, ковбаси, поклав велику цибулину, побулькав із бак­лаги в алюмінієвий кухлик — усе, як завжди, ритуал зберігався, в його дотриманні був порятунок, може, єдина зачіпка за життя.</w:t>
      </w:r>
    </w:p>
    <w:p>
      <w:r>
        <w:br/>
        <w:t>Та ні, неправда. В тих усталених, власне, вже механічних жестах не було найголовнішого, таємної суті, найбільших святощів Іванових. Та й ніде їх не було, але могли й бути, могли з'явитися, знайтися, несподівано впасти на Івана, як найщедріший дару­нок долі.</w:t>
      </w:r>
    </w:p>
    <w:p>
      <w:r>
        <w:br/>
        <w:t>Ось тому він щоразу завмирав із кухликом у руці і довго, вперто, відчаєно вслухався всім своїм вели­ким тілом у безмежний простір позад себе, в простір, од якого відгороджений був тяжкими гаражними дверима, схований од усього світу, але не від надії.</w:t>
      </w:r>
    </w:p>
    <w:p>
      <w:r>
        <w:br/>
        <w:t>Як хотілося йому почути той голос, якого давно вже не чув, але жив ним, його ласкавістю, його доб­ротою, його болем і жданням: "І-іва!-."</w:t>
      </w:r>
    </w:p>
    <w:p>
      <w:r>
        <w:br/>
        <w:t>Цілував би той голос невмілими губами, припа­дав до нього душею, хотів би жити в ньому, як у високому небі.</w:t>
      </w:r>
    </w:p>
    <w:p>
      <w:r>
        <w:br/>
        <w:t>Але не чув нічого, так наче йому позакладало.</w:t>
      </w:r>
    </w:p>
    <w:p>
      <w:r>
        <w:br/>
        <w:t>Невже й тепер мама не зласкавляться до свого знедоленого сина, не подадуть голосу, не покличуть, не прикличуть?</w:t>
      </w:r>
    </w:p>
    <w:p>
      <w:r>
        <w:br/>
        <w:t>Іван стояв так довго, що рука з кухликом здерев'я­ніла. Його великі губи ледь помітно ворушилися, так ніби він просив, молився, сподівався. Тоді зворух­нувся і він увесь, зненацька рвонувся до дверей, мовби почув мамин поклик. Хотів почути, але не почув, бо ніхто його не кликав, усе мовчало і навіки замовкло для нього.</w:t>
      </w:r>
    </w:p>
    <w:p>
      <w:r>
        <w:br/>
        <w:t>Вранці Івана знайшли мертвого в гаражі. Був із кухликом, затиснутим у руці, зіперся грудьми на радіатор, а лицем повернений до дверей, так, ніби прислухався до чогось.</w:t>
      </w:r>
    </w:p>
    <w:p>
      <w:r>
        <w:br/>
        <w:t>Коли прибули експерти і стали вивчати місце події, то всім стороннім запропоновано було очис­тити приміщення. Хтось із тих сторонніх незграбно зачепив плечем металічний предмет на дерев'яній поличці, акуратно прилаштованій у кутку гаража (згідно з записом у протоколі це була велика цинкова лійка для бензину), предмет упав і потрапив на каністру, яка стояла під стіною. Каністра була пов­на бензину, тому звук від удару вийшов ніби вкоро­чений, позбавлений розгонистості й лункості, він мовби втонув у холодній горючій (яке невдале сло­восполучення!) рідині, захлинувся в ній і вмер без­слідно: "В-ван!".</w:t>
      </w:r>
    </w:p>
    <w:p>
      <w:r>
        <w:br/>
        <w:t>Отож, коли хтось поцікавиться, чи справді той, про якого була розповідь, називався так, як він тут називається, то автор може пояснити, що це й не ім'я в звичайному розумінні, а тільки отой звук із минулого, скорчений, як равлик, або ж нещадно скручений, мов туга пружина.</w:t>
      </w:r>
    </w:p>
    <w:p>
      <w:r>
        <w:br/>
        <w:t>А наше минуле — чи не є воно такою пружиною, яка щомиті може розпростатися?</w:t>
      </w:r>
    </w:p>
    <w:p>
      <w:r>
        <w:br/>
        <w:t>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В-ван!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