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Вальтер Фон Дер Фогельвейд</w:t>
      </w:r>
    </w:p>
    <w:p>
      <w:r>
        <w:br/>
        <w:t xml:space="preserve"> Фогельвейд, співець кохання,&lt;br /&gt;</w:t>
        <w:br/>
        <w:t>Як життя своє скінчив,&lt;br /&gt;</w:t>
        <w:br/>
        <w:t>Під собором монастирським&lt;br /&gt;</w:t>
        <w:br/>
        <w:t>В славнім Вюрцбургу спочив.</w:t>
      </w:r>
    </w:p>
    <w:p>
      <w:r>
        <w:br/>
        <w:t>I, скарби ченцям віддавши,&lt;br /&gt;</w:t>
        <w:br/>
        <w:t>Залишив їм заповіт:&lt;br /&gt;</w:t>
        <w:br/>
        <w:t>На гробу його щоденно&lt;br /&gt;</w:t>
        <w:br/>
        <w:t>Споряджать птахам обід.</w:t>
      </w:r>
    </w:p>
    <w:p>
      <w:r>
        <w:br/>
        <w:t>Він казав: "Наука в мене&lt;br /&gt;</w:t>
        <w:br/>
        <w:t>Тільки їхня, не чия,&lt;br /&gt;</w:t>
        <w:br/>
        <w:t>I за неї заплатити&lt;br /&gt;</w:t>
        <w:br/>
        <w:t>Після смерті хочу я".</w:t>
      </w:r>
    </w:p>
    <w:p>
      <w:r>
        <w:br/>
        <w:t>Так помер співець кохання,&lt;br /&gt;</w:t>
        <w:br/>
        <w:t>I хористи молоді&lt;br /&gt;</w:t>
        <w:br/>
        <w:t>На гробу його все птаство&lt;br /&gt;</w:t>
        <w:br/>
        <w:t>Годували відтоді.</w:t>
      </w:r>
    </w:p>
    <w:p>
      <w:r>
        <w:br/>
        <w:t>I щодня, зимою й літом,&lt;br /&gt;</w:t>
        <w:br/>
        <w:t>I з околу, й здалеки&lt;br /&gt;</w:t>
        <w:br/>
        <w:t>Поспішали на ті учти&lt;br /&gt;</w:t>
        <w:br/>
        <w:t>Піднебесні співаки.</w:t>
      </w:r>
    </w:p>
    <w:p>
      <w:r>
        <w:br/>
        <w:t>На дуби сідали темні,&lt;br /&gt;</w:t>
        <w:br/>
        <w:t>На кущі, на деревця,&lt;br /&gt;</w:t>
        <w:br/>
        <w:t>На бруківку, на могили,&lt;br /&gt;</w:t>
        <w:br/>
        <w:t>На скульптурний вид співця</w:t>
      </w:r>
    </w:p>
    <w:p>
      <w:r>
        <w:br/>
        <w:t>I в усіх кутках майдану&lt;br /&gt;</w:t>
        <w:br/>
        <w:t>Відновляли голосну&lt;br /&gt;</w:t>
        <w:br/>
        <w:t>Фогельвейдову, пісенну&lt;br /&gt;</w:t>
        <w:br/>
        <w:t>Давню Вартбурзьку війну.</w:t>
      </w:r>
    </w:p>
    <w:p>
      <w:r>
        <w:br/>
        <w:t>Утішалась на дозвіллі&lt;br /&gt;</w:t>
        <w:br/>
        <w:t>Галаслива їх сім'я,&lt;br /&gt;</w:t>
        <w:br/>
        <w:t>I лунало в кожній пісні&lt;br /&gt;</w:t>
        <w:br/>
        <w:t>Фогельвейдове ім'я.</w:t>
      </w:r>
    </w:p>
    <w:p>
      <w:r>
        <w:br/>
        <w:t>Та якось абат тілистий&lt;br /&gt;</w:t>
        <w:br/>
        <w:t>Пробурчав: "Доволі втрат!&lt;br /&gt;</w:t>
        <w:br/>
        <w:t>Краще хай із'їсть добавок&lt;br /&gt;</w:t>
        <w:br/>
        <w:t>Від постів охлялий брат".</w:t>
      </w:r>
    </w:p>
    <w:p>
      <w:r>
        <w:br/>
        <w:t>Відтоді голодне птаство&lt;br /&gt;</w:t>
        <w:br/>
        <w:t>З лісу, з башт, із мурів-стін&lt;br /&gt;</w:t>
        <w:br/>
        <w:t>Марно мчало до собору,&lt;br /&gt;</w:t>
        <w:br/>
        <w:t>Опівденний вчувши дзвін.</w:t>
      </w:r>
    </w:p>
    <w:p>
      <w:r>
        <w:br/>
        <w:t>I даремно криком різним&lt;br /&gt;</w:t>
        <w:br/>
        <w:t>З веж готичних сяк і так&lt;br /&gt;</w:t>
        <w:br/>
        <w:t>Мінезингери пернаті&lt;br /&gt;</w:t>
        <w:br/>
        <w:t>Подавали півчим знак.</w:t>
      </w:r>
    </w:p>
    <w:p>
      <w:r>
        <w:br/>
        <w:t>На гранітах монастирських&lt;br /&gt;</w:t>
        <w:br/>
        <w:t>Час давно всі букви стер.&lt;br /&gt;</w:t>
        <w:br/>
        <w:t>I, де спить поет, ми знаєм&lt;br /&gt;</w:t>
        <w:br/>
        <w:t>Тільки з уст людських тепер.</w:t>
      </w:r>
    </w:p>
    <w:p>
      <w:r>
        <w:br/>
        <w:t>Та не тихне над собором,&lt;br /&gt;</w:t>
        <w:br/>
        <w:t>Все лунає без кінця&lt;br /&gt;</w:t>
        <w:br/>
        <w:t>В шумі крил легенда давня&lt;br /&gt;</w:t>
        <w:br/>
        <w:t>Й голосне ім'я співця.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Вальтер Фон Дер Фогельвейд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