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Варязька балада</w:t>
      </w:r>
    </w:p>
    <w:p>
      <w:r>
        <w:br/>
        <w:t xml:space="preserve"> Необорима соняшна заглада —&lt;br /&gt;</w:t>
        <w:br/>
        <w:t>Віки, віки — одна блакитна мить!&lt;br /&gt;</w:t>
        <w:br/>
        <w:t>Куди ж поділа, степова Елладо,&lt;br /&gt;</w:t>
        <w:br/>
        <w:t>Варязьку сталь і візантійську мідь?</w:t>
      </w:r>
    </w:p>
    <w:p>
      <w:r>
        <w:br/>
        <w:t>Від синіх меж до сіверських україн&lt;br /&gt;</w:t>
        <w:br/>
        <w:t>Широчина нестримано росте,&lt;br /&gt;</w:t>
        <w:br/>
        <w:t>Мов на бандурі велетенській грає&lt;br /&gt;</w:t>
        <w:br/>
        <w:t>Співучим вітром припонтійський степ.</w:t>
      </w:r>
    </w:p>
    <w:p>
      <w:r>
        <w:br/>
        <w:t>Гарячий день розлив пекуче злото&lt;br /&gt;</w:t>
        <w:br/>
        <w:t>І сам втопивсь у соняшнім меду,&lt;br /&gt;</w:t>
        <w:br/>
        <w:t>Й крізь спокій цей єдина ллється нота —&lt;br /&gt;</w:t>
        <w:br/>
        <w:t>Блаженних бджіл в вишневому саду.</w:t>
      </w:r>
    </w:p>
    <w:p>
      <w:r>
        <w:br/>
        <w:t>Лиш чорними очима хитрих вікон&lt;br /&gt;</w:t>
        <w:br/>
        <w:t>Всміхнуться молодицями хати —&lt;br /&gt;</w:t>
        <w:br/>
        <w:t>І знову степ пестить мої повіки,&lt;br /&gt;</w:t>
        <w:br/>
        <w:t>І знову скитські баби і хрести.</w:t>
      </w:r>
    </w:p>
    <w:p>
      <w:r>
        <w:br/>
        <w:t>Лиш, як крізь сон, майнуть крилаті вії&lt;br /&gt;</w:t>
        <w:br/>
        <w:t>І ніч очей з-під п'явок гострих брів —&lt;br /&gt;</w:t>
        <w:br/>
        <w:t>І знову — степ. Лишь де-не-де замріє&lt;br /&gt;</w:t>
        <w:br/>
        <w:t>Архипелаг поснулих хуторів.</w:t>
      </w:r>
    </w:p>
    <w:p>
      <w:r>
        <w:br/>
        <w:t>Дзвенить вода. Це він, це він синіє —&lt;br /&gt;</w:t>
        <w:br/>
        <w:t>Балада хвиль — Дніпро. І на горі&lt;br /&gt;</w:t>
        <w:br/>
        <w:t>Спить Київ — степова Олександрія —&lt;br /&gt;</w:t>
        <w:br/>
        <w:t>Під злотом царгородських мозаїк.</w:t>
      </w:r>
    </w:p>
    <w:p>
      <w:r>
        <w:br/>
        <w:t>Там обертав в державну бронзу владно&lt;br /&gt;</w:t>
        <w:br/>
        <w:t>Це мудре злото кремезний варяг,&lt;br /&gt;</w:t>
        <w:br/>
        <w:t>І звідтіля ж воно текло безвладно&lt;br /&gt;</w:t>
        <w:br/>
        <w:t>Під ноги орд — на кочівничий шлях.</w:t>
      </w:r>
    </w:p>
    <w:p>
      <w:r>
        <w:br/>
        <w:t>Гриміли десь козацькії литаври,&lt;br /&gt;</w:t>
        <w:br/>
        <w:t>Віки несли не раз залізний дар, —&lt;br /&gt;</w:t>
        <w:br/>
        <w:t>Він в холодку ж спочив у темній Лаврі,&lt;br /&gt;</w:t>
        <w:br/>
        <w:t>Від мудрості знесилений Владар.</w:t>
      </w:r>
    </w:p>
    <w:p>
      <w:r>
        <w:br/>
        <w:t>(А ти не довго гаялась в тривозі:&lt;br /&gt;</w:t>
        <w:br/>
        <w:t>Сарматських уст — отруйний, п'яний мед&lt;br /&gt;</w:t>
        <w:br/>
        <w:t>Ти віддала татарину в знемозі,&lt;br /&gt;</w:t>
        <w:br/>
        <w:t>І чув твій сміх Батиєвий намет).</w:t>
      </w:r>
    </w:p>
    <w:p>
      <w:r>
        <w:br/>
        <w:t>І далі, там, де беріг Кіммерії&lt;br /&gt;</w:t>
        <w:br/>
        <w:t>Підніс коринфські обриси колон,&lt;br /&gt;</w:t>
        <w:br/>
        <w:t>Де Херсонес замріяно біліє&lt;br /&gt;</w:t>
        <w:br/>
        <w:t>І снить солодкий, вічний, синій сон,</w:t>
      </w:r>
    </w:p>
    <w:p>
      <w:r>
        <w:br/>
        <w:t>Де кам'янисті межі скитських прерій&lt;br /&gt;</w:t>
        <w:br/>
        <w:t>Врізаються в козацький буйний Понт&lt;br /&gt;</w:t>
        <w:br/>
        <w:t>Причалом генуеських кондотьєрів,&lt;br /&gt;</w:t>
        <w:br/>
        <w:t>Кінцем твоїх бурхливих перепон...</w:t>
      </w:r>
    </w:p>
    <w:p>
      <w:r>
        <w:br/>
        <w:t>Отак лежиш — замріяно-безсила,&lt;br /&gt;</w:t>
        <w:br/>
        <w:t>А сходить ніч — і відьмою вночі&lt;br /&gt;</w:t>
        <w:br/>
        <w:t>Ти розгортаєш кажанові крила...&lt;br /&gt;</w:t>
        <w:br/>
        <w:t>І, поки по гаях кричать сичі,</w:t>
      </w:r>
    </w:p>
    <w:p>
      <w:r>
        <w:br/>
        <w:t>По болотах скрегочуть млосні жаби,&lt;br /&gt;</w:t>
        <w:br/>
        <w:t>Шепоче тьма і стогне в снах Дніпро —&lt;br /&gt;</w:t>
        <w:br/>
        <w:t>Летиш, страшна й розхристана, на шабаш —</w:t>
      </w:r>
    </w:p>
    <w:p>
      <w:r>
        <w:br/>
        <w:t>Своїх дітей байстрючу пити кров...</w:t>
      </w:r>
    </w:p>
    <w:p>
      <w:r>
        <w:br/>
        <w:t>...А з Чигрина й з Батурина в тумані&lt;br /&gt;</w:t>
        <w:br/>
        <w:t>(Козацьке сонце тільки виплива)&lt;br /&gt;</w:t>
        <w:br/>
        <w:t>Два гетьмани виходять мертві й п'яні,&lt;br /&gt;</w:t>
        <w:br/>
        <w:t>І кожен довго плаче і співа.</w:t>
      </w:r>
    </w:p>
    <w:p>
      <w:r>
        <w:br/>
        <w:t>Один зітха — єдиним зойком: "Тиміш", —&lt;br /&gt;</w:t>
        <w:br/>
        <w:t>І проклина Виговського всю ніч,&lt;br /&gt;</w:t>
        <w:br/>
        <w:t>А другий — той, що огрядніш&lt;br /&gt;</w:t>
        <w:br/>
        <w:t>і стриманіш, —&lt;br /&gt;</w:t>
        <w:br/>
        <w:t>На північ кида блискавками віч.</w:t>
      </w:r>
    </w:p>
    <w:p>
      <w:r>
        <w:br/>
        <w:t>І чуть: "Чекай, бо ж — жодного респонсу,&lt;br /&gt;</w:t>
        <w:br/>
        <w:t>Ти, Орлику, — гаряча голова!"&lt;br /&gt;</w:t>
        <w:br/>
        <w:t>...................................................&lt;br /&gt;</w:t>
        <w:br/>
        <w:t>...Коли ж, коли ж знайдеш державну&lt;br /&gt;</w:t>
        <w:br/>
        <w:t>бронзу,&lt;br /&gt;</w:t>
        <w:br/>
        <w:t>Проклятий край, Елладо степова?!.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Варязька балада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