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Важке питання</w:t>
      </w:r>
    </w:p>
    <w:p>
      <w:r>
        <w:br/>
        <w:t xml:space="preserve"> &lt;p&gt;Андрій надвечір подзвонив до квартири свого співучая Миколи з наміром поговорити про вчорашню вечірку в гімназії, де він познайомився з Миколиною коханкою. Як товариш, він вважав обов'язком висловити свої думки про що дівчину й взагалі застерегти Миколу від усяких неприємностей, сполучених з коханням. Двері відчинились, і Андрієві було сказано, що Микола порається в садку.</w:t>
      </w:r>
    </w:p>
    <w:p>
      <w:r>
        <w:br/>
        <w:t>Весна тільки що наступала й у саду земля ще була мокра від розталого снігу. Дерева стояли чорні від вогкості, а в повітрі тхнуло гниллю.</w:t>
      </w:r>
    </w:p>
    <w:p>
      <w:r>
        <w:br/>
        <w:t>– Здоров був,– сказав Андрій, зайшовши в сад.– Працюєш?</w:t>
      </w:r>
    </w:p>
    <w:p>
      <w:r>
        <w:br/>
        <w:t>Микола ретельно обрізував бруньки на деревах.</w:t>
      </w:r>
    </w:p>
    <w:p>
      <w:r>
        <w:br/>
        <w:t>– Працюю,– відповів він, простягаючи руку.– Сідай он на лаві.</w:t>
      </w:r>
    </w:p>
    <w:p>
      <w:r>
        <w:br/>
        <w:t>Андрій сів, зірвав якусь травину й поклав її в рот, бо не знав, як почати розмову. Потім зважився казати просто.</w:t>
      </w:r>
    </w:p>
    <w:p>
      <w:r>
        <w:br/>
        <w:t>– Був я вчора на вечірці і познайомився з Галею,– почав вія і спинився, щоб подивитись, яке враження зробе на Миколу та кий вступ.</w:t>
      </w:r>
    </w:p>
    <w:p>
      <w:r>
        <w:br/>
        <w:t>Той мовчки хитнув головою, силкуючись</w:t>
      </w:r>
    </w:p>
    <w:p>
      <w:r>
        <w:br/>
        <w:t>– Ну, і що? – спокійно" запитав він, коли гілка була нахилена.</w:t>
      </w:r>
    </w:p>
    <w:p>
      <w:r>
        <w:br/>
        <w:t>Його спокій здався Андрієві образливим. Він гадав, що Микола кине свої пилки й ножиці, зрадів, сяде коло його на лаві й буде нетерпляче розпитувати, чи здорова Галя, чи не переказувала чого. Тому Андрій залишив свій тихомирний тон і сказав різко:</w:t>
      </w:r>
    </w:p>
    <w:p>
      <w:r>
        <w:br/>
        <w:t>– А те, що тобі треба кинути її... Чуєш? Знайшов у кого закохатись! Як ти її не кинеш, вона закруте тобі ще більше голову, а тоді спину покаже. Знаєм ми таких!</w:t>
      </w:r>
    </w:p>
    <w:p>
      <w:r>
        <w:br/>
        <w:t>Тепер Микола дійсно сів коло його й роззявив рота від здивування. В голові його забігали думки про зраду, а в серці заворушилась ревність.</w:t>
      </w:r>
    </w:p>
    <w:p>
      <w:r>
        <w:br/>
        <w:t>– Ти бачив щось? – спитав він важко.– 3 ким вона була?.. Скажи, ти ж товариш...</w:t>
      </w:r>
    </w:p>
    <w:p>
      <w:r>
        <w:br/>
        <w:t>Побачивши, що його слова занадто вразили Миколу, Андрій навіть трохи злякався,– так вмент змінилось обличчя Миколи й голос його зробився придушеним і хрип– Ні, ні, не те,– поспішив заспокоїти вій Миколу.– Я тільки хотів сказати, що вона дуже жагуча. Ти спитаєш відкіля в мене такі відомості? Це, дорогий мій, по ній самій видна Очі в неї, знаєш, так блискають і рот підозріло великий. І взагалі вся постать...</w:t>
      </w:r>
    </w:p>
    <w:p>
      <w:r>
        <w:br/>
        <w:t>А хто жагучий, той мало постійний. Побаче чоловіка більш статечного з фізичного погляду, ніж ти,– й прощавай, Миколко... Ось це я хотів сказати. А ти вже казна що ви гадав.</w:t>
      </w:r>
    </w:p>
    <w:p>
      <w:r>
        <w:br/>
        <w:t>Андрій почув, що йому вже не пощастить відіграти ту трохи протекторальну роль, яку він задумав на себе взяти. Хотілось було по-батьківському поговорити з Миколою, витримати тон старшого, дати йому деякі поради, а тепер доведеться здавати свої позиції. Річ в тому, що Микола мав більший за його досвід у справах кохання, і самолюбство Андрія від цього часом дуже страждала Сьогодні вія хотів дати реванш, та бачучи, що заходи Його марні, розсердився сам на себе за невміння використати обставини.</w:t>
      </w:r>
    </w:p>
    <w:p>
      <w:r>
        <w:br/>
        <w:t>– Он що,– здивовано протягнув Микола, вмент заспокоюючись.– Ну, й дурний же ти! Налякав мене. Відносно жагучості, то нічого. Не колоду ж любити. До того ж вона мене вже чотири місяці кохає...</w:t>
      </w:r>
    </w:p>
    <w:p>
      <w:r>
        <w:br/>
        <w:t>– Нічого не значить,– похмуро бовкнув Андрій.</w:t>
      </w:r>
    </w:p>
    <w:p>
      <w:r>
        <w:br/>
        <w:t>– Ні, значить дуже багата Галя задля мене ідеальна дівчина. Я такий радий, що знайшов її серед дешевеньких гімназисток з їх вічними завитушками і думками про хлопців, з видимою втіхою промовив Микола, віддаючись солодким мріям про кохану.</w:t>
      </w:r>
    </w:p>
    <w:p>
      <w:r>
        <w:br/>
        <w:t>– Де ж ти знайшов її? – глузливо запитав Андрій.– Чи не серед проституток?</w:t>
      </w:r>
    </w:p>
    <w:p>
      <w:r>
        <w:br/>
        <w:t>Обличчя Миколи зробилось серйозним.</w:t>
      </w:r>
    </w:p>
    <w:p>
      <w:r>
        <w:br/>
        <w:t>– Це дурне, кинь. Що було, то пройшло. "Быль молодду не в укор"...</w:t>
      </w:r>
    </w:p>
    <w:p>
      <w:r>
        <w:br/>
        <w:t>Трохи помовчали.</w:t>
      </w:r>
    </w:p>
    <w:p>
      <w:r>
        <w:br/>
        <w:t>– А чи швидко я буду хрещеним батьком? – злісно кинув Андрій.</w:t>
      </w:r>
    </w:p>
    <w:p>
      <w:r>
        <w:br/>
        <w:t>Микола не зрозумів одразу його слів, але побачивши в'їдливу посмішку Андрія, збагнув, на що той натякає.</w:t>
      </w:r>
    </w:p>
    <w:p>
      <w:r>
        <w:br/>
        <w:t>– Ех, ти, йолоп,– пробубонів він, підводячись і складаючи ножиці й пилки різних гатунків у фахову скриньку.– Я, брате, про це зовсім ие думаю... мені це здається недоладним, бридким... Ти не знаєш, як любо ми кохаємось... так^тихо, тиха Мені лише хочеться цілувати її ніжно без краю.</w:t>
      </w:r>
    </w:p>
    <w:p>
      <w:r>
        <w:br/>
        <w:t>Ти, мабуть, ніколи серйозно не любив, тобі це незрозуміла Я руку поцілую й щасливий... Це пережить треба. Галя на мене подіяла доброчинно: раніш я хилявся по проститутках, а тепер дав собі слово цього не робить...</w:t>
      </w:r>
    </w:p>
    <w:p>
      <w:r>
        <w:br/>
        <w:t>При останніх словах Андрій одразу забув про свою злість і протекторальний тон і жваво підхопив:</w:t>
      </w:r>
    </w:p>
    <w:p>
      <w:r>
        <w:br/>
        <w:t>– Ось це цікава річ і вона мене дуже ти людина бувала.</w:t>
      </w:r>
    </w:p>
    <w:p>
      <w:r>
        <w:br/>
        <w:t>– Дійсно, я людина бувала,– не без самозадоволення промовив Микола, знову сідаючи.– В цім ділі я маю досвід, як молодий бог. Але тепер я ветеран. Ні за що. Дав слово не зраджувати Галю. А як що ти дуже цікавишся, то я маю тобі порекомендувати одну свою знайому... частенько раніш я заходив до неї в гості... Вона дуже зручна: по-перше, сімдесят п'ять відсотків, що не заразишся, а по-друге – недорого бере. Я навіть можу тебе повести до неї.</w:t>
      </w:r>
    </w:p>
    <w:p>
      <w:r>
        <w:br/>
        <w:t>Цією пропозицією Андрій був поставлений перед питанням, котре він даремно намагався розв'язати вже не один раз і раніше. Він вважав себе за дорослого, бо мав сімнадцять років; потреба в женщині вже почувалась. Можливо, ця потреба Здебільшого була наслідком масних розмов й анекдотів, котрі заповняли перерви між лекціями, але факт залишався фактом, і цю потребу мусив він чи заглушити в собі, чи задовольнити. Андрій не зважувався вибрати жодного з цих шляхів, і тому то мучився, довго не міг увечері заснути під впливом непроханих, а іноді й проханих, малюнків голих женщин, вродливих і веселих, котрі манили до себе й торкались його; ранком же він прокидався з важкою головою й навіть іноді не ходив до класу. Кілька разів він рішав, ідучи в школу, що сьогодні попрохає когось з товаришів провести його куди треба, але завше жахався виконати задумане, бо одразу уявляв собі тексти Святого Письма, бруд купленої любові, легенькі натяки матері про фізичну чистоту.</w:t>
      </w:r>
    </w:p>
    <w:p>
      <w:r>
        <w:br/>
        <w:t>Так стояв він досі на роздоріжжі.</w:t>
      </w:r>
    </w:p>
    <w:p>
      <w:r>
        <w:br/>
        <w:t>– Як би вдвох, то, може, й пішов би,– нерішуче відповів Андрій; – а то самому перший раз не теє...</w:t>
      </w:r>
    </w:p>
    <w:p>
      <w:r>
        <w:br/>
        <w:t>– Ні, ні! Особисто я до неї ніколи не піду... Ти, будь ласка, і не прохай мене, не</w:t>
      </w:r>
    </w:p>
    <w:p>
      <w:r>
        <w:br/>
        <w:t>збивай з правдивого шляху. Я дав слово й стримуюсь від самісінького Різдва.</w:t>
      </w:r>
    </w:p>
    <w:p>
      <w:r>
        <w:br/>
        <w:t>А скільки підходящих випадків було! Ось покоївка у нас зараз – гарненька, молоденька, незаймана... Можна було б коло неї страшенно гарно пристосуватись... але нічого не поробиш! А раніше бувало! Скільки через мене покоївок ненька попроганяла... Я, дійсно, мав серед них надзвичайний успіх.</w:t>
      </w:r>
    </w:p>
    <w:p>
      <w:r>
        <w:br/>
        <w:t>Андрій слухав його й не розумів, відкіля взялося було в його нахабне бажаная навчати таку досвідчену людину, як Микола. Просто дивно, та й годі. Замість того, щоб самому поради попрохати, він що задумав)</w:t>
      </w:r>
    </w:p>
    <w:p>
      <w:r>
        <w:br/>
        <w:t>– Розкажи мені про тих, про вуличних,–зовсім принижено, з ніяковістю попрохав вія.</w:t>
      </w:r>
    </w:p>
    <w:p>
      <w:r>
        <w:br/>
        <w:t>Він цікавився цими оповіданнями не тільки задля колючого, захоплюючого інтересу; вони давали також і фактичний матеріал на той випадок, коли він переможе в собі Святе Письмо й ті погляди, котрі диктувала йому сучасна громадська мораль, і то менше бруду бачив він у куплі, а самі повії починали здаватись йому якимись веселими й безжурними німфами, до котрих всі мусять звертатись за справжньою втіхою.</w:t>
      </w:r>
    </w:p>
    <w:p>
      <w:r>
        <w:br/>
        <w:t>Микола ж любив і вмів розповідати про свої пригоди.</w:t>
      </w:r>
    </w:p>
    <w:p>
      <w:r>
        <w:br/>
        <w:t>– Розказати про вуличних? З утіхою...тільки ці справи небезпечні через пошість,– можна загубити себе на все життя. Одначе, Бог милував, як бачиш... Пам'ятаєш ту гопкомпанію, що торік сиділа на задніх партах? Я там чимсь ніби обер-кондуктором був... От ми всією компанією так вечерком ходили по Херсонській вулиці – вона ж має певну репутацію – і зачіпали дівчаток...</w:t>
      </w:r>
    </w:p>
    <w:p>
      <w:r>
        <w:br/>
        <w:t>Адже ж їх одразу видно: намазані, нафарбовані, звички особливі. Ти їй слово – вона тобі десять. На вулиці змовимося про ціну, а потім у номера. Ну, звичайно, не обходилось без приключок...</w:t>
      </w:r>
    </w:p>
    <w:p>
      <w:r>
        <w:br/>
        <w:t>Тут Микола дотепно розповів, як вони не захотіли платити дівчині грошей за те, що вона їх погано цілувала, як дівчина плакала і як це взагалі було весело.</w:t>
      </w:r>
    </w:p>
    <w:p>
      <w:r>
        <w:br/>
        <w:t>– Хлопці, йдіть чай пити,– залунав голос Миколиної матері, й Андрієві зроби лось трохи сумно.</w:t>
      </w:r>
    </w:p>
    <w:p>
      <w:r>
        <w:br/>
        <w:t>– Чи покликали б нас пити чай, як би чули нашу розмову? – думав він.</w:t>
      </w:r>
    </w:p>
    <w:p>
      <w:r>
        <w:br/>
        <w:t>– Ось ти лаєш мою Галинку,– казав Микола, коли чай був випитий.– А ти ж зовсім її не знаєш... бачив, може, з раз. Як що хочеш, то підем сьогодні до неї. Я у їх запросто буваю. Ти вільний?</w:t>
      </w:r>
    </w:p>
    <w:p>
      <w:r>
        <w:br/>
        <w:t>– Сьогодні неділя. Вільний.</w:t>
      </w:r>
    </w:p>
    <w:p>
      <w:r>
        <w:br/>
        <w:t>– Так ходім зараз, бо вже нерано.</w:t>
      </w:r>
    </w:p>
    <w:p>
      <w:r>
        <w:br/>
        <w:t>Вони вийшли.</w:t>
      </w:r>
    </w:p>
    <w:p>
      <w:r>
        <w:br/>
        <w:t>У Галі сиділи недовго, бо Андрій поспішав додому.</w:t>
      </w:r>
    </w:p>
    <w:p>
      <w:r>
        <w:br/>
        <w:t>– Ну, що, як? – запитав Микола, коли вони повертались назад.</w:t>
      </w:r>
    </w:p>
    <w:p>
      <w:r>
        <w:br/>
        <w:t>– Та вона симпатична... може, в неї й вдача гарна. Але ж все таки...</w:t>
      </w:r>
    </w:p>
    <w:p>
      <w:r>
        <w:br/>
        <w:t>– Без усяких "але"! Отеє саме: вона симпатична і вдача у неї гарна,– зрадів Микола.</w:t>
      </w:r>
    </w:p>
    <w:p>
      <w:r>
        <w:br/>
        <w:t>Весняна ніч уже обхопила й заповнила міста Всі будинки зробились сіруватими й здавались нижчими, ніж вдень, немов хотіли вони нахилитись до землі, з котрої підіймались свіжі пахощі маленької зеленої трави. Із відчинегого вікна линули на волю згуки роялю,– часом сумні, як журба, часом веселі, як сміх; на волі вони жваво розбігались геть навкруги, мов юрба рухливих діток, і помирали з тихим зітханням понад далекою річкою. Сновигали люди,– одні заклопотано швидко, інші поважно – тихо, але всі вони здавались одноманітними й бездушними, бо легка темрява ночі згладила на обличчях їх носи, очі й губи й злила все в одну сірувато-синю Пляму.</w:t>
      </w:r>
    </w:p>
    <w:p>
      <w:r>
        <w:br/>
        <w:t>– А знаєш,– посміхаючись, сказав Микола,– на тім кварталі живе та... моя знайома, про котру я казав. Пам'ятаєш?</w:t>
      </w:r>
    </w:p>
    <w:p>
      <w:r>
        <w:br/>
        <w:t>– Ну, що ж? Хай собі живе.</w:t>
      </w:r>
    </w:p>
    <w:p>
      <w:r>
        <w:br/>
        <w:t>– А знаєш що? – таємниче зашепотів</w:t>
      </w:r>
    </w:p>
    <w:p>
      <w:r>
        <w:br/>
        <w:t>Микола,– ходім до неї...</w:t>
      </w:r>
    </w:p>
    <w:p>
      <w:r>
        <w:br/>
        <w:t>Він спершу хотів цим пошуткувати. Потім якось несподівано наважився дійсно іти і серце Його застукотіло швидше, а по тілу розлилась млявість.</w:t>
      </w:r>
    </w:p>
    <w:p>
      <w:r>
        <w:br/>
        <w:t>Андрій же був припертий до стінки, бо питання було поставлено руба. Але він жахнувся: як після цього, прийшовши додому, * він буде цілувати неньку перед сном, коли?.. Здавалось, що всі вмент вгадають, де він був, скрізь про це будуть говорити...</w:t>
      </w:r>
    </w:p>
    <w:p>
      <w:r>
        <w:br/>
        <w:t>– Що ти, батеньку! – в'їдливо обізвався він,– з глузду з'їхав? А Галя? Ти ж слово давав.</w:t>
      </w:r>
    </w:p>
    <w:p>
      <w:r>
        <w:br/>
        <w:t>– Нічого, раз порушити можна... Погадай, я з самісінького Різдва тримаюсь... це вадить навіть... А Галя нічого, я ж її чисто кохаю... це нічого. Я ще більше її любить буду...– плутано переконував Микола й себе, й свого товариша, почуваючи, як голе бажання гадюкою охоплює його тіло.</w:t>
      </w:r>
    </w:p>
    <w:p>
      <w:r>
        <w:br/>
        <w:t>– Ну, йди сам – рішуче промовив Андрій.</w:t>
      </w:r>
    </w:p>
    <w:p>
      <w:r>
        <w:br/>
        <w:t>– Самому немає охоти... ходім укупі!..</w:t>
      </w:r>
    </w:p>
    <w:p>
      <w:r>
        <w:br/>
        <w:t>– Хіба піти задля досвіду? – носилось у голові Андрія.– Треба ж коли-небудь у перший раз... Шкода, що повія, все таки, як це не чудно, я теж незайманість гублю... хотілось би загубити з чистою дівчиною... хоч взагалі все одно... але все-таки...</w:t>
      </w:r>
    </w:p>
    <w:p>
      <w:r>
        <w:br/>
        <w:t>Серце його голосно билось; несвідома туга й жах чогось надзвичайного обхопили його й він перериваючимся голосом прошепотів:</w:t>
      </w:r>
    </w:p>
    <w:p>
      <w:r>
        <w:br/>
        <w:t>– Ні, ні... я додому поспішаю, в мене діло є... хай іншим разом...</w:t>
      </w:r>
    </w:p>
    <w:p>
      <w:r>
        <w:br/>
        <w:t>Микола по голосу Андрія побачив, що зараз як раз слушна пора, щоб його переконати.</w:t>
      </w:r>
    </w:p>
    <w:p>
      <w:r>
        <w:br/>
        <w:t>– Ну, поступись мені один раз,– благаючим тоном просив він, зовсім уже загубивши волю,– ну, задля мене... Хіба ти хочеш, щоб я Галю занапастив... га? Підеш?</w:t>
      </w:r>
    </w:p>
    <w:p>
      <w:r>
        <w:br/>
        <w:t>Ходім, або я більше тебе не знаю... Будь ласка.</w:t>
      </w:r>
    </w:p>
    <w:p>
      <w:r>
        <w:br/>
        <w:t>– Ні, я поспішаю... в десять годнн мушу бути вдома.</w:t>
      </w:r>
    </w:p>
    <w:p>
      <w:r>
        <w:br/>
        <w:t>Андрієві захотілось сісти серед вулиці й плакати довго і голосно.</w:t>
      </w:r>
    </w:p>
    <w:p>
      <w:r>
        <w:br/>
        <w:t>– В'юсь об заклад на десять карбованців, що в десять будеш вдома! Це ж швидко, чверть години... зараз половина... Та ходім, кажу тобі!..</w:t>
      </w:r>
    </w:p>
    <w:p>
      <w:r>
        <w:br/>
        <w:t>Микола міцно схопив товариша за руку й потяг за собою.</w:t>
      </w:r>
    </w:p>
    <w:p>
      <w:r>
        <w:br/>
        <w:t>– Стривай, я сам піду,– похмуро промовив той.</w:t>
      </w:r>
    </w:p>
    <w:p>
      <w:r>
        <w:br/>
        <w:t>Андрій почував страшенну слабість у тілі; ногами було занадто важко рушати. Іноді здавалось, що він зараз зомліє або й зовсім умре. Серце турботно тріпотіло, а голова зробилась великою і немов наллялась чавуном. Думки недоладним колобком поволі ворушились, довгі й болючі, залишаючи після себе якесь глибоке здивування, бо Андрій не міг їх ні зрозуміти, ні прогнати.</w:t>
      </w:r>
    </w:p>
    <w:p>
      <w:r>
        <w:br/>
        <w:t>– Та пусти, я сам піду! – крикнув він, бачучи, що його все ще тримають за руку.</w:t>
      </w:r>
    </w:p>
    <w:p>
      <w:r>
        <w:br/>
        <w:t>– Не вірю, побіжиш... тебе, як слона, треба вести.</w:t>
      </w:r>
    </w:p>
    <w:p>
      <w:r>
        <w:br/>
        <w:t>Андрій покірно пройшов ще кілька кроків, а потім раптом вирвав руку й спинився.</w:t>
      </w:r>
    </w:p>
    <w:p>
      <w:r>
        <w:br/>
        <w:t>– Авжеж ж там можна заразитись? – перелякано спитав він.– Правда? – а як це скоїться? Я боюся...</w:t>
      </w:r>
    </w:p>
    <w:p>
      <w:r>
        <w:br/>
        <w:t>– Вовків боятися – в ліс не ходить,– роздратовано відповів Микола. – Скільки разів був я у неї і нічого... А як і заразишся трипером, то хіба велике лихо! Не мужчина той, хто на трипер не хворів.</w:t>
      </w:r>
    </w:p>
    <w:p>
      <w:r>
        <w:br/>
        <w:t>Андрій взявся за дерево, щоб не так важко було стояти, і хотів з'ясувати собі те, що тільки що сказав Микола, але думки були не ті що треба, а голова важчала і постук серця голосно дзвонив у вухах. Він чогось посміхнувся. Потім спитав байдуже, ніби не чекав на це ніякої оповіді, а питав тільки за для формальності:</w:t>
      </w:r>
    </w:p>
    <w:p>
      <w:r>
        <w:br/>
        <w:t>– А як сіфіліс?</w:t>
      </w:r>
    </w:p>
    <w:p>
      <w:r>
        <w:br/>
        <w:t>– Ну, тоді кулю в лоб. Та ходім же, нюня проклята!</w:t>
      </w:r>
    </w:p>
    <w:p>
      <w:r>
        <w:br/>
        <w:t>Микола схопив знову Андрієву руку й потяг. Той уже нічого не почував. Холодна байдужість, як мокрий лантух, накрила його й він міг іти зараз скрізь, куди б тільки його не тягли. Він лише безтямно посміхався, спотикаючись об каміння бруківки.</w:t>
      </w:r>
    </w:p>
    <w:p>
      <w:r>
        <w:br/>
        <w:t>– Сюди.</w:t>
      </w:r>
    </w:p>
    <w:p>
      <w:r>
        <w:br/>
        <w:t>Вони підійшли до брами, за якою було темне подвір'я. Андрій переступив поріг хвірточки й впірнув у темряву.</w:t>
      </w:r>
    </w:p>
    <w:p>
      <w:r>
        <w:br/>
        <w:t>– Куди? – з ніяковістю спитав він.</w:t>
      </w:r>
    </w:p>
    <w:p>
      <w:r>
        <w:br/>
        <w:t>– Просто тримайся за мене... Ну, ось і прийшли. Чекай, зараз постукаю.</w:t>
      </w:r>
    </w:p>
    <w:p>
      <w:r>
        <w:br/>
        <w:t>Микола наблизився до віковая маленької, кривобокої хатини, через віконниці котрої ледве пробивалось слабке світло, й обережно постукав три рази підряд.</w:t>
      </w:r>
    </w:p>
    <w:p>
      <w:r>
        <w:br/>
        <w:t>– Хто там? – почувся з середини хрипучий голос.</w:t>
      </w:r>
    </w:p>
    <w:p>
      <w:r>
        <w:br/>
        <w:t>– Учні.</w:t>
      </w:r>
    </w:p>
    <w:p>
      <w:r>
        <w:br/>
        <w:t>– Я занята. Почекайте з півгодини.</w:t>
      </w:r>
    </w:p>
    <w:p>
      <w:r>
        <w:br/>
        <w:t>Микола голосно вилаявся.</w:t>
      </w:r>
    </w:p>
    <w:p>
      <w:r>
        <w:br/>
        <w:t>– Занята вона, чорт візьми... Чуєш?</w:t>
      </w:r>
    </w:p>
    <w:p>
      <w:r>
        <w:br/>
        <w:t>Він шарпнув Андрієву руку.</w:t>
      </w:r>
    </w:p>
    <w:p>
      <w:r>
        <w:br/>
        <w:t>– Це б то як занята? – не розуміючи, перепитав той.</w:t>
      </w:r>
    </w:p>
    <w:p>
      <w:r>
        <w:br/>
        <w:t>– Та є в неї хтось такий, як і ми... гість, чи як це зветься.</w:t>
      </w:r>
    </w:p>
    <w:p>
      <w:r>
        <w:br/>
        <w:t>– Ходім, ходім швидше,– немов прокинувшись від тяжкого сну, по дитячому радісно шепотів Андрій.– Господи, а я думав, що вже кінець... що я пропав... А як воно гарно сталося... Миколо, швидше! Куди ти? Уже знайшов... Ну, слава Богу! І як я згодився був? Миколо, правда гарно, що ота...як її... ну, байдуже. То ж гидота...</w:t>
      </w:r>
    </w:p>
    <w:p>
      <w:r>
        <w:br/>
        <w:t>– Чого ти радієш, дурню? – зі злісним докором заговорив Микола, коли вони сяк-так вилізли на вулицю.– Все одно прийдеш сюди не завтра, так позавтрому. Від цього не втечеш... крутись, вертись, а прийдеш...</w:t>
      </w:r>
    </w:p>
    <w:p>
      <w:r>
        <w:br/>
        <w:t>Андрій сумно задумався. Неохайними шматками повставали в голові його гадки про чистоту й мораль, а поруч з цим щось уперто шепотіло:</w:t>
      </w:r>
    </w:p>
    <w:p>
      <w:r>
        <w:br/>
        <w:t>– Прийдеш, прийдеш, прийдеш...</w:t>
      </w:r>
    </w:p>
    <w:p>
      <w:r>
        <w:br/>
        <w:t>– До побачення,– сказав він, не про стягаючи руки, швидко повернувся і пішов геть, стукаючи каблуками по каміннях.</w:t>
      </w:r>
    </w:p>
    <w:p>
      <w:r>
        <w:br/>
        <w:t>Микола пішов теж. Тільки одійшовши трохи, він сів на лаві й почав пильно дивитися на темні контури знайомої брами, щоб не проґавити, коли звідтіль вирине чоловіча постать.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Важке 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