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 лінивого не молотом, а голодом</w:t>
      </w:r>
    </w:p>
    <w:p>
      <w:r>
        <w:br/>
        <w:t xml:space="preserve"> &lt;p&gt;Багатому хазяїну послав бог чимало діток. Всі ж покірні, трудящі, помагають батькові й матері у всякій роботі; а одна тільки дочка (Палажкою звали) удалась така лінива! Тільки й роботи їй, що сидить згорнувши ручки. Ні на сорочку собі не напряде, ні води не принесе, ні корови не видоїть. А дівка ж така — глянуть на неї — здається, за двох зробить: висока, гладка і з виду — не взяв її враг — чорнявенька, хороша-прехороша!</w:t>
      </w:r>
    </w:p>
    <w:p>
      <w:r>
        <w:br/>
        <w:t>Може б, вона і не була така лінива, коли б батько й мати, на лихо їй, так в неї не кохались.</w:t>
      </w:r>
    </w:p>
    <w:p>
      <w:r>
        <w:br/>
        <w:t>Ніколи було не налають — не то щоб вдарить — ліниву дитину.</w:t>
      </w:r>
    </w:p>
    <w:p>
      <w:r>
        <w:br/>
        <w:t>— Донечко моя,— було почне батько,— чом ти нічого не робиш?.. Яка ж з тебе хазяйка буде?.. Та тебе ж ніхто не візьме за себе. Кому треба таку панську пиху, як ти? Чи не сором тобі дарма хліб їсти?</w:t>
      </w:r>
    </w:p>
    <w:p>
      <w:r>
        <w:br/>
        <w:t>То мати зараз і заступається:</w:t>
      </w:r>
    </w:p>
    <w:p>
      <w:r>
        <w:br/>
        <w:t>— Годі тобі,— каже,— гримать на дитину! Як до чого прийдеться, то буде з неї хазяйка... Адже не чужий хліб їсть, а наш.</w:t>
      </w:r>
    </w:p>
    <w:p>
      <w:r>
        <w:br/>
        <w:t>Вже й подруженьки Палажчині повиходили заміж, а до неї і старостів не засилають, хоч така дівчина, кажу, що кращої в селі, нема: біла, повна, тіло ніжне — як панночка! Бо нічого не робить: не печеться на сонці, не мерзне й на морозі.</w:t>
      </w:r>
    </w:p>
    <w:p>
      <w:r>
        <w:br/>
        <w:t>Думав старий, думав, що йому на світі робить з лінивою дочкою, та й каже:</w:t>
      </w:r>
    </w:p>
    <w:p>
      <w:r>
        <w:br/>
        <w:t>— Якби знайшовся такий чоловік, щоб не биттям, а поважним словом зробив з неї роботящу молодицю, то я б з нею віддав би йому третину всієї худоби, що маю.</w:t>
      </w:r>
    </w:p>
    <w:p>
      <w:r>
        <w:br/>
        <w:t>Знайшовся такий чоловік з другого села: прийшов до Палажчиного батька і сина з собою привіз. Знатний парень, дівчині під пару.</w:t>
      </w:r>
    </w:p>
    <w:p>
      <w:r>
        <w:br/>
        <w:t>— Віддай,— каже,— твою дочку за мого сина, то побачиш, яка з неї буде невсипуща хазяйка.</w:t>
      </w:r>
    </w:p>
    <w:p>
      <w:r>
        <w:br/>
        <w:t>— Добре,— каже батько,— віддам, і з нею, як сказав, третину худоби; тільки гляди, щоб не били моєї дитини!..</w:t>
      </w:r>
    </w:p>
    <w:p>
      <w:r>
        <w:br/>
        <w:t>— І пальцем,— каже чоловік,— до неї не доторкнусь!</w:t>
      </w:r>
    </w:p>
    <w:p>
      <w:r>
        <w:br/>
        <w:t>Одружили Палажку з парубком, і, добре погулявши на весіллі, свекор забрав молодих та й повіз до себе. На другий день вся сім’я прокинулась раненько, і кожний прийнявся за роботу, а Палажка довго ще ворочалась з боку на бік, поки не обридло лежать, а далі встала, сіла біля віконця та й поглядає на вулицю, і рада ж то, раденька, що її ніхто не силує до роботи. К обіду зібралась уся сім’я, поставили на стіл борщ; от свекор і пита:</w:t>
      </w:r>
    </w:p>
    <w:p>
      <w:r>
        <w:br/>
        <w:t>— А хто що робив?</w:t>
      </w:r>
    </w:p>
    <w:p>
      <w:r>
        <w:br/>
        <w:t>Всякий, хто що робив, розказує, а Палажка мовчить.</w:t>
      </w:r>
    </w:p>
    <w:p>
      <w:r>
        <w:br/>
        <w:t>— А ти, невістко, що робила? — пита свекор.</w:t>
      </w:r>
    </w:p>
    <w:p>
      <w:r>
        <w:br/>
        <w:t>— Нічого не робила,— одвітила Палажка,— і звичаю того не маю, щоб робить.</w:t>
      </w:r>
    </w:p>
    <w:p>
      <w:r>
        <w:br/>
        <w:t>— Як нічого не робила, то нічого й не їстимеш: і в нас нема звичаю дарма годувать лежнів!</w:t>
      </w:r>
    </w:p>
    <w:p>
      <w:r>
        <w:br/>
        <w:t>Так сердешна цілісінький день не ївши і сиділа: нема, бачите, рідної неньки, нікому було і шматочок хлібця дать небозі.</w:t>
      </w:r>
    </w:p>
    <w:p>
      <w:r>
        <w:br/>
        <w:t>На другий день сиділа, сиділа, а далі згадала, що тутечка як не поробиш, то й їсти не дадуть,— вхопила відра та й принесла води. Як посідали обідати, знов свекор пита:</w:t>
      </w:r>
    </w:p>
    <w:p>
      <w:r>
        <w:br/>
        <w:t>— А хто що робив?</w:t>
      </w:r>
    </w:p>
    <w:p>
      <w:r>
        <w:br/>
        <w:t>— Всі робили,— одвітує свекруха.</w:t>
      </w:r>
    </w:p>
    <w:p>
      <w:r>
        <w:br/>
        <w:t>— А невістка?</w:t>
      </w:r>
    </w:p>
    <w:p>
      <w:r>
        <w:br/>
        <w:t>— Вона води принесла.</w:t>
      </w:r>
    </w:p>
    <w:p>
      <w:r>
        <w:br/>
        <w:t>— Дайте ж їй кухлик води.</w:t>
      </w:r>
    </w:p>
    <w:p>
      <w:r>
        <w:br/>
        <w:t>Випила той кухлик небога, поплакала, пожурилась і знов голодує.</w:t>
      </w:r>
    </w:p>
    <w:p>
      <w:r>
        <w:br/>
        <w:t>На третій день Палажка принесла води, і як свекруха поралась біля печі, то й вона помагала їй вимішать кашу.</w:t>
      </w:r>
    </w:p>
    <w:p>
      <w:r>
        <w:br/>
        <w:t>— А хто що робив? — пита свекор, сідаючи обідать.</w:t>
      </w:r>
    </w:p>
    <w:p>
      <w:r>
        <w:br/>
        <w:t>— Всі робили,— одвітує свекруха,— невістка і води принесла, і кашу вимішувала...</w:t>
      </w:r>
    </w:p>
    <w:p>
      <w:r>
        <w:br/>
        <w:t>— Дайте ж їй грудочку каші.</w:t>
      </w:r>
    </w:p>
    <w:p>
      <w:r>
        <w:br/>
        <w:t>Не наїлась Палажка тією грудочкою. Нічого робить, як кажуть: голод — не тітка, не нагодує. От вона годі вже сидіти згорнувши ручки; потрошки, потрошки та й стала така ж роботяща, як і всі. Минув тиждень і другий; от Палажчина мати і каже свойому чоловікові:</w:t>
      </w:r>
    </w:p>
    <w:p>
      <w:r>
        <w:br/>
        <w:t>— Що то діється з нашою дитиною? Може, вона кулаками сльози витирає: може, її товчуть і б’ють, нещасливу?.. Запроторили аж у друге село, та й досі вісточки об неї не маємо. Хоч би ти, чоловіче, навідався до неї.</w:t>
      </w:r>
    </w:p>
    <w:p>
      <w:r>
        <w:br/>
        <w:t>У неділю пішов старий до своєї дочки. Приходить — нема нікого, уся сім’я пішла до церкви, тільки одна Палажка осталась і порається біля печі.</w:t>
      </w:r>
    </w:p>
    <w:p>
      <w:r>
        <w:br/>
        <w:t>— А що, донечко,— пита старий,— як тобі живеться?</w:t>
      </w:r>
    </w:p>
    <w:p>
      <w:r>
        <w:br/>
        <w:t>— Добре, тату,— одвітує Палажка,— спасибі богу й людям.</w:t>
      </w:r>
    </w:p>
    <w:p>
      <w:r>
        <w:br/>
        <w:t>— Не б’ють тебе?</w:t>
      </w:r>
    </w:p>
    <w:p>
      <w:r>
        <w:br/>
        <w:t>— Ні, не б’ють.</w:t>
      </w:r>
    </w:p>
    <w:p>
      <w:r>
        <w:br/>
        <w:t>— Спасибі їм! — каже старий, перехрестившись.</w:t>
      </w:r>
    </w:p>
    <w:p>
      <w:r>
        <w:br/>
        <w:t>Сів батько на лаву та й дивиться на свою дочку, а вона так тим рогачем орудує! То горшки переставля, то жару підгребе, то вибіжить із хати дровець врубать, то вхопить відра та збігає по воду. "Що се з нею сталось?—думає старий, очам своїм віри не йме.— То було й до печі близько не підійде, а теперечки — глянь, яка роботяща стала!"</w:t>
      </w:r>
    </w:p>
    <w:p>
      <w:r>
        <w:br/>
        <w:t>Аж ось повертаються з церкви свекор із жінкою, з дітьми, а Палажка як ухопить шкураток та батькові в руки:</w:t>
      </w:r>
    </w:p>
    <w:p>
      <w:r>
        <w:br/>
        <w:t>— Мніть, тату,— каже,— а то тутечки такі люди чудні, що як хто нічого не робить, то вони йому й шматка хліба не дадуть!</w:t>
      </w:r>
    </w:p>
    <w:p>
      <w:r>
        <w:br/>
        <w:t>Батько узяв той шкураток та й мне, а тут увійшов у хату свекор з жінкою і з дітьми:</w:t>
      </w:r>
    </w:p>
    <w:p>
      <w:r>
        <w:br/>
        <w:t>— Здоров був, свате! — каже свекор.— А що се ти робиш?</w:t>
      </w:r>
    </w:p>
    <w:p>
      <w:r>
        <w:br/>
        <w:t>— Шкураток мну,— каже старий, усміхаючись,— щоб не гулять, бо дочка мені сказала, що тут такі люди чудні, що як хто нічого не робить, то йому й шматочка хліба не дадуть.</w:t>
      </w:r>
    </w:p>
    <w:p>
      <w:r>
        <w:br/>
        <w:t>— Е, в нас так, свате! — каже свекор, глянувши на невістку.— Не збрехала твоя дочка. Бач, яка стала роботяща! Теперечки давай, як обіщав, третину, бо й пальцем я до неї не доторкнувся.</w:t>
      </w:r>
    </w:p>
    <w:p>
      <w:r>
        <w:br/>
        <w:t>— Як же ви її навчили? — пита батько.</w:t>
      </w:r>
    </w:p>
    <w:p>
      <w:r>
        <w:br/>
        <w:t>— А так: вчи лінивого не молотом, а вчи голодом.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 лінивого не молотом, а голодом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