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Вчителька</w:t>
      </w:r>
    </w:p>
    <w:p>
      <w:r>
        <w:br/>
        <w:t xml:space="preserve"> (Пісня)</w:t>
      </w:r>
    </w:p>
    <w:p>
      <w:r>
        <w:br/>
        <w:t>Сонечко встає, і в росі трава,&lt;br /&gt;</w:t>
        <w:br/>
        <w:t>Біля школи в нас зацвітають квіти,&lt;br /&gt;</w:t>
        <w:br/>
        <w:t>Вчителько моя, зоре світова,&lt;br /&gt;</w:t>
        <w:br/>
        <w:t>Де тебе питать,&lt;br /&gt;</w:t>
        <w:br/>
        <w:t>Де тебе зустріти?</w:t>
      </w:r>
    </w:p>
    <w:p>
      <w:r>
        <w:br/>
        <w:t>На столі лежать зошитки малі,&lt;br /&gt;</w:t>
        <w:br/>
        <w:t>І роботи час проганяє втому.&lt;br /&gt;</w:t>
        <w:br/>
        <w:t>І летять-летять в небі журавлі,&lt;br /&gt;</w:t>
        <w:br/>
        <w:t>І дзвенить дзвінок&lt;br /&gt;</w:t>
        <w:br/>
        <w:t>Хлопчику малому.</w:t>
      </w:r>
    </w:p>
    <w:p>
      <w:r>
        <w:br/>
        <w:t>Скільки підросло й полетіло нас&lt;br /&gt;</w:t>
        <w:br/>
        <w:t>В молодій весні, в колосистім полі,&lt;br /&gt;</w:t>
        <w:br/>
        <w:t>А у тебе знов та ж доріжка в клас,&lt;br /&gt;</w:t>
        <w:br/>
        <w:t>Той же явір наш&lt;br /&gt;</w:t>
        <w:br/>
        <w:t>Під вікном у школі.</w:t>
      </w:r>
    </w:p>
    <w:p>
      <w:r>
        <w:br/>
        <w:t>Двох синів твоїх узяли фронти,&lt;br /&gt;</w:t>
        <w:br/>
        <w:t>Бо на рідний край впала чорна злива.&lt;br /&gt;</w:t>
        <w:br/>
        <w:t>В партизанську ніч посивіла ти,&lt;br /&gt;</w:t>
        <w:br/>
        <w:t>Як в тяжкий мороз&lt;br /&gt;</w:t>
        <w:br/>
        <w:t>Непожата нива.</w:t>
      </w:r>
    </w:p>
    <w:p>
      <w:r>
        <w:br/>
        <w:t>Знов щебече юнь і цвіте трава,&lt;br /&gt;</w:t>
        <w:br/>
        <w:t>Пізнаю тебе в постаті несхилій,&lt;br /&gt;</w:t>
        <w:br/>
        <w:t>Вчителько моя, зоре світова,&lt;br /&gt;</w:t>
        <w:br/>
        <w:t>Раднице моя&lt;br /&gt;</w:t>
        <w:br/>
        <w:t>На Вкраїні милій!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Вчителька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