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Вдарте на сполох!</w:t>
      </w:r>
    </w:p>
    <w:p>
      <w:r>
        <w:br/>
        <w:t xml:space="preserve"> &lt;p&gt;Нещодавно я одержав одного листа. Поспішаю видрукувати його, гадаючи, що він може стати в пригоді багатьом моїм читачам.</w:t>
      </w:r>
    </w:p>
    <w:p>
      <w:r>
        <w:br/>
        <w:t>Париж, 15 листопада 1886 р.</w:t>
      </w:r>
    </w:p>
    <w:p>
      <w:r>
        <w:br/>
        <w:t>Шановний пане!</w:t>
      </w:r>
    </w:p>
    <w:p>
      <w:r>
        <w:br/>
        <w:t>В своїх оповіданнях і нарисах ви часто торкаєтесь питань, що стосуються, так би мовити, "поточної моралі". Хочу поділитися з вами своїми міркуваннями, що, на мою думку, можуть правити вам за тему для статті.</w:t>
      </w:r>
    </w:p>
    <w:p>
      <w:r>
        <w:br/>
        <w:t>Я неодружений, старий парубок, і, здається, трохи наївний. Проте мені здається, що багато чоловіків, навіть більшість чоловіків, — такі ж наївні, як і я. Я завжди або майже завжди довірливий, кепсько розуміюся на природній підступності ближніх і йду навпростець, не додивляючись належного мірою до зворотного боку явищ і людських взаємин.</w:t>
      </w:r>
    </w:p>
    <w:p>
      <w:r>
        <w:br/>
        <w:t>Майже всі ми звикли сприймати уявне як реальне, а довколишніх людей вважати за тих, кого вони з себе вдають. Серед нас зовсім мало таких, хто має особливий нюх і здатний відчувати справжнє єство інших людей, приховане в них. Нерідко через таке вузьке й умовне розуміння життя ми борсаємося серед подій, неначе кроти, віримо не в те, що є, а завжди в те, що нам здається; і здіймаємо галас навіть тоді, коли перед нами піднімається завіса і дійсність стає очевидного. Все, що не задовольняє нашу ідеалістичну мораль, ми розглядаємо як виняток, — не помічаючи, що майже завжди стикаємося лише з винятками. А внаслідок цього довірливих диваків, таких як я, шиють у дурні всі, а переважно жінки, що мають до цього особливий хист.</w:t>
      </w:r>
    </w:p>
    <w:p>
      <w:r>
        <w:br/>
        <w:t>Я почав здалеку, щоб підійти до цікавого для мене окремого випадку.</w:t>
      </w:r>
    </w:p>
    <w:p>
      <w:r>
        <w:br/>
        <w:t>У мене є коханка, заміжня жінка. Як і багато інших, я уявляв, звичайно, що натрапив на щось виняткове, на бідолашну жіночку, що вперше обдурює свого чоловіка. Я довго упадав за нею, — принаймні мені здавалося, що я упадаю довго, — прихилив її до себе увагою і коханням, домігся свого завдяки впертості. Причому я вдавався до всіх пересторог, хитрощів, делікатної нерішучості, щоб якось уповільнити наше зближення.</w:t>
      </w:r>
    </w:p>
    <w:p>
      <w:r>
        <w:br/>
        <w:t>1 ось що сталося минулого тижня.</w:t>
      </w:r>
    </w:p>
    <w:p>
      <w:r>
        <w:br/>
        <w:t>її чоловік кілька днів був відсутній. Вона побажала пообідати в мене "по-парубоцькому": я навіть мусив сам прислуговувати їй за столом, щоб обійтися без слуги. У неї була настирлива думка, що переслідувала її вже кілька місяців: вона мріяла напитися доп’яна, напитися досхочу, та так, щоб не вертатися в такому стані додому, не давати пояснень покоївці, не бути такою на людях. Досі вона частенько доходила до стану, як сама казала, "веселого запаморочення", була при цьому щаслива й задоволена, але далі не йшло. А тепер вирішила раз таки добре напитися, бодай лише єдиний раз, але вже як слід. Вона сказала вдома, що їде на добу до друзів недалеко від Парижа, а сама в обідню пору завітала до мене.</w:t>
      </w:r>
    </w:p>
    <w:p>
      <w:r>
        <w:br/>
        <w:t>Жінці можна бути п’яною, звичайно, тільки від замороженого шампанського. Бона вихилила великий келих ще перш, ніж ми сіли до столу, і, коли справа дійшла до устриць, почала вже забалакуватися.</w:t>
      </w:r>
    </w:p>
    <w:p>
      <w:r>
        <w:br/>
        <w:t>У нас був холодний обід, заздалегідь приготований і поставлений на столику поруч зі мною. Мені досить було простягти руку, щоб узяти страву або тарілку, — і я прислуговував, як умів, слухаючи її базікання.</w:t>
      </w:r>
    </w:p>
    <w:p>
      <w:r>
        <w:br/>
        <w:t>Вся в полоні своєї думки, вона пила келих за келихом і вже пустилася в недоладні і нескінчені признання про всякі дівочі відчуття. Вона молола й молола, її осоловілі очі непевно блукали, а думки розкручувалися без упину, немов рулони блакитної телеграфної стрічки, які наче самі розмотуються під тихий стрекіт електричного апарата, що вкриває їх загадковими значками.</w:t>
      </w:r>
    </w:p>
    <w:p>
      <w:r>
        <w:br/>
        <w:t>Часом вона питала мене:</w:t>
      </w:r>
    </w:p>
    <w:p>
      <w:r>
        <w:br/>
        <w:t>— Я не п’яна?</w:t>
      </w:r>
    </w:p>
    <w:p>
      <w:r>
        <w:br/>
        <w:t>— Ще ні.</w:t>
      </w:r>
    </w:p>
    <w:p>
      <w:r>
        <w:br/>
        <w:t>Тоді вона знову випивала келих.</w:t>
      </w:r>
    </w:p>
    <w:p>
      <w:r>
        <w:br/>
        <w:t>І, нарешті, геть сп’яніла: не настільки, щоб утратити тяму, але достатньо, щоб говорити правду, як мені здалося.</w:t>
      </w:r>
    </w:p>
    <w:p>
      <w:r>
        <w:br/>
        <w:t>За признаннями про дівочі відчуття пішли інтимні подробиці про чоловіка. Вона не приховувала нічого, — мені аж неприємно було її слухати, хоч вона й повторювала без кінця:</w:t>
      </w:r>
    </w:p>
    <w:p>
      <w:r>
        <w:br/>
        <w:t>— Тобі ж я все можу сказати… З ким і побалакати про все, як не з тобою!..</w:t>
      </w:r>
    </w:p>
    <w:p>
      <w:r>
        <w:br/>
        <w:t>Отож я дізнався про всі звички, всі вади, усі манії та найтаємніші смаки її чоловіка. І вона питала мене, вимагаючи схвалення:</w:t>
      </w:r>
    </w:p>
    <w:p>
      <w:r>
        <w:br/>
        <w:t>— Ну, хіба не тюхтій він?.. Скажи мені, хіба не нікчема?.. Бачиш, до чого він мені остогид?.. Га?.. Ось чому першого разу, як я тебе побачила, я сказала собі: "Диви, цей мені подобається, я візьму його собі за коханця". Відтоді ти й став за мною упадати.</w:t>
      </w:r>
    </w:p>
    <w:p>
      <w:r>
        <w:br/>
        <w:t>Напевно, вигляд у мене після цих слів був надто отетерілий, бо вона помітила це, незважаючи на хміль, і голосно розреготалася.</w:t>
      </w:r>
    </w:p>
    <w:p>
      <w:r>
        <w:br/>
        <w:t>— Хе!.. Теж мені тютя, — сказала вона, — яких він тільки не розводив церемоній. Але ж коли до нас залицяються, дурню ти такий… то, значить, ми цього хочемо… і тоді нема чого мнихатися, змушуючи нас чекати… Треба бути телепнем, щоб не розуміти з одного нашого погляду, що ми згодні… Що вже я тебе попочекала, бевзю ти мій! Коли ти вже врешті збагнеш, думаю, що мені набридло чекати… Так-так… квіточки… віршики… компліменти… знову квіточки… а далі ані руш… Я мало не покинула тебе, радість моя, так довго ти збирався. І найгірше, що таких чоловіків, як ти, — добра половина, зате друга половина… Ха-ха-ха!</w:t>
      </w:r>
    </w:p>
    <w:p>
      <w:r>
        <w:br/>
        <w:t>Від цього реготу по спині мені сипонуло приском. Я промимрив:</w:t>
      </w:r>
    </w:p>
    <w:p>
      <w:r>
        <w:br/>
        <w:t>— А друга половина? А що друга половина?</w:t>
      </w:r>
    </w:p>
    <w:p>
      <w:r>
        <w:br/>
        <w:t>А вона все тягла вино, очі її ще більше посоловіли, а язик немов підбурювала владна потреба казати правду, яка часом охоплює п’яниць.</w:t>
      </w:r>
    </w:p>
    <w:p>
      <w:r>
        <w:br/>
        <w:t>Вона вела далі:</w:t>
      </w:r>
    </w:p>
    <w:p>
      <w:r>
        <w:br/>
        <w:t>— Ет, друга половина! Ті не бояться… Вони швидко йдуть на приступ… Але ж вони мають на те підставу. Інколи їм це і не вдається, але часом вони таки домагаються свого, незважаючи ні на що. Любий мій… якби ти знав… як це кумедно!.. Два роди чоловіків… Бачиш, отаке, як ти, — тютя, — не уявляє собі, які ж вони ті, інші… і що вони коять… негайно… тільки-но опиняться з нами наодинці… Ті йдуть на все… їм перепадає, правда, по пиці… але що їм до того?.. Вони добре знають, що ми ніде ніколи… анічичирк… Вони нас добре знають…</w:t>
      </w:r>
    </w:p>
    <w:p>
      <w:r>
        <w:br/>
        <w:t>Я вп’явся у неї інквізиторським поглядом, з шаленим бажанням змусити її говорити далі, дізнатися про все. Скільки разів я питав був себе: "А як же інші чоловіки поводяться з жінками?" Спостерігаючи де-небудь у вітальні, як двоє чоловіків розмовляють із жінкою в товаристві, я відчував, що, опинившись після цього по черзі наодинці з нею., вони поводитимуться по-різному, хоча вона й знайома з кожним однаково. З першого погляду можна вгадати, що деякі люди, створені від природи для спокусй або просто розбещеніші, нахабніші від нас, досягають за годину розмови з жінкою, що їм до вподоби, такого ступеня близькості, до якого нам і за рік не дійти. Так що ж, ці чоловіки, ці спокусники, ці зухвальці, чи дають вони при добрій нагоді волю рукам і губам своїм настільки, що це здалося б нам, несміливим, тяжкою образою, але в очах жіноцтва, очевидно, виглядає гідною пробачення безсоромністю, визнанням їхніх непоборних чар?</w:t>
      </w:r>
    </w:p>
    <w:p>
      <w:r>
        <w:br/>
        <w:t>Тому я і спитав у неї:</w:t>
      </w:r>
    </w:p>
    <w:p>
      <w:r>
        <w:br/>
        <w:t>— Напевно, деякі чоловіки досить-таки нахабні?</w:t>
      </w:r>
    </w:p>
    <w:p>
      <w:r>
        <w:br/>
        <w:t>Вона аж відкинулася на спинку стільця, щоб досхочу</w:t>
      </w:r>
    </w:p>
    <w:p>
      <w:r>
        <w:br/>
        <w:t>насміятися, але це був регіт нервовий, хворобливий, який, буває, переходить в істеричний напад. Трохи заспокоївшись, вона заговорила:</w:t>
      </w:r>
    </w:p>
    <w:p>
      <w:r>
        <w:br/>
        <w:t>— Ха-ха! Любий мій, нахабні?.. Так, ці зважуються на все зразу ж… геть на все… Чуєш?.. І ще на багато чого…</w:t>
      </w:r>
    </w:p>
    <w:p>
      <w:r>
        <w:br/>
        <w:t>Я обурився, нібито вона відкрила мені щось потворне.</w:t>
      </w:r>
    </w:p>
    <w:p>
      <w:r>
        <w:br/>
        <w:t>— І ви їм усе дозволяєте?..</w:t>
      </w:r>
    </w:p>
    <w:p>
      <w:r>
        <w:br/>
        <w:t>— Ні… не дозволяємо… ми даємо таких ляпасів… Проте це нас таки розважає… З ними куди цікавіше, ніж із вашою братією!.. І до того ж із ними завжди страшно, ніколи не почуваєшся спокійно… А це ж так приємно — боятися… боятися цього. Весь час доводиться пильнувати… це щось подібне до дуелі… Дивишся їм в очі, ловлячи їхні думки, стежачи за їхніми руками. Якщо хочеш, вони просто нахаби, зате вони люблять нас таки краще, ніж ви!..</w:t>
      </w:r>
    </w:p>
    <w:p>
      <w:r>
        <w:br/>
        <w:t>Дивне і несподіване відчуття охопило мене. Хоча й парубок, та ще й переконаний, при такій безсоромній відвертості я відчув зненацька в собі душу одруженого чоловіка. Я став другом, спільником, братом усіх довірливих чоловіків, що їх як не грабують, то одурюють усі ці нахаби, ласі до чужих жінок.</w:t>
      </w:r>
    </w:p>
    <w:p>
      <w:r>
        <w:br/>
        <w:t>Саме під впливом цього дивного душевного стану, який не залишає мене досі, я й пишу вам, аане, і звертаюся до вас із проханням вдарити на сполох по всій великій громаді спокійних чоловіків.</w:t>
      </w:r>
    </w:p>
    <w:p>
      <w:r>
        <w:br/>
        <w:t>Проте я все ще вагався. Ця жінка була п'яна і, може, брехала. Я спитав:</w:t>
      </w:r>
    </w:p>
    <w:p>
      <w:r>
        <w:br/>
        <w:t>— Як же це так, невже ви, жінки, ніколи й нікому не розповідаєте про ці пригоди?</w:t>
      </w:r>
    </w:p>
    <w:p>
      <w:r>
        <w:br/>
        <w:t>Вона подивилася, на мене з таким глибоким і щирим співчуттям, що на якусь мить мені здалося, ніби вона протверезіла з подиву.</w:t>
      </w:r>
    </w:p>
    <w:p>
      <w:r>
        <w:br/>
        <w:t>— Ми… Та який же ти дурень, мій любий! Хіба ж про це хто коли говорить?.. Ха-ха-ха! Хіба твій слуга признається тобі у своїх дрібних хитрощах або каже про ті су, що має з кожного франка, і про все інше? Це ж бо й є наше су. Чоловікові нема чого скаржитись, коли ми не йдемо далі. Але який же ти дурень! Казати про це — значить сполохати всіх простаків! Але який ти дурень!.. І потім, хіба це вадить: все одно ми ж не піддаємося!</w:t>
      </w:r>
    </w:p>
    <w:p>
      <w:r>
        <w:br/>
        <w:t>Я спитав іще, геть спантеличений:</w:t>
      </w:r>
    </w:p>
    <w:p>
      <w:r>
        <w:br/>
        <w:t>— Значить, тебе часто цілували?</w:t>
      </w:r>
    </w:p>
    <w:p>
      <w:r>
        <w:br/>
        <w:t>Вона відповіла з величною зневагою до чоловіка, що міг у цьому мати сумнів:</w:t>
      </w:r>
    </w:p>
    <w:p>
      <w:r>
        <w:br/>
        <w:t>— Господи!.. Та всіх жінок часто цілують… Спробуй сам із якоюсь, аби побачити, тютя ти з полив’яним носом! О, до речі, поцілуй пані Н., вона зовсім іще молода, дуже цнотлива… Поцілуй, друже мій, поцілуй… і торкнися… от побачиш… побачиш… ха-ха-ха!</w:t>
      </w:r>
    </w:p>
    <w:p>
      <w:r>
        <w:br/>
        <w:t>Зненацька вона жбурнула келих вина в люстру. Шампанське бризнуло дощем, загасило три свічки, поплямило шпалери, залило стіл, а скалки битого кришталю розлетілися по всій кімнаті. Вона схопила пляшку, щоб і її жбурнути навздогін, але я цьому перешкодив… Тоді вона пронизливо заверещала… і почалася істерика, як я й передчував…</w:t>
      </w:r>
    </w:p>
    <w:p>
      <w:r>
        <w:br/>
        <w:t>Через кілька днів, коли я зовсім забув про всі ці визнання п'яної жінки, мені довелося зустрітися на одному вечорі з тією пані Н., яку моя коханка радила мені поцілувати. А що ми жили з нею на тій самій вулиці і вона була того вечора сама, то я запропонував провести її. Вона погодилася.</w:t>
      </w:r>
    </w:p>
    <w:p>
      <w:r>
        <w:br/>
        <w:t>Тільки-но ми сіли в карету, я сказав собі: "Ану, спробуймо", — але не зважувався. Я не знав, з чого почати, як взятися до справи.</w:t>
      </w:r>
    </w:p>
    <w:p>
      <w:r>
        <w:br/>
        <w:t>Але раптом мене охопила відчайдушна сміливість бо ягуза.</w:t>
      </w:r>
    </w:p>
    <w:p>
      <w:r>
        <w:br/>
        <w:t>— Які ви були гарні сьогодні! — сказав я.</w:t>
      </w:r>
    </w:p>
    <w:p>
      <w:r>
        <w:br/>
        <w:t>Вона засміялась:</w:t>
      </w:r>
    </w:p>
    <w:p>
      <w:r>
        <w:br/>
        <w:t>— Значить, сьогоднішній вечір був винятком, якщо ви це помітили вперше?</w:t>
      </w:r>
    </w:p>
    <w:p>
      <w:r>
        <w:br/>
        <w:t>Я ані пари з вуст. Змагання в гречності аж ніяк мені не до душі. Проте, подумавши трохи, я знайшов таку відповідь:</w:t>
      </w:r>
    </w:p>
    <w:p>
      <w:r>
        <w:br/>
        <w:t>— Та ні, просто я ніколи не зважувався вам цього сказати.</w:t>
      </w:r>
    </w:p>
    <w:p>
      <w:r>
        <w:br/>
        <w:t>Вона здивувалася:</w:t>
      </w:r>
    </w:p>
    <w:p>
      <w:r>
        <w:br/>
        <w:t>— Чому ж?</w:t>
      </w:r>
    </w:p>
    <w:p>
      <w:r>
        <w:br/>
        <w:t>— Тому що… це досить важко.</w:t>
      </w:r>
    </w:p>
    <w:p>
      <w:r>
        <w:br/>
        <w:t>— Важко сказати жінці, що вона гарна? Звідки ви це взяли? Треба завжди це казати… навіть коли ви не зовсім так думаєте, бо такі речі завжди приємно чути.</w:t>
      </w:r>
    </w:p>
    <w:p>
      <w:r>
        <w:br/>
        <w:t>Нараз я відчув приплив неймовірної зухвалості і, схопивши її за стан, наблизив губи до її вуст.</w:t>
      </w:r>
    </w:p>
    <w:p>
      <w:r>
        <w:br/>
        <w:t>Ороте, очевидно, я тремтів при цьому і не здався їй надто небезпечним. Крім того, я, напевно, надто незграбно обійняв її, бо вона тільки відвернула голову, щоб уникнути мого поцілунку, і проказала:</w:t>
      </w:r>
    </w:p>
    <w:p>
      <w:r>
        <w:br/>
        <w:t>— О ні… Це занадто… занадто… Ви зразу багато хочете… І потім, не зіпсуйте мені зачіску… Хіба ж можна цілувати жінку, в якої така зачіска, як у мене?..</w:t>
      </w:r>
    </w:p>
    <w:p>
      <w:r>
        <w:br/>
        <w:t>Я відкинувся у куток карети, спантеличений і зніяковілий від цієї невдачі. А карета тим часом зупинилася біля її дверей. Вона вийшла, простягла мені руку і найлюб’язні-шим тоном промовила:</w:t>
      </w:r>
    </w:p>
    <w:p>
      <w:r>
        <w:br/>
        <w:t>— Дякую за компанію, любий пане… І не забувайте моєї поради…</w:t>
      </w:r>
    </w:p>
    <w:p>
      <w:r>
        <w:br/>
        <w:t>Я побачив її знову через кілька днів. Вона все забула.</w:t>
      </w:r>
    </w:p>
    <w:p>
      <w:r>
        <w:br/>
        <w:t>А я, шановний пане, я безупинно думаю про інших чоловіків… про тих, що не лякаються зачісок і ніколи не проминають доброї нагоди…</w:t>
      </w:r>
    </w:p>
    <w:p>
      <w:r>
        <w:br/>
        <w:t>Пропоную цього листа, нічого до нього не додаючи, на обговорення моїх читачів і читачок — одружених і неодружених.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Вдарте на сполох!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