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Великі королівські лови</w:t>
      </w:r>
    </w:p>
    <w:p>
      <w:r>
        <w:br/>
        <w:t xml:space="preserve"> &lt;p&gt;Король зволив полювати.</w:t>
      </w:r>
    </w:p>
    <w:p>
      <w:r>
        <w:br/>
        <w:t>Трубили в роги ловчі. Хорти ведмедя через бурелом та через сухостій, та через пересохлі чагарі, та через старе пожарище лісове загнали на зелену галявину, де загодя наставлено гострого кілля, і високо, й долом наставлено — то ведмедеві нікуди ані поткнутись, ані заховатись, а коли шарпнувся до єдиного вільного ходу — там на нього королівська куля чатувала.</w:t>
      </w:r>
    </w:p>
    <w:p>
      <w:r>
        <w:br/>
        <w:t>Хід вузький — з кулею не розминешся. Куля королівська. І хорти королівські.</w:t>
      </w:r>
    </w:p>
    <w:p>
      <w:r>
        <w:br/>
        <w:t>Злизували кров звірові з рани, гарчали. Король ногою наступив на повержеиого звіра. Король полювати зволив.</w:t>
      </w:r>
    </w:p>
    <w:p>
      <w:r>
        <w:br/>
        <w:t>Шукали гайдамаки на вістрях вил собі та Україні долі — й таки знайшли. Хвалились, що дратимуть китайку на онучі,— а то Ґонті зі спини паси дерли. Від Умані до Львова уздовж дороги — сімсот шибениць. Поминки повішеним справляли вороння та вітер, а Україна плакала, не прикриваючи долонями лиця — аби все бачити, все затямити, й на себе хотіла муку дітей своїх узяти, і брала.</w:t>
      </w:r>
    </w:p>
    <w:p>
      <w:r>
        <w:br/>
        <w:t>Хрестились на шибениці, як на православі святі хрести, биті канчуками гайдамаки, гнані шляхом од Умані до Львова, по смерть ідучи.</w:t>
      </w:r>
    </w:p>
    <w:p>
      <w:r>
        <w:br/>
        <w:t>Під Уманню — своя земля. Не поховають грішного тіла — вона й так прийме. Не вивергне, пухом буде. Бо ж під Уманню.</w:t>
      </w:r>
    </w:p>
    <w:p>
      <w:r>
        <w:br/>
        <w:t>Не дай боже в чужині умерти, там ніхто не посумує по твоїй смерті, тільки ворон, ворон прилетить до тебе, прилетить до тебе та й поб'є тебе...</w:t>
      </w:r>
    </w:p>
    <w:p>
      <w:r>
        <w:br/>
        <w:t>Дивилися гайдамаки в небо.</w:t>
      </w:r>
    </w:p>
    <w:p>
      <w:r>
        <w:br/>
        <w:t>Гнала шляхта полонених гайдамаків із Правобережжя в Галичину. Мало поразки, мало глуму, самої смерті мало — нехай гинуть далі од могил дідівських. І нехай страх поймає всю землю — через цілу Україну гнано: шматовано, четвертовано, вішано.</w:t>
      </w:r>
    </w:p>
    <w:p>
      <w:r>
        <w:br/>
        <w:t>Йшли гайдамаки не своєю волею від Умані аж до Львова — а вздовж дороги шибениці кривавими зарубками. Високі шибениці, чорні, аж у небо впираються. Гайдамаки на шибеницях.</w:t>
      </w:r>
    </w:p>
    <w:p>
      <w:r>
        <w:br/>
        <w:t>Дощ сполокав небо й землю, і бита дорога не пи-люжить. І Чумацький Шлях не куриться.</w:t>
      </w:r>
    </w:p>
    <w:p>
      <w:r>
        <w:br/>
        <w:t>Гайдамаки ідуть, а Україна доокруж спинилася, затамувала подих, а лиця не затуляє, аби все бачити, аби навіки затямити.</w:t>
      </w:r>
    </w:p>
    <w:p>
      <w:r>
        <w:br/>
        <w:t>У небі спинився Віз і ані зрушиться — на шибеницю колесом напіткнувся і став. А гайдамаки йдуть.</w:t>
      </w:r>
    </w:p>
    <w:p>
      <w:r>
        <w:br/>
        <w:t>На шибениці хрестяться — прощавайте, браття, чи ж хто на наші шибениці перехреститься?</w:t>
      </w:r>
    </w:p>
    <w:p>
      <w:r>
        <w:br/>
        <w:t>Дощ сполокав небо і землю, і звологло на вербах листя, уже прибите жовтизною.</w:t>
      </w:r>
    </w:p>
    <w:p>
      <w:r>
        <w:br/>
        <w:t>У Вербках — верби, у Вільшанах — вільха, а в Терупині і верби, і вільхи.</w:t>
      </w:r>
    </w:p>
    <w:p>
      <w:r>
        <w:br/>
        <w:t>Василь Швець дивився в небо, на сполоканий вересневим дощем Чумацький Шлях, бачив: у Вербці — верби, пливе прижовкле листя за водою у річці са-мотеці, пливе за водою листя.</w:t>
      </w:r>
    </w:p>
    <w:p>
      <w:r>
        <w:br/>
        <w:t>До покрови ближче — роботи людям менше, то вже до їхньої хати звідусюд стежки втоптують, а найбільше — по дощі, йдуть люди до старого Остапа Шевця, як на прощу ходять. Знає старий од усякої болісті, од усякої хворості лік, і хата в них — не хата — зільник. Збирав старий Остап зілля всяче й досвіт сонця, і по заході, і на весну, і влітку, і при місяці, і в росу — котре од лихої напасті, котре од ран, котре од навроку, а інше — од чорної немочі.</w:t>
      </w:r>
    </w:p>
    <w:p>
      <w:r>
        <w:br/>
        <w:t>А зі своїми болістями приносять люди до знаха-ревої хати своє життя, і лягають слова попід сволоком, і замаюють стіни і вікна, ї снуються, переплітаються, в'яжуться і зостаються в хаті, як пов'язані в пучечки трави, як зісипані в торбинки зерна або ж квіти, що перше були свіжими, а потому прив'яли, і не можна їх торкатись, бо розсиплються в порох. Старі йшли, і дітей несли, і молодиці приходили, і дівчата, і парубки.</w:t>
      </w:r>
    </w:p>
    <w:p>
      <w:r>
        <w:br/>
        <w:t>Один старий пилував дерево в лісі, а потому заснув на прохолодній землі, на пригнилому листі, то щось йому кинулось на тілі, і вже не годен коло роботи поратись, і вже ні гравець, ні їдець, то прийшов до старого Остапа по рятунок; а котрась молодиця в тяжі жала в полі, то чи птах летів, чи то що інше, раптом вздріла — і стала сміятись, ані слова не мовила, а все тільки сміялась і сміялась, і вона була в старого Остапа,— то він знав слово, що зняло їй той перестрах, і вона потому гарного сина вродила, тільки мав хлопчик на плечі такий знак, мов пташині крила в леті; а ще один парубок то через дівчину розум стратив — ото щось робить, а то раптом як із місця кинеться і біжить, руки простягає, мовби упіймати кого хотів,— усе та дівчина йому ввижається, що наче тікає від нього,— і парубок був у старого Остапа.</w:t>
      </w:r>
    </w:p>
    <w:p>
      <w:r>
        <w:br/>
        <w:t>А ще старий годував бджіл, і вмів із бджолами говорити, як із людьми, і посеред зими, притуливши вухо до вулика, внесеного од морозу до хати, знав, що повідають бджоли — як їм зимується та чи Не бракує харчу. Коли ж рій прилітав, то брав бджіл легко і просто, а вони плутались йому в довгій білій бороді, і він обережно й тихо виймав їх із бороди всезнаючими й чутливими пальцями. І знав ще старий Остап, чи буде година, а чи дощ, і коли сеї весни треба зерно в землю кидати, й коли під осінь збирати врожай, і на відворот лиха знав слово таємне, а молитви його були схожі на замовляння, а замовляння були наспівні й гарні, як святі молитви.</w:t>
      </w:r>
    </w:p>
    <w:p>
      <w:r>
        <w:br/>
        <w:t>Не знав тільки Остап слова, котре б порятувало його онука од смерті у чужій стороні, од шибениці, од могили безвісної. А може, задалеко загнали ляхи онука Остапового, то й слово не годне було аж туди сягнути?</w:t>
      </w:r>
    </w:p>
    <w:p>
      <w:r>
        <w:br/>
        <w:t>У Вербці — верби, а уздовж дороги від Умані до Львова — сім сот шибениць, зарубки 1 криваві, доля гайдамацька, а на воротах у Сербах — Івана Ґонти жовтий череп під вітрами, та під дощем, та під наругою; а по цілій Україні — каліки безногі, безрукі, без'язикі, покалічена гайдамацька доля, четвертована гайдамацька воля, знесилена слава гайдамацька, на Сибір приречена разом із Залізняком, розбійницькою названа, потоптана; а матері плачуть, а дівчата край шляхів стоять, а старий Остап до чудодійних образів молиться: не доведи господи навіки знеславитись, не доведи господи навіки зневіритись, не доведи господи ножам на всі часи затупитись...</w:t>
      </w:r>
    </w:p>
    <w:p>
      <w:r>
        <w:br/>
        <w:t>Хреститься гайдамака на шибениці.</w:t>
      </w:r>
    </w:p>
    <w:p>
      <w:r>
        <w:br/>
        <w:t>Був перше не одним славен город Городок. По тій славі князівське городище зосталось, та вали, котрі знали бранну силу князівську, та дороги, котрими звідусіль ходили до солоного Городка, а в Городок усякий зацний купець радий був свого товару та краму привезти.</w:t>
      </w:r>
    </w:p>
    <w:p>
      <w:r>
        <w:br/>
        <w:t>А ще потому всякого з Городком було — і татари, і шляхта, і турки, і пожежі, і повені, і голод; одначе дощ сполікує і небо, і землю, то пахне медом над Городком, і річка Верещиця зітхає поміж берегів, а старий млин обертає коло, і топчуть дорогу коні, виїжджаючи в дальню дорогу через Львівське та Чер-лянське передмістя, і просять люди собі дожити до перших снігів, і перебути сніги, і дожити до першого цвіту, і до першого колосу, і з року в рік...</w:t>
      </w:r>
    </w:p>
    <w:p>
      <w:r>
        <w:br/>
        <w:t>Гостинний город Городок — на прадавнім гербі городоцькім — одчинені ворота під трьома вежами, і дощ сполокав землю, і пахне медом над Городком, і йдуть гості до Городка — одчиніть ворота, городча-ни, одчиніть же ворота,. таж' одчиніть ворота широко — славних гостей до вас провадять, наваріть доброго пива, та заставте столи щедро, та не шкодуйте короваїв пишних, та дичини, та птиці, та вина — дзвоніть у всі дзвони гучно — славних гостей стрічайте — гайдамаків до вас на останню, на пишну учту провадять, назад руки їм пов'язано, канчуками спини посмуговано, неволею душу потавровано.</w:t>
      </w:r>
    </w:p>
    <w:p>
      <w:r>
        <w:br/>
        <w:t>Заціпенів Городок.</w:t>
      </w:r>
    </w:p>
    <w:p>
      <w:r>
        <w:br/>
        <w:t>Верещиця стишилась.</w:t>
      </w:r>
    </w:p>
    <w:p>
      <w:r>
        <w:br/>
        <w:t>Млин став.</w:t>
      </w:r>
    </w:p>
    <w:p>
      <w:r>
        <w:br/>
        <w:t>Коні не іржуть.</w:t>
      </w:r>
    </w:p>
    <w:p>
      <w:r>
        <w:br/>
        <w:t>Дзвони то мовчать на святім Івані, то на сполох бовкають.</w:t>
      </w:r>
    </w:p>
    <w:p>
      <w:r>
        <w:br/>
        <w:t>Гайдамаки ідуть. Із-під Умані, аби в Городку погибель прийняти.</w:t>
      </w:r>
    </w:p>
    <w:p>
      <w:r>
        <w:br/>
        <w:t>Тільки ворон, ворон та й поб'є тебе...</w:t>
      </w:r>
    </w:p>
    <w:p>
      <w:r>
        <w:br/>
        <w:t>Коли Василь Швець чумакував, то не доходив до Городка. Ходив у Крим, убирався у крамну сорочку, а воли ремиґали, сиві воли та полові, а мандрівка з весни пахла, і важниці готові були, мажі були готові, й дороги — од дому ближча, додому дальша.</w:t>
      </w:r>
    </w:p>
    <w:p>
      <w:r>
        <w:br/>
        <w:t>Коли гроші у кишені бряжчать, то в шинкарки чарки видзвонюють, а коли грошей чортма, то душу заставиш молодій шинкарці. Сип солі, яка буде, а вже' чумак їсти буде, наварила лободи та й без солі без води, з рака смальцю натопила та й вечерю посмачила, ой гоп по вечері... Ой зацвіте маківка, та заплаче матінка по синовій голові, що синова голова в чужім краї полягла...</w:t>
      </w:r>
    </w:p>
    <w:p>
      <w:r>
        <w:br/>
        <w:t>Коли Василь Швець чумакував, то не ходив до Городка. До Криму ходив. Один лиш раз ходив. Молодий ще, то тільки раз ходив.</w:t>
      </w:r>
    </w:p>
    <w:p>
      <w:r>
        <w:br/>
        <w:t>А шинкарка його зваблювала, очима грала, й намистом побрязкувала, і підківками, й мандрівка йому пахла.</w:t>
      </w:r>
    </w:p>
    <w:p>
      <w:r>
        <w:br/>
        <w:t>Шукали гайдамаки на вістрях вил собі та Україні долі.</w:t>
      </w:r>
    </w:p>
    <w:p>
      <w:r>
        <w:br/>
        <w:t>Шинкарка його зваблювала. Гарні груди шинкарка мала. Не одного звабила.</w:t>
      </w:r>
    </w:p>
    <w:p>
      <w:r>
        <w:br/>
        <w:t>Старий Остап молиться до чудодійних образів: аби не зневірились довіку, аби ножі не затупились...</w:t>
      </w:r>
    </w:p>
    <w:p>
      <w:r>
        <w:br/>
        <w:t>А царицина золота грамота — то сама лиш омана, коли б не та омана, коли б не та цариця, не далися б гайдамаки, бо ще ножі не були заржавлені, лиш закривавлені.</w:t>
      </w:r>
    </w:p>
    <w:p>
      <w:r>
        <w:br/>
        <w:t>Старий Остап читав святе письмо: "І коли дене-котрі говорили про храм, що він прикрашений дорогим камінням і вкладами, він сказав: прийдуть дні, в котрі з того, що ви тут бачите, не зостанеться каменя на камені, все буде зруйновано.</w:t>
      </w:r>
    </w:p>
    <w:p>
      <w:r>
        <w:br/>
        <w:t>І запитали його: учителю, коли ж се буде? І який знак, коли це можна сподіватись?</w:t>
      </w:r>
    </w:p>
    <w:p>
      <w:r>
        <w:br/>
        <w:t>Він сказав: бережіться, аби вас не ввели в оману.</w:t>
      </w:r>
    </w:p>
    <w:p>
      <w:r>
        <w:br/>
        <w:t>Бо чимало прийдуть під іменем моїм, кажучи, що це я. І час цей близький: не ходіть у слід їх..."</w:t>
      </w:r>
    </w:p>
    <w:p>
      <w:r>
        <w:br/>
        <w:t>То в Галичині села, що самі тільки назви склади докупи — як слова в пісні, а вже пісня ніби сама співається, і міста так само, і містечка: Калинів, Вишня, Явірки, Туринка, Хмільове, Страдче, а Суховоля, а Купеч-Воля, а Сухий Потік...</w:t>
      </w:r>
    </w:p>
    <w:p>
      <w:r>
        <w:br/>
        <w:t>Барви всі притишені, пригашені, ледь приглушені, нема тої яскравості, що над Дніпром, так ніби якийсь смуток, якась печаль зітерла тоту яскравість.</w:t>
      </w:r>
    </w:p>
    <w:p>
      <w:r>
        <w:br/>
        <w:t>А дівчата, однако, гарні,, хоча брови — колосками над сивими очима, а не чорні соболі над блискучими черешнями.</w:t>
      </w:r>
    </w:p>
    <w:p>
      <w:r>
        <w:br/>
        <w:t>Стоїть дівчина боса, ноги запорошені, йшла пішки від села, голова чорною хустиною на знак жалоби прикрита, а заплакана, а за день змарніла.</w:t>
      </w:r>
    </w:p>
    <w:p>
      <w:r>
        <w:br/>
        <w:t>— Йой Василечку, йой мій Василечку, а що то з тобою робитимуть, а що ж тобі заподіяно, а люду сила надівколо, і лихо крильми над Городком б'є, на дзвонах тримається, уділ падає, звідусіль нарід зігнано, аби дивились, як то гайдамаки смерть прийматимуть, йой сину, йой братику, а що тобі пороблено, а на тобі сорочка чорна, а уста твої води і голублення спраглі, а очі твої кого помежи нас шукають?</w:t>
      </w:r>
    </w:p>
    <w:p>
      <w:r>
        <w:br/>
        <w:t>Гарну учту для тебе в Городку зрихтували, вина-меду у жбанах понад вінця, і утіхи понад вінця, і радості, і сміху, йой, що того сміху вже — аж плачу не втримаєш, ані голосіння.</w:t>
      </w:r>
    </w:p>
    <w:p>
      <w:r>
        <w:br/>
        <w:t>Цсс. Тихо.</w:t>
      </w:r>
    </w:p>
    <w:p>
      <w:r>
        <w:br/>
        <w:t>То дзвони дзвонять.</w:t>
      </w:r>
    </w:p>
    <w:p>
      <w:r>
        <w:br/>
        <w:t>Як я чумакував, то не ходив сюди. До Криму ходив.</w:t>
      </w:r>
    </w:p>
    <w:p>
      <w:r>
        <w:br/>
        <w:t>А тут по мені дзвони дзвонять.</w:t>
      </w:r>
    </w:p>
    <w:p>
      <w:r>
        <w:br/>
        <w:t>А що то за річка, яке їй Ім'я?</w:t>
      </w:r>
    </w:p>
    <w:p>
      <w:r>
        <w:br/>
        <w:t>А що то за церква, яке їй ім'я?</w:t>
      </w:r>
    </w:p>
    <w:p>
      <w:r>
        <w:br/>
        <w:t>А що то за люди стоять, яке їм ім'я? Нащо їх на майдан зігнано? Аби зі смерті моєї потіху мали? Аби од них наругу прийняв? Об чім гайдамака думати має, коли смерть просто в очі косою тне? Об тім, як би ту косу та видерти із рук костомашиних. А вже не порятуєшся, бо той кінець .певний, як певне те, що було до мене і по мені буде.</w:t>
      </w:r>
    </w:p>
    <w:p>
      <w:r>
        <w:br/>
        <w:t>А то що?</w:t>
      </w:r>
    </w:p>
    <w:p>
      <w:r>
        <w:br/>
        <w:t>А то моя душа.</w:t>
      </w:r>
    </w:p>
    <w:p>
      <w:r>
        <w:br/>
        <w:t>АнІ не скривавлена, ані не заплакана, ані не засмучена — біла-біла, маленька така, в мене на долоні, тримаю сам свою душу в долоні, коли схочу, то випущу, не дай боже смерті в чужині умерти, що то за ріка, що за церква, що за люди... Казав колись дід Остап: у житті — як у міхові з бараболею: раз — одне зверху, а перетруси — то інше зверху...</w:t>
      </w:r>
    </w:p>
    <w:p>
      <w:r>
        <w:br/>
        <w:t>А вони плачуть — по мені плачуть?..</w:t>
      </w:r>
    </w:p>
    <w:p>
      <w:r>
        <w:br/>
        <w:t>Чи то коси у них в руках? Чи вила? А дзвони б'ють — на сполох, не за упокій?</w:t>
      </w:r>
    </w:p>
    <w:p>
      <w:r>
        <w:br/>
        <w:t>А з моєї шибениці смолоскипа зробити — гарно буде.</w:t>
      </w:r>
    </w:p>
    <w:p>
      <w:r>
        <w:br/>
        <w:t>Та річка — як у Вербках, і дзвони як удома, і люди як удома.</w:t>
      </w:r>
    </w:p>
    <w:p>
      <w:r>
        <w:br/>
        <w:t>Не дав бог смерті в чужині умерти.</w:t>
      </w:r>
    </w:p>
    <w:p>
      <w:r>
        <w:br/>
        <w:t>Гадали, в чужину пригнали? Додому привели.</w:t>
      </w:r>
    </w:p>
    <w:p>
      <w:r>
        <w:br/>
        <w:t>Плачуть. Хустинами очі витирають, на сполох дзвонять.</w:t>
      </w:r>
    </w:p>
    <w:p>
      <w:r>
        <w:br/>
        <w:t>Гадали — на пострах пригнали через усю Україну? — Ні, смолоскипа зроблять.</w:t>
      </w:r>
    </w:p>
    <w:p>
      <w:r>
        <w:br/>
        <w:t>Шинкарка зваблювала. Гарні груди мала шинкарка.</w:t>
      </w:r>
    </w:p>
    <w:p>
      <w:r>
        <w:br/>
        <w:t>' Плачуть. Одна земля:' шибеницями в'язана, палями збита докупи. Казав дід Остап:</w:t>
      </w:r>
    </w:p>
    <w:p>
      <w:r>
        <w:br/>
        <w:t>— Гірко стояти над могилою батьківською, а ще гірше не Мати предківської могили. Не знати, де праху предків уклонятися.</w:t>
      </w:r>
    </w:p>
    <w:p>
      <w:r>
        <w:br/>
        <w:t>Моя душа в моїй долоні. То я їм віддав. Вони по мені плачуть.</w:t>
      </w:r>
    </w:p>
    <w:p>
      <w:r>
        <w:br/>
        <w:t>У дзвони дзвонять. Гарно дзвонять, свої дзвони дзвонять, земля праху не вивергне. Своя земля, у ній зостануся.</w:t>
      </w:r>
    </w:p>
    <w:p>
      <w:r>
        <w:br/>
        <w:t>Король полювати зволив. Оленя цькували.</w:t>
      </w:r>
    </w:p>
    <w:p>
      <w:r>
        <w:br/>
        <w:t>Біг олень просікою широкою, а втекти не міг. Попід ноги йому чвиркали кулі й змітали легенькі хмарки пилу. Якби яка птаха недолужна. З поганським голоском: цьвік, цьвік. Хоча б твар у твар стали, а то з-за прикриття уздовж дороги, широкої, як ріка,— цьвіть, цьвіть — і хмарка пилу.</w:t>
      </w:r>
    </w:p>
    <w:p>
      <w:r>
        <w:br/>
        <w:t>Став олень, перечепившись утомленими ногами через дерево, упоперек дороги звалене.</w:t>
      </w:r>
    </w:p>
    <w:p>
      <w:r>
        <w:br/>
        <w:t>Убік — то кулі з-за прикриття. Назад? То кулі уздовж дороги. Хоч би вже котра втрапила. А то насмішкується — цьвік, цьвік,— то поки мить розмірковував, королівська куля його вразила. Чатувала тут, за деревом, що бурелом упоперек дороги кинув. Або ж не бурелом, хтось лукавий кинув, аби йому біг перепинити. Король полювати зволив.</w:t>
      </w:r>
    </w:p>
    <w:p>
      <w:r>
        <w:br/>
        <w:t>А королівські хорти знову кров із рани злизували. Гарчали.</w:t>
      </w:r>
    </w:p>
    <w:p>
      <w:r>
        <w:br/>
        <w:t>Та прикрий моє тіло, чумацькеє, біле, щоб не курило, та од буйного вітру, од ясного сонця щоб не чорніло.</w:t>
      </w:r>
    </w:p>
    <w:p>
      <w:r>
        <w:br/>
        <w:t>Нарядили тому чумакові труну із рогожі...</w:t>
      </w:r>
    </w:p>
    <w:p>
      <w:r>
        <w:br/>
        <w:t>Вийшла мати за ворота та й стала питати, коли тебе, мій синочку, в гості дожидати; тоді-мене, моя мати, будеш дожидати, як проросте зеленая трава в хаті на помості.</w:t>
      </w:r>
    </w:p>
    <w:p>
      <w:r>
        <w:br/>
        <w:t>Йшли через усю Україну од Львова до Умані безрукі, без'язикі, безногі, шкандибали, —шматка хліба просили: на вістрях вил волі шукали собі та Україні і таки знайшли сімсот шибениць од Львова до Умані.</w:t>
      </w:r>
    </w:p>
    <w:p>
      <w:r>
        <w:br/>
        <w:t>"Ми твого бачили — посліплено його за Брацлавом; бачили: йде, додому скоро буде".</w:t>
      </w:r>
    </w:p>
    <w:p>
      <w:r>
        <w:br/>
        <w:t>То стоїть мати за ворітьми, сподівається.</w:t>
      </w:r>
    </w:p>
    <w:p>
      <w:r>
        <w:br/>
        <w:t>"Ми твого бачили, обі руки врубано йому, над Бугом бачили, вертається, додому скоро буде". То стоїть мати за ворітьми.</w:t>
      </w:r>
    </w:p>
    <w:p>
      <w:r>
        <w:br/>
        <w:t>"Ми твого бачили за кілька верст, одпочити спинився, води напитися, обі ноги йому втято, ось-ось буде".</w:t>
      </w:r>
    </w:p>
    <w:p>
      <w:r>
        <w:br/>
        <w:t>То стоїть мати на воротах, виглядає. "Ми твого бачили в Городку, його страчено, скоро..."</w:t>
      </w:r>
    </w:p>
    <w:p>
      <w:r>
        <w:br/>
        <w:t>А мати стоїть на воротах.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Великі королівські лови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