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Вередлива дівчина</w:t>
      </w:r>
    </w:p>
    <w:p>
      <w:r>
        <w:br/>
        <w:t xml:space="preserve"> Була собі Галя,&lt;br /&gt;</w:t>
        <w:br/>
        <w:t>Дівчинонька-краля,&lt;br /&gt;</w:t>
        <w:br/>
        <w:t>І багата, і вродлива,&lt;br /&gt;</w:t>
        <w:br/>
        <w:t>Тільки дуже вередлива,-&lt;br /&gt;</w:t>
        <w:br/>
        <w:t>Усякому зась.&lt;br /&gt;</w:t>
        <w:br/>
        <w:t>Вона теє знала&lt;br /&gt;</w:t>
        <w:br/>
        <w:t>І скрізь щебетала,&lt;br /&gt;</w:t>
        <w:br/>
        <w:t>Як та пташка на просторі:&lt;br /&gt;</w:t>
        <w:br/>
        <w:t>"На те,— каже,— щука в морі,&lt;br /&gt;</w:t>
        <w:br/>
        <w:t>Щоб трусивсь карась".</w:t>
      </w:r>
    </w:p>
    <w:p>
      <w:r>
        <w:br/>
        <w:t>Багатая доля,&lt;br /&gt;</w:t>
        <w:br/>
        <w:t>Веселая воля,&lt;br /&gt;</w:t>
        <w:br/>
        <w:t>Одна стежечку топтала,&lt;br /&gt;</w:t>
        <w:br/>
        <w:t>Друга тирлич розсипала,&lt;br /&gt;</w:t>
        <w:br/>
        <w:t>Куди вона йшла.&lt;br /&gt;</w:t>
        <w:br/>
        <w:t>"Труси мене, хлопче,&lt;br /&gt;</w:t>
        <w:br/>
        <w:t>Козаче-молодче,&lt;br /&gt;</w:t>
        <w:br/>
        <w:t>Щоб намистечко бряжчало!" —&lt;br /&gt;</w:t>
        <w:br/>
        <w:t>Так їй щастячко співало,&lt;br /&gt;</w:t>
        <w:br/>
        <w:t>Як була мала.</w:t>
      </w:r>
    </w:p>
    <w:p>
      <w:r>
        <w:br/>
        <w:t>Не все ж дівувати,-&lt;br /&gt;</w:t>
        <w:br/>
        <w:t>Сватів стали слати;&lt;br /&gt;</w:t>
        <w:br/>
        <w:t>Чорнобривка гордувала,&lt;br /&gt;</w:t>
        <w:br/>
        <w:t>Гарбузами наділяла,&lt;br /&gt;</w:t>
        <w:br/>
        <w:t>Соромила всіх:&lt;br /&gt;</w:t>
        <w:br/>
        <w:t>Той не до любові,&lt;br /&gt;</w:t>
        <w:br/>
        <w:t>Не так вуси, брови,&lt;br /&gt;</w:t>
        <w:br/>
        <w:t>Той носатий, той кирпатий.&lt;br /&gt;</w:t>
        <w:br/>
        <w:t>Той невдатний, небагатий.-&lt;br /&gt;</w:t>
        <w:br/>
        <w:t>Не треба таких!</w:t>
      </w:r>
    </w:p>
    <w:p>
      <w:r>
        <w:br/>
        <w:t>Весна за весною&lt;br /&gt;</w:t>
        <w:br/>
        <w:t>Летіли стрілою,&lt;br /&gt;</w:t>
        <w:br/>
        <w:t>Дівчинонька ряст топтала,&lt;br /&gt;</w:t>
        <w:br/>
        <w:t>Загулялась, не вгадала,&lt;br /&gt;</w:t>
        <w:br/>
        <w:t>Як стала марніть.&lt;br /&gt;</w:t>
        <w:br/>
        <w:t>Гульня відцуралась,&lt;br /&gt;</w:t>
        <w:br/>
        <w:t>З журбою спізналась,&lt;br /&gt;</w:t>
        <w:br/>
        <w:t>І частенько серед ночі&lt;br /&gt;</w:t>
        <w:br/>
        <w:t>Стали плакать карі очі&lt;br /&gt;</w:t>
        <w:br/>
        <w:t>І серденько нить.</w:t>
      </w:r>
    </w:p>
    <w:p>
      <w:r>
        <w:br/>
        <w:t>Чи куди б летіла,&lt;br /&gt;</w:t>
        <w:br/>
        <w:t>Чи кого б просила,&lt;br /&gt;</w:t>
        <w:br/>
        <w:t>Що почати, що робити,&lt;br /&gt;</w:t>
        <w:br/>
        <w:t>Як самотній в світі жити,&lt;br /&gt;</w:t>
        <w:br/>
        <w:t>Не знала сама.&lt;br /&gt;</w:t>
        <w:br/>
        <w:t>У віконце гляне,&lt;br /&gt;</w:t>
        <w:br/>
        <w:t>За ворітьми стане,&lt;br /&gt;</w:t>
        <w:br/>
        <w:t>Щоб розважить свою тугу,&lt;br /&gt;</w:t>
        <w:br/>
        <w:t>Чи не йтиме козак з лугу —&lt;br /&gt;</w:t>
        <w:br/>
        <w:t>Нема та й нема.</w:t>
      </w:r>
    </w:p>
    <w:p>
      <w:r>
        <w:br/>
        <w:t>Колись був слідочок —&lt;br /&gt;</w:t>
        <w:br/>
        <w:t>Засипав пісочок,&lt;br /&gt;</w:t>
        <w:br/>
        <w:t>Була стежечка горою,&lt;br /&gt;</w:t>
        <w:br/>
        <w:t>Та глухою лободою&lt;br /&gt;</w:t>
        <w:br/>
        <w:t>Вона заросла.&lt;br /&gt;</w:t>
        <w:br/>
        <w:t>Сиділа, сиділа&lt;br /&gt;</w:t>
        <w:br/>
        <w:t>Та й наворожила —&lt;br /&gt;</w:t>
        <w:br/>
        <w:t>І якраз після Михайла&lt;br /&gt;</w:t>
        <w:br/>
        <w:t>За якогось шкандибайла&lt;br /&gt;</w:t>
        <w:br/>
        <w:t>Насилу пішла.</w:t>
      </w:r>
    </w:p>
    <w:p>
      <w:r>
        <w:br/>
        <w:t>Дівчатоньки-діти,&lt;br /&gt;</w:t>
        <w:br/>
        <w:t>Рожевії квіти!&lt;br /&gt;</w:t>
        <w:br/>
        <w:t>Я вигадав вам брехеньку,&lt;br /&gt;</w:t>
        <w:br/>
        <w:t>Щоб головку молоденьку&lt;br /&gt;</w:t>
        <w:br/>
        <w:t>Звеселить на час;&lt;br /&gt;</w:t>
        <w:br/>
        <w:t>А ви собі смійтесь,&lt;br /&gt;</w:t>
        <w:br/>
        <w:t>За вітром не війтесь,&lt;br /&gt;</w:t>
        <w:br/>
        <w:t>Щиро правдоньку шануйте&lt;br /&gt;</w:t>
        <w:br/>
        <w:t>І не дуже вередуйте,-&lt;br /&gt;</w:t>
        <w:br/>
        <w:t>Будуть люди з вас.&lt;br /&gt;</w:t>
        <w:br/>
        <w:t>1890.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Вередлива дівчина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