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Весь час</w:t>
      </w:r>
    </w:p>
    <w:p>
      <w:r>
        <w:br/>
        <w:t xml:space="preserve"> Весь час&lt;br /&gt;</w:t>
        <w:br/>
        <w:t>Ми далі йтимемо але вперед ніколи</w:t>
      </w:r>
    </w:p>
    <w:p>
      <w:r>
        <w:br/>
        <w:t>I від планети до планети&lt;br /&gt;</w:t>
        <w:br/>
        <w:t>I від сузір'я до сузір'я&lt;br /&gt;</w:t>
        <w:br/>
        <w:t>Все той же Дон Жуан тисячі й трьох комет&lt;br /&gt;</w:t>
        <w:br/>
        <w:t>Не сходячи з землі&lt;br /&gt;</w:t>
        <w:br/>
        <w:t>Шукає сил нових&lt;br /&gt;</w:t>
        <w:br/>
        <w:t>Всерйоз приймаючи фантоми&lt;br /&gt;</w:t>
        <w:br/>
        <w:t>I скільки забувається світів&lt;br /&gt;</w:t>
        <w:br/>
        <w:t>Велике діло забуття&lt;br /&gt;</w:t>
        <w:br/>
        <w:t>Хто б то примусив нас забути ту чи ту частину світу&lt;br /&gt;</w:t>
        <w:br/>
        <w:t>Де той Колумб що нам закриє материк</w:t>
      </w:r>
    </w:p>
    <w:p>
      <w:r>
        <w:br/>
        <w:t>Згубuть&lt;br /&gt;</w:t>
        <w:br/>
        <w:t>Але згубить по-справжньому&lt;br /&gt;</w:t>
        <w:br/>
        <w:t>Аби могти знайти&lt;br /&gt;</w:t>
        <w:br/>
        <w:t>Згубить&lt;br /&gt;</w:t>
        <w:br/>
        <w:t>Життя аби знайти Звитягу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Весь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