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Вічність</w:t>
      </w:r>
    </w:p>
    <w:p>
      <w:r>
        <w:br/>
        <w:t xml:space="preserve"> Я знайшов, знайшов!&lt;br /&gt;</w:t>
        <w:br/>
        <w:t>Що? Вічну Жизнь.&lt;br /&gt;</w:t>
        <w:br/>
        <w:t>Це моря шовк&lt;br /&gt;</w:t>
        <w:br/>
        <w:t>I сонця бризь.</w:t>
      </w:r>
    </w:p>
    <w:p>
      <w:r>
        <w:br/>
        <w:t>Тож держись завіту,&lt;br /&gt;</w:t>
        <w:br/>
        <w:t>Вічная душе,&lt;br /&gt;</w:t>
        <w:br/>
        <w:t>Хоть ніч без привіту&lt;br /&gt;</w:t>
        <w:br/>
        <w:t>I день пече.</w:t>
      </w:r>
    </w:p>
    <w:p>
      <w:r>
        <w:br/>
        <w:t>Далі від кагалу,&lt;br /&gt;</w:t>
        <w:br/>
        <w:t>Від змагань загалу,-&lt;br /&gt;</w:t>
        <w:br/>
        <w:t>До всіх мет мети&lt;br /&gt;</w:t>
        <w:br/>
        <w:t>Лети, лети...</w:t>
      </w:r>
    </w:p>
    <w:p>
      <w:r>
        <w:br/>
        <w:t>I не буде паки,&lt;br /&gt;</w:t>
        <w:br/>
        <w:t>I не треба даждь.&lt;br /&gt;</w:t>
        <w:br/>
        <w:t>Лиш наука-мука,&lt;br /&gt;</w:t>
        <w:br/>
        <w:t>Океан страждань.</w:t>
      </w:r>
    </w:p>
    <w:p>
      <w:r>
        <w:br/>
        <w:t>Царства не благать&lt;br /&gt;</w:t>
        <w:br/>
        <w:t>В бархаті багать,&lt;br /&gt;</w:t>
        <w:br/>
        <w:t>Твій, душе, алмаз —&lt;br /&gt;</w:t>
        <w:br/>
        <w:t>То великий Мус.</w:t>
      </w:r>
    </w:p>
    <w:p>
      <w:r>
        <w:br/>
        <w:t>Я знайшов, знайшов!&lt;br /&gt;</w:t>
        <w:br/>
        <w:t>— Що? — Вічну Жизнь.&lt;br /&gt;</w:t>
        <w:br/>
        <w:t>Це моря шовк&lt;br /&gt;</w:t>
        <w:br/>
        <w:t>I сонця бризь.</w:t>
      </w:r>
    </w:p>
    <w:p>
      <w:r>
        <w:br/>
        <w:t>Переклад Миколи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Вічність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