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Відчуття</w:t>
      </w:r>
    </w:p>
    <w:p>
      <w:r>
        <w:br/>
        <w:t xml:space="preserve"> ВІДЧУТТЯ</w:t>
      </w:r>
    </w:p>
    <w:p>
      <w:r>
        <w:br/>
        <w:t>III. ВІДЧУТТЯ&lt;br /&gt;</w:t>
        <w:br/>
        <w:t>В блакитні вечори стежками йтиму я;&lt;br /&gt;</w:t>
        <w:br/>
        <w:t>Колотиме стерня, траву почну топтати:&lt;br /&gt;</w:t>
        <w:br/>
        <w:t>Відчує свіжість піль тоді нога моя,&lt;br /&gt;</w:t>
        <w:br/>
        <w:t>Я вітру голову дозволю овівати.</w:t>
      </w:r>
    </w:p>
    <w:p>
      <w:r>
        <w:br/>
        <w:t>Отож мовчу собі, сповільнюю ходу.&lt;br /&gt;</w:t>
        <w:br/>
        <w:t>В душі безмежної любові лиш припливи;&lt;br /&gt;</w:t>
        <w:br/>
        <w:t>Все далі й далі, мов бродяга той, піду,&lt;br /&gt;</w:t>
        <w:br/>
        <w:t>З Природою, немов із жінкою, щасливий.</w:t>
      </w:r>
    </w:p>
    <w:p>
      <w:r>
        <w:br/>
        <w:t>Переклав Григорій Кочур</w:t>
      </w:r>
    </w:p>
    <w:p>
      <w:r>
        <w:br/>
        <w:t>III. НАСТРІЙ&lt;br /&gt;</w:t>
        <w:br/>
        <w:t>У літній синій вечір я по стежці росяній іду,&lt;br /&gt;</w:t>
        <w:br/>
        <w:t>Зриваю житні колоски, мну буйні, соковиті трави;&lt;br /&gt;</w:t>
        <w:br/>
        <w:t>Замріяний спішу у даль, прискорюю свою ходу,&lt;br /&gt;</w:t>
        <w:br/>
        <w:t>А вітерець на голові розвіяв кучері русяві.&lt;br /&gt;</w:t>
        <w:br/>
        <w:t>Несила мовити мені, не можу більше думать я,&lt;br /&gt;</w:t>
        <w:br/>
        <w:t>У серце увійшла любов, якій немає меж і краю.&lt;br /&gt;</w:t>
        <w:br/>
        <w:t>Немов бродяга, далі йду,— з природою душа моя&lt;br /&gt;</w:t>
        <w:br/>
        <w:t>Злилась навік,— щасливий я, немовби жінку обіймаю.</w:t>
      </w:r>
    </w:p>
    <w:p>
      <w:r>
        <w:br/>
        <w:t>Переклав Микола Терещенко</w:t>
      </w:r>
    </w:p>
    <w:p>
      <w:r>
        <w:br/>
        <w:t>III. ВІДЧУТТЯ&lt;br /&gt;</w:t>
        <w:br/>
        <w:t>У синіх сутінках піду я по стежках,&lt;br /&gt;</w:t>
        <w:br/>
        <w:t>Топтатиму траву, торкатиму колосся,&lt;br /&gt;</w:t>
        <w:br/>
        <w:t>І, мріючи, росу відчую на ногах,&lt;br /&gt;</w:t>
        <w:br/>
        <w:t>У леготі моє зкуйовдиться волосся.</w:t>
      </w:r>
    </w:p>
    <w:p>
      <w:r>
        <w:br/>
        <w:t>Не буде ні думок, ні слів — але любов&lt;br /&gt;</w:t>
        <w:br/>
        <w:t>Душі моїй віддасть свої палкі пориви,&lt;br /&gt;</w:t>
        <w:br/>
        <w:t>Щоб я, мов циган той, світ за очі пішов,&lt;br /&gt;</w:t>
        <w:br/>
        <w:t>З Природою, немов із жінкою, щасливий.&lt;br /&gt;</w:t>
        <w:br/>
        <w:t>Травень 1870</w:t>
      </w:r>
    </w:p>
    <w:p>
      <w:r>
        <w:br/>
        <w:t>Переклав Всеволод Ткаченко</w:t>
      </w:r>
    </w:p>
    <w:p>
      <w:r>
        <w:br/>
        <w:t>III. ВРАЖЕННЯ&lt;br /&gt;</w:t>
        <w:br/>
        <w:t>У синю літню ніч довірюсь я стежкам,&lt;br /&gt;</w:t>
        <w:br/>
        <w:t>Що тонуть у хлібах, у травах сріблуватих.&lt;br /&gt;</w:t>
        <w:br/>
        <w:t>Я, мрійник, волю дам очам, губам, рукам&lt;br /&gt;</w:t>
        <w:br/>
        <w:t>І буду буйний чуб у вітрові купати.</w:t>
      </w:r>
    </w:p>
    <w:p>
      <w:r>
        <w:br/>
        <w:t>Тоді хай сплять думки, тоді хай сплять слова.&lt;br /&gt;</w:t>
        <w:br/>
        <w:t>В душі любов палка проти вітрів повстане.&lt;br /&gt;</w:t>
        <w:br/>
        <w:t>Безцільно буду я, мов циган, мандрувать,&lt;br /&gt;</w:t>
        <w:br/>
        <w:t>Щасливий, наче поруч йде кохана.</w:t>
      </w:r>
    </w:p>
    <w:p>
      <w:r>
        <w:br/>
        <w:t>Переклав Іван Петровцій</w:t>
      </w:r>
    </w:p>
    <w:p>
      <w:r>
        <w:br/>
        <w:t>III. ВІДЧУТТЯ&lt;br /&gt;</w:t>
        <w:br/>
        <w:t>Крізь літні вечори я травами піду —&lt;br /&gt;</w:t>
        <w:br/>
        <w:t>Повз лоскітні хліба стежина пролягла.&lt;br /&gt;</w:t>
        <w:br/>
        <w:t>І роси освіжать задуму молоду,&lt;br /&gt;</w:t>
        <w:br/>
        <w:t>Й торкнеться вітерець одкритого чола.</w:t>
      </w:r>
    </w:p>
    <w:p>
      <w:r>
        <w:br/>
        <w:t>Ні слів, ані думок — лише вечірня синь.&lt;br /&gt;</w:t>
        <w:br/>
        <w:t>Там у душі моїй кохання спалахне.&lt;br /&gt;</w:t>
        <w:br/>
        <w:t>Мов циган мандрівний, піду я в далечінь,-&lt;br /&gt;</w:t>
        <w:br/>
        <w:t>Природа, як жона, вчаровує мене.</w:t>
      </w:r>
    </w:p>
    <w:p>
      <w:r>
        <w:br/>
        <w:t>Переклав Григорій Латник</w:t>
      </w:r>
    </w:p>
    <w:p>
      <w:r>
        <w:br/>
        <w:t>ІІІ. ВІДЧУТТЯ&lt;br /&gt;</w:t>
        <w:br/>
        <w:t>По стежці ввечері піду я у жнива.&lt;br /&gt;</w:t>
        <w:br/>
        <w:t>Колотиме мене колосся край дороги.&lt;br /&gt;</w:t>
        <w:br/>
        <w:t>Нехай куйовдиться від вітру голова,&lt;br /&gt;</w:t>
        <w:br/>
        <w:t>Хай, мріючи, в росі скупаю босі ноги.</w:t>
      </w:r>
    </w:p>
    <w:p>
      <w:r>
        <w:br/>
        <w:t>Піду бездумно, а в душі із небуття&lt;br /&gt;</w:t>
        <w:br/>
        <w:t>Ще виникне любов і злине течією.&lt;br /&gt;</w:t>
        <w:br/>
        <w:t>Відраду матиму щасливого життя&lt;br /&gt;</w:t>
        <w:br/>
        <w:t>З Природою, немов із жінкою своєю.</w:t>
      </w:r>
    </w:p>
    <w:p>
      <w:r>
        <w:br/>
        <w:t>Переклав Ігор Андрущенко</w:t>
      </w:r>
    </w:p>
    <w:p>
      <w:r>
        <w:br/>
        <w:t>III. ВІДЧУТТЯ&lt;br /&gt;</w:t>
        <w:br/>
        <w:t>Блакитним вечором подамся по стежках,&lt;br /&gt;</w:t>
        <w:br/>
        <w:t>Між лоскітних хлібів топтати буду трави;&lt;br /&gt;</w:t>
        <w:br/>
        <w:t>Відчую свіжість я, ступаючи в полях,-&lt;br /&gt;</w:t>
        <w:br/>
        <w:t>Обвіє хай лице мені вітрець ласкавий.</w:t>
      </w:r>
    </w:p>
    <w:p>
      <w:r>
        <w:br/>
        <w:t>Замріюсь мовчазний, забуду про мету,&lt;br /&gt;</w:t>
        <w:br/>
        <w:t>Але в душі любов здійме живі пориви,&lt;br /&gt;</w:t>
        <w:br/>
        <w:t>І, наче циган, я в далеку даль піду,-&lt;br /&gt;</w:t>
        <w:br/>
        <w:t>З Природою, немов із жінкою, щасливий.</w:t>
      </w:r>
    </w:p>
    <w:p>
      <w:r>
        <w:br/>
        <w:t>Переклав Михайло Литвинець</w:t>
      </w:r>
    </w:p>
    <w:p>
      <w:r>
        <w:br/>
        <w:t>ІІІ. НАСТРІЙ&lt;br /&gt;</w:t>
        <w:br/>
        <w:t>Серпневого синього вечора піду собі по стежинах,&lt;br /&gt;</w:t>
        <w:br/>
        <w:t>Колотимусь вістюками, ступатиму по траві.&lt;br /&gt;</w:t>
        <w:br/>
        <w:t>Замріяний, відчуватиму, що ноги мені освіжились,&lt;br /&gt;</w:t>
        <w:br/>
        <w:t>І вітру дозволю вологою війнуть по моїй голові.</w:t>
      </w:r>
    </w:p>
    <w:p>
      <w:r>
        <w:br/>
        <w:t>Не маючи жодної думки, не мовивши жодного слова,&lt;br /&gt;</w:t>
        <w:br/>
        <w:t>Неначе якийсь волоцюга піду собі без вороття.&lt;br /&gt;</w:t>
        <w:br/>
        <w:t>Відчую, що душу, шумуючи, підважила хвиля любові,&lt;br /&gt;</w:t>
        <w:br/>
        <w:t>Природою, наче жінкою, щасливий на все життя.</w:t>
      </w:r>
    </w:p>
    <w:p>
      <w:r>
        <w:br/>
        <w:t>Переклав Федір Воротнюк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