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Віла-посестра</w:t>
      </w:r>
    </w:p>
    <w:p>
      <w:r>
        <w:br/>
        <w:t xml:space="preserve"> Гей, на бога, що за дивне диво?&lt;br /&gt;</w:t>
        <w:br/>
        <w:t>Не знайшов юнак з ким побрататись,&lt;br /&gt;</w:t>
        <w:br/>
        <w:t>не знайшов між хлопців побратима,&lt;br /&gt;</w:t>
        <w:br/>
        <w:t>не знайшов межи дівчат посестри,&lt;br /&gt;</w:t>
        <w:br/>
        <w:t>а надибав вілу білу в горах,&lt;br /&gt;</w:t>
        <w:br/>
        <w:t>вілу білу з поглядом урочим,&lt;br /&gt;</w:t>
        <w:br/>
        <w:t>обмінявся з нею пірначами,&lt;br /&gt;</w:t>
        <w:br/>
        <w:t>цілував її в обличчя біле,&lt;br /&gt;</w:t>
        <w:br/>
        <w:t>стиснув руку і назвав: "посестро",&lt;br /&gt;</w:t>
        <w:br/>
        <w:t>а вона його: "мій побратиме",&lt;br /&gt;</w:t>
        <w:br/>
        <w:t>та й помчали вкупі геть у гори.&lt;br /&gt;</w:t>
        <w:br/>
        <w:t>Їдуть поруч по горі зеленій,&lt;br /&gt;</w:t>
        <w:br/>
        <w:t>і говорить побратим посестрі:&lt;br /&gt;</w:t>
        <w:br/>
        <w:t>"Віло біла, любая посестро,&lt;br /&gt;</w:t>
        <w:br/>
        <w:t>чи ти бачиш, як чорніє долом?&lt;br /&gt;</w:t>
        <w:br/>
        <w:t>Чи то галич налетіла чорна,&lt;br /&gt;</w:t>
        <w:br/>
        <w:t>чи то гору турки обступили?"&lt;br /&gt;</w:t>
        <w:br/>
        <w:t>– "Побратиме, то не чорна галич,&lt;br /&gt;</w:t>
        <w:br/>
        <w:t>тільки турки гору облягають,&lt;br /&gt;</w:t>
        <w:br/>
        <w:t>облягають, хмарою поймають,&lt;br /&gt;</w:t>
        <w:br/>
        <w:t>хутко нас вони обступлять колом".&lt;br /&gt;</w:t>
        <w:br/>
        <w:t>– "Віло біла, любая посестро,&lt;br /&gt;</w:t>
        <w:br/>
        <w:t>утікай, поки здорова, звідси,&lt;br /&gt;</w:t>
        <w:br/>
        <w:t>в тебе кінь крилатий, чарівницький, –&lt;br /&gt;</w:t>
        <w:br/>
        <w:t>як майне, то не збіжать і турки&lt;br /&gt;</w:t>
        <w:br/>
        <w:t>на своїх арабських виноходцях".&lt;br /&gt;</w:t>
        <w:br/>
        <w:t>– "Бійся бога, милий побратиме!&lt;br /&gt;</w:t>
        <w:br/>
        <w:t>Що за слово ти оце промовив?&lt;br /&gt;</w:t>
        <w:br/>
        <w:t>Чи на те ж браталась я з тобою,&lt;br /&gt;</w:t>
        <w:br/>
        <w:t>аби мала так ганебно зрадить?&lt;br /&gt;</w:t>
        <w:br/>
        <w:t>Коли хочеш, утікаймо вкупі, –&lt;br /&gt;</w:t>
        <w:br/>
        <w:t>дужий кінь мій нас обох врятує".&lt;br /&gt;</w:t>
        <w:br/>
        <w:t>Згорда мовив побратим на теє:&lt;br /&gt;</w:t>
        <w:br/>
        <w:t>"Не подоба лицарю втікати!"&lt;br /&gt;</w:t>
        <w:br/>
        <w:t>Вже ж на те не обізвалась віла,&lt;br /&gt;</w:t>
        <w:br/>
        <w:t>лиш коневі крила буйні в’яже,&lt;br /&gt;</w:t>
        <w:br/>
        <w:t>щоб не здумав сам майнути вгору,&lt;br /&gt;</w:t>
        <w:br/>
        <w:t>потім в’яже поводи докупи,&lt;br /&gt;</w:t>
        <w:br/>
        <w:t>аби коні врозтіч не розбіглись:&lt;br /&gt;</w:t>
        <w:br/>
        <w:t>"Се ж я наші долі поєднала".&lt;br /&gt;</w:t>
        <w:br/>
        <w:t>Побратим іще її вмовляє:&lt;br /&gt;</w:t>
        <w:br/>
        <w:t>"Віло біла, любая посестро,&lt;br /&gt;</w:t>
        <w:br/>
        <w:t>хоч у тебе розум чарівницький,&lt;br /&gt;</w:t>
        <w:br/>
        <w:t>але в тебе все ж дівоче серце, –&lt;br /&gt;</w:t>
        <w:br/>
        <w:t>як обступлять вороги тісненько,&lt;br /&gt;</w:t>
        <w:br/>
        <w:t>то коли б ти, сестро, не злякалась".&lt;br /&gt;</w:t>
        <w:br/>
        <w:t>Не сказала віла біла й слова,&lt;br /&gt;</w:t>
        <w:br/>
        <w:t>тільки погляд кинула урочий,&lt;br /&gt;</w:t>
        <w:br/>
        <w:t>наче той пірнач блискучий, гострий.&lt;br /&gt;</w:t>
        <w:br/>
        <w:t>Ще хотів юнак їй щось промовить,&lt;br /&gt;</w:t>
        <w:br/>
        <w:t>та навколо турки обступили,&lt;br /&gt;</w:t>
        <w:br/>
        <w:t>заячали, наче хижі круки,&lt;br /&gt;</w:t>
        <w:br/>
        <w:t>зайняли посестру й побратима,&lt;br /&gt;</w:t>
        <w:br/>
        <w:t>хочуть їм назад в’язати руки,&lt;br /&gt;</w:t>
        <w:br/>
        <w:t>та в ясир забрати молоденьких,&lt;br /&gt;</w:t>
        <w:br/>
        <w:t>але ті, немов орли завзяті,&lt;br /&gt;</w:t>
        <w:br/>
        <w:t>не даються ворогам в неволю,&lt;br /&gt;</w:t>
        <w:br/>
        <w:t>хоч і знають, що не вборонитись,&lt;br /&gt;</w:t>
        <w:br/>
        <w:t>не хотять зганьбити ясну зброю.&lt;br /&gt;</w:t>
        <w:br/>
        <w:t>Скарай, боже, злого яничара!&lt;br /&gt;</w:t>
        <w:br/>
        <w:t>Перебив коню на крилах пута.&lt;br /&gt;</w:t>
        <w:br/>
        <w:t>Вілин кінь почув, що крила вільні, –&lt;br /&gt;</w:t>
        <w:br/>
        <w:t>як шарпнеться, як майне угору,&lt;br /&gt;</w:t>
        <w:br/>
        <w:t>перервав і поводи шовкові&lt;br /&gt;</w:t>
        <w:br/>
        <w:t>та й злетів із вілою під хмару.&lt;br /&gt;</w:t>
        <w:br/>
        <w:t>Тут закляв юнак свою посестру:&lt;br /&gt;</w:t>
        <w:br/>
        <w:t>"Скарай, боже, тебе, віло біла,&lt;br /&gt;</w:t>
        <w:br/>
        <w:t>що зламала ти братерське слово!&lt;br /&gt;</w:t>
        <w:br/>
        <w:t>Щоб і той не мав довіку щастя,&lt;br /&gt;</w:t>
        <w:br/>
        <w:t>хто коли збратається з тобою!"&lt;br /&gt;</w:t>
        <w:br/>
        <w:t>Кинув геть юнак пірнач злотистий&lt;br /&gt;</w:t>
        <w:br/>
        <w:t>і зломив надвоє гостру шаблю:&lt;br /&gt;</w:t>
        <w:br/>
        <w:t>"Гинь ти, зброє, коли гине щирість!.."&lt;br /&gt;</w:t>
        <w:br/>
        <w:t>Бачить віла згубу побратима,&lt;br /&gt;</w:t>
        <w:br/>
        <w:t>вділ спадає, наче стрілка з луку,&lt;br /&gt;</w:t>
        <w:br/>
        <w:t>та, на лихо, не на гору впала,&lt;br /&gt;</w:t>
        <w:br/>
        <w:t>а в долину, на зелену сосну,&lt;br /&gt;</w:t>
        <w:br/>
        <w:t>зачепилась там завоєм білим,&lt;br /&gt;</w:t>
        <w:br/>
        <w:t>наче хмарка, що сплила з верхів’я.&lt;br /&gt;</w:t>
        <w:br/>
        <w:t>Добува блискучу шаблю віла,&lt;br /&gt;</w:t>
        <w:br/>
        <w:t>обтинає білую намітку,&lt;br /&gt;</w:t>
        <w:br/>
        <w:t>наче сарна, кидається вгору&lt;br /&gt;</w:t>
        <w:br/>
        <w:t>до свого юнака-побратима.&lt;br /&gt;</w:t>
        <w:br/>
        <w:t>Добіга до полонини віла…&lt;br /&gt;</w:t>
        <w:br/>
        <w:t>Леле, боже! Там нема ні духу,&lt;br /&gt;</w:t>
        <w:br/>
        <w:t>тільки чорна вся трава від крові.&lt;br /&gt;</w:t>
        <w:br/>
        <w:t>Гляне віла: кручі та узгір’я,&lt;br /&gt;</w:t>
        <w:br/>
        <w:t>та кудою турки подалися?&lt;br /&gt;</w:t>
        <w:br/>
        <w:t>Де вони поділи побратима?&lt;br /&gt;</w:t>
        <w:br/>
        <w:t>Чи живий він, чи пішов до бога?&lt;br /&gt;</w:t>
        <w:br/>
        <w:t>Заридала, загукала віла:&lt;br /&gt;</w:t>
        <w:br/>
        <w:t>"Гей ти, коню, ти, маро крилата!&lt;br /&gt;</w:t>
        <w:br/>
        <w:t>Де ти там під хмарами ганяєш?&lt;br /&gt;</w:t>
        <w:br/>
        <w:t>Через тебе побратим загинув,&lt;br /&gt;</w:t>
        <w:br/>
        <w:t>поможи ж мені знайти хоч трупа!"&lt;br /&gt;</w:t>
        <w:br/>
        <w:t>Кличе віла, і гукає, й свище, –&lt;br /&gt;</w:t>
        <w:br/>
        <w:t>по долинах люди кажуть: "Буря!"&lt;br /&gt;</w:t>
        <w:br/>
        <w:t>Кличе віла, а сама блукає&lt;br /&gt;</w:t>
        <w:br/>
        <w:t>по узгір’ях, загляда в безодні&lt;br /&gt;</w:t>
        <w:br/>
        <w:t>та шукає свого побратима.&lt;br /&gt;</w:t>
        <w:br/>
        <w:t>Потьмарився віщий розум з туги,&lt;br /&gt;</w:t>
        <w:br/>
        <w:t>і померк урочий погляд з горя, –&lt;br /&gt;</w:t>
        <w:br/>
        <w:t>не пізнати, що то віла біла.&lt;br /&gt;</w:t>
        <w:br/>
        <w:t>Так не день, не два вона блукала,&lt;br /&gt;</w:t>
        <w:br/>
        <w:t>викликала огиря з-під хмари,&lt;br /&gt;</w:t>
        <w:br/>
        <w:t>аж нарешті кінь почув той посвист,&lt;br /&gt;</w:t>
        <w:br/>
        <w:t>прилетів з просторів невідомих,&lt;br /&gt;</w:t>
        <w:br/>
        <w:t>впав додолу, мов гаряча куля.&lt;br /&gt;</w:t>
        <w:br/>
        <w:t>Закипіло серце вілі білій:&lt;br /&gt;</w:t>
        <w:br/>
        <w:t>"Ой ти, коню, ти, проклята зрадо!&lt;br /&gt;</w:t>
        <w:br/>
        <w:t>хоч би я могла тебе убити,&lt;br /&gt;</w:t>
        <w:br/>
        <w:t>все б мені на серці легше стало!.."&lt;br /&gt;</w:t>
        <w:br/>
        <w:t>Обізвався віщий кінь до віли:&lt;br /&gt;</w:t>
        <w:br/>
        <w:t>"Не клени, кохана господине,&lt;br /&gt;</w:t>
        <w:br/>
        <w:t>Якби я тебе не виніс в небо,&lt;br /&gt;</w:t>
        <w:br/>
        <w:t>ви б дістались у полон обоє.&lt;br /&gt;</w:t>
        <w:br/>
        <w:t>Не на те ж ти вілою вдалася,&lt;br /&gt;</w:t>
        <w:br/>
        <w:t>щоб тебе в’язали людські руки!"&lt;br /&gt;</w:t>
        <w:br/>
        <w:t>Мовчки віла огиря сідлає,&lt;br /&gt;</w:t>
        <w:br/>
        <w:t>а на серці мов гадюка в’ється.&lt;br /&gt;</w:t>
        <w:br/>
        <w:t>Віщий кінь словами промовляє,&lt;br /&gt;</w:t>
        <w:br/>
        <w:t>потішає господиню любу:&lt;br /&gt;</w:t>
        <w:br/>
        <w:t>"Не журися, люба господине,&lt;br /&gt;</w:t>
        <w:br/>
        <w:t>не журися, в тугу не вдавайся,&lt;br /&gt;</w:t>
        <w:br/>
        <w:t>ми знайдемо твого побратима,&lt;br /&gt;</w:t>
        <w:br/>
        <w:t>як живий він, ти його врятуєш,&lt;br /&gt;</w:t>
        <w:br/>
        <w:t>а як мертвий – чесно поховаєш,&lt;br /&gt;</w:t>
        <w:br/>
        <w:t>та й не буде межи вами зради!"&lt;br /&gt;</w:t>
        <w:br/>
        <w:t>Мовчки віла на коня сідає&lt;br /&gt;</w:t>
        <w:br/>
        <w:t>і пуска уздечку геть на вітер.&lt;br /&gt;</w:t>
        <w:br/>
        <w:t>Кинувсь огир, наче віща птиця,&lt;br /&gt;</w:t>
        <w:br/>
        <w:t>де гора – орлом перелітає,&lt;br /&gt;</w:t>
        <w:br/>
        <w:t>кида в кручу погляд соколиний,&lt;br /&gt;</w:t>
        <w:br/>
        <w:t>по долинах ластівкою в’ється,&lt;br /&gt;</w:t>
        <w:br/>
        <w:t>понад містом проліта совою,&lt;br /&gt;</w:t>
        <w:br/>
        <w:t>темну ніч пройма вогненним зором.&lt;br /&gt;</w:t>
        <w:br/>
        <w:t>Так літали три дні і три ночі&lt;br /&gt;</w:t>
        <w:br/>
        <w:t>та й спинились у Стамбулі-місті.&lt;br /&gt;</w:t>
        <w:br/>
        <w:t>Перебралась віла за туркеню,&lt;br /&gt;</w:t>
        <w:br/>
        <w:t>в просту одіж, мов яка селянка,&lt;br /&gt;</w:t>
        <w:br/>
        <w:t>ходять скрізь по вулицях, майданах,&lt;br /&gt;</w:t>
        <w:br/>
        <w:t>де стоять невільники на продаж.&lt;br /&gt;</w:t>
        <w:br/>
        <w:t>Є багато всякого юнацтва,&lt;br /&gt;</w:t>
        <w:br/>
        <w:t>та немає побратима віли.&lt;br /&gt;</w:t>
        <w:br/>
        <w:t>У султана білії палати,&lt;br /&gt;</w:t>
        <w:br/>
        <w:t>а під ними чорнії темниці,&lt;br /&gt;</w:t>
        <w:br/>
        <w:t>там сидять в неволі бідні бранці,&lt;br /&gt;</w:t>
        <w:br/>
        <w:t>світу-сонця не видають в очі.&lt;br /&gt;</w:t>
        <w:br/>
        <w:t>Тільки ніч покриє всі дороги,&lt;br /&gt;</w:t>
        <w:br/>
        <w:t>віла йде попід темничні мури,&lt;br /&gt;</w:t>
        <w:br/>
        <w:t>напускає туману на варту,&lt;br /&gt;</w:t>
        <w:br/>
        <w:t>насилає сон твердий на неї,&lt;br /&gt;</w:t>
        <w:br/>
        <w:t>приникає вухом скрізь до мурів,&lt;br /&gt;</w:t>
        <w:br/>
        <w:t>наслухає, чи не чути гуку.&lt;br /&gt;</w:t>
        <w:br/>
        <w:t>Віщий слух у віли-чарівниці,&lt;br /&gt;</w:t>
        <w:br/>
        <w:t>та мовчить темниця, як могила.&lt;br /&gt;</w:t>
        <w:br/>
        <w:t>Аж на третю ніч почула віла,&lt;br /&gt;</w:t>
        <w:br/>
        <w:t>як хтось тяжко застогнав за муром:&lt;br /&gt;</w:t>
        <w:br/>
        <w:t>"Скарай, боже, тую вілу білу!.."&lt;br /&gt;</w:t>
        <w:br/>
        <w:t>Як почула те стогнання віла:&lt;br /&gt;</w:t>
        <w:br/>
        <w:t>"Ох і леле! Голос побратима!"&lt;br /&gt;</w:t>
        <w:br/>
        <w:t>Добуває віла запоясник,&lt;br /&gt;</w:t>
        <w:br/>
        <w:t>мур довбає, твердий камінь креше,&lt;br /&gt;</w:t>
        <w:br/>
        <w:t>пробиває шпарочку вузеньку,&lt;br /&gt;</w:t>
        <w:br/>
        <w:t>подає до побратима голос:&lt;br /&gt;</w:t>
        <w:br/>
        <w:t>"Не клени мене, коханий брате,&lt;br /&gt;</w:t>
        <w:br/>
        <w:t>Згляньсь на бога й на святого Йвана!&lt;br /&gt;</w:t>
        <w:br/>
        <w:t>Я ж тебе не зрадила, єдиний,&lt;br /&gt;</w:t>
        <w:br/>
        <w:t>зрадив нас обох мій кінь крилатий.&lt;br /&gt;</w:t>
        <w:br/>
        <w:t>Розрубав на крилах пута ворог –&lt;br /&gt;</w:t>
        <w:br/>
        <w:t>кінь шугнув зо мною попід хмару.&lt;br /&gt;</w:t>
        <w:br/>
        <w:t>Свідчусь богом – я того не хтіла!&lt;br /&gt;</w:t>
        <w:br/>
        <w:t>Ось я тут стою коло темниці,&lt;br /&gt;</w:t>
        <w:br/>
        <w:t>я прийшла тебе порятувати".&lt;br /&gt;</w:t>
        <w:br/>
        <w:t>Обізвався побратим до віли:&lt;br /&gt;</w:t>
        <w:br/>
        <w:t>"Щира дяка, любая посестро,&lt;br /&gt;</w:t>
        <w:br/>
        <w:t>що прийшла мене порятувати.&lt;br /&gt;</w:t>
        <w:br/>
        <w:t>Шкода тільки – вибралась пізненько,&lt;br /&gt;</w:t>
        <w:br/>
        <w:t>десь для турків довго чепурилась…"&lt;br /&gt;</w:t>
        <w:br/>
        <w:t>Облилося кров’ю серце вілі:&lt;br /&gt;</w:t>
        <w:br/>
        <w:t>"Побратиме, згляньсь на божу ласку!&lt;br /&gt;</w:t>
        <w:br/>
        <w:t>Якби ти мене тепер побачив,&lt;br /&gt;</w:t>
        <w:br/>
        <w:t>не сказав би – віла чепурилась…"&lt;br /&gt;</w:t>
        <w:br/>
        <w:t>Тут лагідно бранець їй промовив:&lt;br /&gt;</w:t>
        <w:br/>
        <w:t>"Помирімось, любая посестро, –&lt;br /&gt;</w:t>
        <w:br/>
        <w:t>що минуло, того не вернути,&lt;br /&gt;</w:t>
        <w:br/>
        <w:t>а мене вже ти не порятуєш.&lt;br /&gt;</w:t>
        <w:br/>
        <w:t>От спасибі, шпарку прорубала,&lt;br /&gt;</w:t>
        <w:br/>
        <w:t>хоч побачу промінь у темниці,&lt;br /&gt;</w:t>
        <w:br/>
        <w:t>поки бог до себе прийме душу.&lt;br /&gt;</w:t>
        <w:br/>
        <w:t>Ох, коли б вже він прийняв скоріше!&lt;br /&gt;</w:t>
        <w:br/>
        <w:t>Десь про мене тут і смерть забула!.."&lt;br /&gt;</w:t>
        <w:br/>
        <w:t>Знов до нього віла промовляє:&lt;br /&gt;</w:t>
        <w:br/>
        <w:t>"Не кажи так, милий побратиме,&lt;br /&gt;</w:t>
        <w:br/>
        <w:t>бо живий живе гадати мусить.&lt;br /&gt;</w:t>
        <w:br/>
        <w:t>Варта спить, на вулицях безлюдно.&lt;br /&gt;</w:t>
        <w:br/>
        <w:t>Я віконце ширше прорубаю,&lt;br /&gt;</w:t>
        <w:br/>
        <w:t>я спущу тобі намітку білу,&lt;br /&gt;</w:t>
        <w:br/>
        <w:t>ти по ній дістанешся до мене.&lt;br /&gt;</w:t>
        <w:br/>
        <w:t>Тільки свисну – миттю кінь прилине.&lt;br /&gt;</w:t>
        <w:br/>
        <w:t>За хвилину ми вже в горах будем!"&lt;br /&gt;</w:t>
        <w:br/>
        <w:t>Обізвався побратим до віли,&lt;br /&gt;</w:t>
        <w:br/>
        <w:t>промовляє, мов ножами крає:&lt;br /&gt;</w:t>
        <w:br/>
        <w:t>"Що минуло, те вже не вернеться,&lt;br /&gt;</w:t>
        <w:br/>
        <w:t>бо нема для мене волі й в горах.&lt;br /&gt;</w:t>
        <w:br/>
        <w:t>Вже мені сириця тіло з’їла,&lt;br /&gt;</w:t>
        <w:br/>
        <w:t>а залізо кості перегризло,&lt;br /&gt;</w:t>
        <w:br/>
        <w:t>а темниця очі помутила,&lt;br /&gt;</w:t>
        <w:br/>
        <w:t>горде серце висушив той сором,&lt;br /&gt;</w:t>
        <w:br/>
        <w:t>що зламав я сам почесну зброю&lt;br /&gt;</w:t>
        <w:br/>
        <w:t>і живим до рук дістався туркам.&lt;br /&gt;</w:t>
        <w:br/>
        <w:t>Вже мені тепер життя немиле,&lt;br /&gt;</w:t>
        <w:br/>
        <w:t>чи в темниці, чи на вільній волі".&lt;br /&gt;</w:t>
        <w:br/>
        <w:t>Ще до нього віла промовляє,&lt;br /&gt;</w:t>
        <w:br/>
        <w:t>ще востаннє заклинає богом:&lt;br /&gt;</w:t>
        <w:br/>
        <w:t>"Я сама спущуся у темницю,&lt;br /&gt;</w:t>
        <w:br/>
        <w:t>я таки тебе врятую звідти.&lt;br /&gt;</w:t>
        <w:br/>
        <w:t>Аби нам дістатися у гори,&lt;br /&gt;</w:t>
        <w:br/>
        <w:t>я тебе там вигою, мій брате,&lt;br /&gt;</w:t>
        <w:br/>
        <w:t>я ж недарма віла-чарівниця –&lt;br /&gt;</w:t>
        <w:br/>
        <w:t>вмію гоїть всі юнацькі рани".&lt;br /&gt;</w:t>
        <w:br/>
        <w:t>Та на теє побратим до віли&lt;br /&gt;</w:t>
        <w:br/>
        <w:t>не говорить, тільки словом стогне:&lt;br /&gt;</w:t>
        <w:br/>
        <w:t>"Шкода праці, любая посестро!&lt;br /&gt;</w:t>
        <w:br/>
        <w:t>не з юнацьких ран я погибаю.&lt;br /&gt;</w:t>
        <w:br/>
        <w:t>Хоч іди поглянь сама на мене,&lt;br /&gt;</w:t>
        <w:br/>
        <w:t>то й рука не здійметься, щоб гоїть.&lt;br /&gt;</w:t>
        <w:br/>
        <w:t>Якщо ти мені посестра вірна,&lt;br /&gt;</w:t>
        <w:br/>
        <w:t>то зроби остатнюю послугу:&lt;br /&gt;</w:t>
        <w:br/>
        <w:t>одбери мені життя, чим хочеш,&lt;br /&gt;</w:t>
        <w:br/>
        <w:t>аби то була почесна зброя,&lt;br /&gt;</w:t>
        <w:br/>
        <w:t>поховай десь тіло се стражденне,&lt;br /&gt;</w:t>
        <w:br/>
        <w:t>щоб над ним злий ворог не знущався.&lt;br /&gt;</w:t>
        <w:br/>
        <w:t>Коли ти мені сього не вчиниш,&lt;br /&gt;</w:t>
        <w:br/>
        <w:t>то таки зрадливе в тебе серце".&lt;br /&gt;</w:t>
        <w:br/>
        <w:t>Заридала, затужила віла,&lt;br /&gt;</w:t>
        <w:br/>
        <w:t>закувала, як зозуля сива:&lt;br /&gt;</w:t>
        <w:br/>
        <w:t>"Що ти кажеш, побратиме любий?&lt;br /&gt;</w:t>
        <w:br/>
        <w:t>Чи рука ж моя на те зведеться?"&lt;br /&gt;</w:t>
        <w:br/>
        <w:t>Тут озвався побратим до бога:&lt;br /&gt;</w:t>
        <w:br/>
        <w:t>"За що, боже, покарав так тяжко,&lt;br /&gt;</w:t>
        <w:br/>
        <w:t>що не дав юнака-побратима,&lt;br /&gt;</w:t>
        <w:br/>
        <w:t>а судив посестру – сюю вілу?&lt;br /&gt;</w:t>
        <w:br/>
        <w:t>От тепер я помочі не маю,&lt;br /&gt;</w:t>
        <w:br/>
        <w:t>тільки маю жалощі дівочі,&lt;br /&gt;</w:t>
        <w:br/>
        <w:t>чи й без них мені не досить жалю?.."&lt;br /&gt;</w:t>
        <w:br/>
        <w:t>Вже не мовила ні слова віла,&lt;br /&gt;</w:t>
        <w:br/>
        <w:t>лиш махнула білим завивалом.&lt;br /&gt;</w:t>
        <w:br/>
        <w:t>Спалахнула ясна блискавиця,&lt;br /&gt;</w:t>
        <w:br/>
        <w:t>посліпила всю турецьку варту,&lt;br /&gt;</w:t>
        <w:br/>
        <w:t>пропалила всі темничні двері,&lt;br /&gt;</w:t>
        <w:br/>
        <w:t>просвітила вілі шлях до брата.&lt;br /&gt;</w:t>
        <w:br/>
        <w:t>Тільки раз поглянула на брата&lt;br /&gt;</w:t>
        <w:br/>
        <w:t>віла біла – і замерло серце.&lt;br /&gt;</w:t>
        <w:br/>
        <w:t>Не юнак лежав там молоденький,&lt;br /&gt;</w:t>
        <w:br/>
        <w:t>тільки дід старий, як голуб сивий,&lt;br /&gt;</w:t>
        <w:br/>
        <w:t>весь потертий сировим ремінням,&lt;br /&gt;</w:t>
        <w:br/>
        <w:t>а крізь рани жовті кості світять.&lt;br /&gt;</w:t>
        <w:br/>
        <w:t>Він не встав назустріч вілі білій,&lt;br /&gt;</w:t>
        <w:br/>
        <w:t>тільки стиха брязнув кайданами.&lt;br /&gt;</w:t>
        <w:br/>
        <w:t>Знов махнула віла завивалом,&lt;br /&gt;</w:t>
        <w:br/>
        <w:t>освітила ясно всю темницю.&lt;br /&gt;</w:t>
        <w:br/>
        <w:t>"Ось я тут, поглянь на мене, брате!"&lt;br /&gt;</w:t>
        <w:br/>
        <w:t>Обізвався бранець ледве чутно:&lt;br /&gt;</w:t>
        <w:br/>
        <w:t>"Не добачу: потьмарились очі…"&lt;br /&gt;</w:t>
        <w:br/>
        <w:t>І здавила груди віла біла,&lt;br /&gt;</w:t>
        <w:br/>
        <w:t>щоб не трісло серце з туги-жалю,&lt;br /&gt;</w:t>
        <w:br/>
        <w:t>не могла здобутися на слово,&lt;br /&gt;</w:t>
        <w:br/>
        <w:t>тільки ледве здобулась на посвист,&lt;br /&gt;</w:t>
        <w:br/>
        <w:t>щоб коня прикликати до себе,&lt;br /&gt;</w:t>
        <w:br/>
        <w:t>миттю кінь почув той тихий посвист –&lt;br /&gt;</w:t>
        <w:br/>
        <w:t>ось він вже на брамі камінь креше.&lt;br /&gt;</w:t>
        <w:br/>
        <w:t>Узяла на руки віла в’язня,&lt;br /&gt;</w:t>
        <w:br/>
        <w:t>садовить в сідло поперед себе,&lt;br /&gt;</w:t>
        <w:br/>
        <w:t>побратим же не сидить, як лицар,&lt;br /&gt;</w:t>
        <w:br/>
        <w:t>а тремтить і гнеться, як дитина,&lt;br /&gt;</w:t>
        <w:br/>
        <w:t>і квилить, і стогне, й вілу просить:&lt;br /&gt;</w:t>
        <w:br/>
        <w:t>"Не неси мене високо, сестро;&lt;br /&gt;</w:t>
        <w:br/>
        <w:t>серце мліє, моторошно, жаско…&lt;br /&gt;</w:t>
        <w:br/>
        <w:t>Ох, лиши мене в темниці краще!"&lt;br /&gt;</w:t>
        <w:br/>
        <w:t>Стиха, стиха віла промовляє,&lt;br /&gt;</w:t>
        <w:br/>
        <w:t>мов з-під каміння виходить голос:&lt;br /&gt;</w:t>
        <w:br/>
        <w:t>"Прихились до мене, побратиме,&lt;br /&gt;</w:t>
        <w:br/>
        <w:t>я тебе піддержу, ти не бійся".&lt;br /&gt;</w:t>
        <w:br/>
        <w:t>Обняла посестра побратима,&lt;br /&gt;</w:t>
        <w:br/>
        <w:t>тож лівиця щільно пригортає,&lt;br /&gt;</w:t>
        <w:br/>
        <w:t>а в правиці запоясник блиснув,&lt;br /&gt;</w:t>
        <w:br/>
        <w:t>та й убився так глибоко в серце,&lt;br /&gt;</w:t>
        <w:br/>
        <w:t>що порвав би два життя одразу,&lt;br /&gt;</w:t>
        <w:br/>
        <w:t>якби віла смертною вдалася.&lt;br /&gt;</w:t>
        <w:br/>
        <w:t>Але віла при житті зосталась,&lt;br /&gt;</w:t>
        <w:br/>
        <w:t>тільки серце кров’ю обкипіло.&lt;br /&gt;</w:t>
        <w:br/>
        <w:t>Кінь крилатий кров почув гарячу,&lt;br /&gt;</w:t>
        <w:br/>
        <w:t>знявся вгору, мов кривава іскра,&lt;br /&gt;</w:t>
        <w:br/>
        <w:t>і помчав далеко, в дикі гори,&lt;br /&gt;</w:t>
        <w:br/>
        <w:t>та й спинився там на полонині,&lt;br /&gt;</w:t>
        <w:br/>
        <w:t>став копати суходіл копитом,&lt;br /&gt;</w:t>
        <w:br/>
        <w:t>за хвилину вибив чорну яму.&lt;br /&gt;</w:t>
        <w:br/>
        <w:t>Тут з коня зіходить віла біла&lt;br /&gt;</w:t>
        <w:br/>
        <w:t>і здіймає свого побратима,&lt;br /&gt;</w:t>
        <w:br/>
        <w:t>завиває у намітку білу&lt;br /&gt;</w:t>
        <w:br/>
        <w:t>і кладе на вічний сон у яму.&lt;br /&gt;</w:t>
        <w:br/>
        <w:t>Ще ж із ним ховає запоясник,&lt;br /&gt;</w:t>
        <w:br/>
        <w:t>щоб не йшов на той світ безоружним.&lt;br /&gt;</w:t>
        <w:br/>
        <w:t>У приполі чорну землю носить,&lt;br /&gt;</w:t>
        <w:br/>
        <w:t>насипа могилу якнайвище,&lt;br /&gt;</w:t>
        <w:br/>
        <w:t>аж гора до неба стала ближча.&lt;br /&gt;</w:t>
        <w:br/>
        <w:t>Поховала віла побратима,&lt;br /&gt;</w:t>
        <w:br/>
        <w:t>сіла-впала на коня й гукнула:&lt;br /&gt;</w:t>
        <w:br/>
        <w:t>"Ой неси мене, неси в простори!&lt;br /&gt;</w:t>
        <w:br/>
        <w:t>Туга давить, серцю тісно в грудях!"&lt;br /&gt;</w:t>
        <w:br/>
        <w:t>Кінь злетів високо аж за хмари –&lt;br /&gt;</w:t>
        <w:br/>
        <w:t>хоче дать простору господині.&lt;br /&gt;</w:t>
        <w:br/>
        <w:t>Погребовий спів заводить віла –&lt;br /&gt;</w:t>
        <w:br/>
        <w:t>люди кажуть: "Грім весняний чутно",&lt;br /&gt;</w:t>
        <w:br/>
        <w:t>Сльози ронить віла в лютім горі –&lt;br /&gt;</w:t>
        <w:br/>
        <w:t>люди кажуть: "Се весняний дощик".&lt;br /&gt;</w:t>
        <w:br/>
        <w:t>Ходять в горах світляні веселки,&lt;br /&gt;</w:t>
        <w:br/>
        <w:t>по долинах оживають ріки,&lt;br /&gt;</w:t>
        <w:br/>
        <w:t>в полонинах трави ярі сходять,&lt;br /&gt;</w:t>
        <w:br/>
        <w:t>і велика понадхмарна туга&lt;br /&gt;</w:t>
        <w:br/>
        <w:t>нам на землю радістю спадає.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Віла-посестра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