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Вірші з роману "Аліса в Країні Чудес"</w:t>
      </w:r>
    </w:p>
    <w:p>
      <w:r>
        <w:br/>
        <w:t xml:space="preserve"> Вірші з роману "Аліса в Країні Чудес"&lt;br /&gt;</w:t>
        <w:br/>
        <w:t>Переклад Миколи Лукаша</w:t>
      </w:r>
    </w:p>
    <w:p>
      <w:r>
        <w:br/>
        <w:t>* * *&lt;br /&gt;</w:t>
        <w:br/>
        <w:t>Хороший крокодилонько,&lt;br /&gt;</w:t>
        <w:br/>
        <w:t>Скачавшися в піску,&lt;br /&gt;</w:t>
        <w:br/>
        <w:t>Пірнає в чисту хвиленьку,&lt;br /&gt;</w:t>
        <w:br/>
        <w:t>Споліскує луску.&lt;br /&gt;</w:t>
        <w:br/>
        <w:t>Як він покаже зубоньки,&lt;br /&gt;</w:t>
        <w:br/>
        <w:t>Привітно сміючись,&lt;br /&gt;</w:t>
        <w:br/>
        <w:t>То рибоньки-голубоньки&lt;br /&gt;</w:t>
        <w:br/>
        <w:t>Самі у рот плись-плись!</w:t>
      </w:r>
    </w:p>
    <w:p>
      <w:r>
        <w:br/>
        <w:t>* * *&lt;br /&gt;</w:t>
        <w:br/>
        <w:t>Стрів Бровко мишку в хаті&lt;br /&gt;</w:t>
        <w:br/>
        <w:t>I почав їй казати:&lt;br /&gt;</w:t>
        <w:br/>
        <w:t>"Я тебе позиваю,&lt;br /&gt;</w:t>
        <w:br/>
        <w:t>Ходім, мишко, на суд.&lt;br /&gt;</w:t>
        <w:br/>
        <w:t>Відкладать не годиться,&lt;br /&gt;</w:t>
        <w:br/>
        <w:t>Будем нині судиться,&lt;br /&gt;</w:t>
        <w:br/>
        <w:t>Бо на мене з безділля&lt;br /&gt;</w:t>
        <w:br/>
        <w:t>Напав уже нуд".&lt;br /&gt;</w:t>
        <w:br/>
        <w:t>Каже мишка Бровкові:&lt;br /&gt;</w:t>
        <w:br/>
        <w:t>"Що за суд безтолковий —&lt;br /&gt;</w:t>
        <w:br/>
        <w:t>Ні судді, ні підсудка&lt;br /&gt;</w:t>
        <w:br/>
        <w:t>Ми не знайдемо тут".&lt;br /&gt;</w:t>
        <w:br/>
        <w:t>"Сам я буду, мишутко,&lt;br /&gt;</w:t>
        <w:br/>
        <w:t>За суддю й за підсудка;&lt;br /&gt;</w:t>
        <w:br/>
        <w:t>Вже і вирок готовий —&lt;br /&gt;</w:t>
        <w:br/>
        <w:t>Тобі буде капут".</w:t>
      </w:r>
    </w:p>
    <w:p>
      <w:r>
        <w:br/>
        <w:t>* * *&lt;br /&gt;</w:t>
        <w:br/>
        <w:t>— Ти старий, любий діду,— сказав молодик,-&lt;br /&gt;</w:t>
        <w:br/>
        <w:t>I волосся у тебе вже сиве,&lt;br /&gt;</w:t>
        <w:br/>
        <w:t>А стоїш вверх ногами й до цього вже звик,-&lt;br /&gt;</w:t>
        <w:br/>
        <w:t>На твій вік це не дуже красиво.</w:t>
      </w:r>
    </w:p>
    <w:p>
      <w:r>
        <w:br/>
        <w:t>— Молодим,— мовив дід,— я боявсь неспроста,&lt;br /&gt;</w:t>
        <w:br/>
        <w:t>Що це може відбитись на мізку,&lt;br /&gt;</w:t>
        <w:br/>
        <w:t>Та моя голова — я вже знаю — пуста,&lt;br /&gt;</w:t>
        <w:br/>
        <w:t>На ній можна стояти без риску.</w:t>
      </w:r>
    </w:p>
    <w:p>
      <w:r>
        <w:br/>
        <w:t>— Ти старий,— знову каже юнак до дідка,-&lt;br /&gt;</w:t>
        <w:br/>
        <w:t>I, нівроку, гладкий, як діжчина,&lt;br /&gt;</w:t>
        <w:br/>
        <w:t>А в переверти йдеш, крутиш хвацько млинка,&lt;br /&gt;</w:t>
        <w:br/>
        <w:t>Ти скажи мені, в чому причина?</w:t>
      </w:r>
    </w:p>
    <w:p>
      <w:r>
        <w:br/>
        <w:t>— Молодим,— мовив дід,— всі суглоби собі&lt;br /&gt;</w:t>
        <w:br/>
        <w:t>Розтирав я чарівною мастю,&lt;br /&gt;</w:t>
        <w:br/>
        <w:t>Коли хочеш — за гроші хороші й тобі&lt;br /&gt;</w:t>
        <w:br/>
        <w:t>Дам коробочку-дві того щастя.</w:t>
      </w:r>
    </w:p>
    <w:p>
      <w:r>
        <w:br/>
        <w:t>— Ти старий, в тебе щелепи наче й слабкі,&lt;br /&gt;</w:t>
        <w:br/>
        <w:t>Не вжувать їм нічого, крім здору,-&lt;br /&gt;</w:t>
        <w:br/>
        <w:t>Та ти гуску з кістками строщив залюбки,&lt;br /&gt;</w:t>
        <w:br/>
        <w:t>Де ти взяв таку силу бадьору?</w:t>
      </w:r>
    </w:p>
    <w:p>
      <w:r>
        <w:br/>
        <w:t>— Молодим,— мовив дід,— я постійно сваривсь&lt;br /&gt;</w:t>
        <w:br/>
        <w:t>Із дружиною в день по три рази,&lt;br /&gt;</w:t>
        <w:br/>
        <w:t>I від того мій рот на весь вік укріпивсь,&lt;br /&gt;</w:t>
        <w:br/>
        <w:t>Мов стальні, мої щелепні м'язи.</w:t>
      </w:r>
    </w:p>
    <w:p>
      <w:r>
        <w:br/>
        <w:t>— Ти старий,— каже хлопець,— і, справа ясна,&lt;br /&gt;</w:t>
        <w:br/>
        <w:t>Твої очі вже добре не бачать,&lt;br /&gt;</w:t>
        <w:br/>
        <w:t>А на кінчику носа ти держиш в'юна;&lt;br /&gt;</w:t>
        <w:br/>
        <w:t>Хто навчив тебе, діду, трюкачить?</w:t>
      </w:r>
    </w:p>
    <w:p>
      <w:r>
        <w:br/>
        <w:t>— Я тобі відповів вже на троє питань,&lt;br /&gt;</w:t>
        <w:br/>
        <w:t>Та дурний все одно не мудрішає.&lt;br /&gt;</w:t>
        <w:br/>
        <w:t>Ти з дурницями, хлопче, від мене відстань,&lt;br /&gt;</w:t>
        <w:br/>
        <w:t>Вимітайся, бо вижену втришия!</w:t>
      </w:r>
    </w:p>
    <w:p>
      <w:r>
        <w:br/>
        <w:t>* * *&lt;br /&gt;</w:t>
        <w:br/>
        <w:t>Бурчи, кричи на немовля,&lt;br /&gt;</w:t>
        <w:br/>
        <w:t>Лупи його, як чхає,&lt;br /&gt;</w:t>
        <w:br/>
        <w:t>Що те чхання нам дошкуля,&lt;br /&gt;</w:t>
        <w:br/>
        <w:t>Маля прекрасно знає...&lt;br /&gt;</w:t>
        <w:br/>
        <w:t>Гу! Гу! Гу!</w:t>
      </w:r>
    </w:p>
    <w:p>
      <w:r>
        <w:br/>
        <w:t>Бурчу, кричу на немовля,&lt;br /&gt;</w:t>
        <w:br/>
        <w:t>Луплю його, як чхає,&lt;br /&gt;</w:t>
        <w:br/>
        <w:t>Ото хай дурня не валя,&lt;br /&gt;</w:t>
        <w:br/>
        <w:t>До перцю привикає!&lt;br /&gt;</w:t>
        <w:br/>
        <w:t>Гу! Гу! Гу!</w:t>
      </w:r>
    </w:p>
    <w:p>
      <w:r>
        <w:br/>
        <w:t>* * *&lt;br /&gt;</w:t>
        <w:br/>
        <w:t>Мигай, мигай, кажанок,&lt;br /&gt;</w:t>
        <w:br/>
        <w:t>Двигай, двигай казанок,&lt;br /&gt;</w:t>
        <w:br/>
        <w:t>Понад нами пролітай,&lt;br /&gt;</w:t>
        <w:br/>
        <w:t>Як сідаєм ми за чай.</w:t>
      </w:r>
    </w:p>
    <w:p>
      <w:r>
        <w:br/>
        <w:t>* * *&lt;br /&gt;</w:t>
        <w:br/>
        <w:t>— Трошки швидше, трошки швидше,— каже равлику тріска,-&lt;br /&gt;</w:t>
        <w:br/>
        <w:t>Бо дельфін іде за нами, дуже ззаду натиска.&lt;br /&gt;</w:t>
        <w:br/>
        <w:t>А омари й черепахи насувають звідусіль,&lt;br /&gt;</w:t>
        <w:br/>
        <w:t>Всі на березі гуляють, всі чекають на кадриль.&lt;br /&gt;</w:t>
        <w:br/>
        <w:t>Чи ти любиш, чи не любиш танцювати кадриль?&lt;br /&gt;</w:t>
        <w:br/>
        <w:t>Чи ти будеш, чи не будеш танцювати кадриль?</w:t>
      </w:r>
    </w:p>
    <w:p>
      <w:r>
        <w:br/>
        <w:t>— Ох же й радощів нам буде, ох же й жару ми дамо!&lt;br /&gt;</w:t>
        <w:br/>
        <w:t>За омарами у море ми й самі полетимо!&lt;br /&gt;</w:t>
        <w:br/>
        <w:t>Равлик каже: — Я боюся мандрувать по волі хвиль,&lt;br /&gt;</w:t>
        <w:br/>
        <w:t>Дуже дякую, рибусю, не для мене ця кадриль!&lt;br /&gt;</w:t>
        <w:br/>
        <w:t>Я не хочу, я не можу танцювати кадриль!&lt;br /&gt;</w:t>
        <w:br/>
        <w:t>Я не хочу, я не можу танцювати кадриль!</w:t>
      </w:r>
    </w:p>
    <w:p>
      <w:r>
        <w:br/>
        <w:t>— Яка не буде хвиля, до берега приб'є,&lt;br /&gt;</w:t>
        <w:br/>
        <w:t>Ти ж знаєш — по тім боці ще другий берег є.&lt;br /&gt;</w:t>
        <w:br/>
        <w:t>Від Англії до Франції по морю двадцять миль,&lt;br /&gt;</w:t>
        <w:br/>
        <w:t>Не бійся, любий равлику, станцюємо кадриль!&lt;br /&gt;</w:t>
        <w:br/>
        <w:t>Чи ти любиш, чи не любиш танцювати кадриль?&lt;br /&gt;</w:t>
        <w:br/>
        <w:t>Чи ти будеш, чи не будеш танцювати кадриль?</w:t>
      </w:r>
    </w:p>
    <w:p>
      <w:r>
        <w:br/>
        <w:t>* * *&lt;br /&gt;</w:t>
        <w:br/>
        <w:t>Обізвався омар: "Хтось мене перепік,&lt;br /&gt;</w:t>
        <w:br/>
        <w:t>Я обсиплюся цукром, щоб сік не потік".&lt;br /&gt;</w:t>
        <w:br/>
        <w:t>I, як качка носок підтягає вуском,&lt;br /&gt;</w:t>
        <w:br/>
        <w:t>Так він п'ятки свої вивертає носком.</w:t>
      </w:r>
    </w:p>
    <w:p>
      <w:r>
        <w:br/>
        <w:t>Враз побачила я, завернувши за ріг,&lt;br /&gt;</w:t>
        <w:br/>
        <w:t>Як рачиха з совою ділили пиріг...</w:t>
      </w:r>
    </w:p>
    <w:p>
      <w:r>
        <w:br/>
        <w:t>* * *&lt;br /&gt;</w:t>
        <w:br/>
        <w:t>Ідіть усі, старі й малі,&lt;br /&gt;</w:t>
        <w:br/>
        <w:t>Вже суп парує на столі.&lt;br /&gt;</w:t>
        <w:br/>
        <w:t>Ну хто тут не оближе губ?&lt;br /&gt;</w:t>
        <w:br/>
        <w:t>Ох же й смачний черепаховий суп,&lt;br /&gt;</w:t>
        <w:br/>
        <w:t>ах, який суп,&lt;br /&gt;</w:t>
        <w:br/>
        <w:t>страх, який суп,-&lt;br /&gt;</w:t>
        <w:br/>
        <w:t>Ох же й смачний черепаховий суп,&lt;br /&gt;</w:t>
        <w:br/>
        <w:t>суп,&lt;br /&gt;</w:t>
        <w:br/>
        <w:t>суп!</w:t>
      </w:r>
    </w:p>
    <w:p>
      <w:r>
        <w:br/>
        <w:t>Ну, що та риба, дичина,&lt;br /&gt;</w:t>
        <w:br/>
        <w:t>Садовина й городина?&lt;br /&gt;</w:t>
        <w:br/>
        <w:t>Мені обід тоді тільки люб,&lt;br /&gt;</w:t>
        <w:br/>
        <w:t>Як є на столі черепаховий суп,&lt;br /&gt;</w:t>
        <w:br/>
        <w:t>ах, який суп,&lt;br /&gt;</w:t>
        <w:br/>
        <w:t>страх, який суп,-&lt;br /&gt;</w:t>
        <w:br/>
        <w:t>Ох же й смачний черепаховий суп,&lt;br /&gt;</w:t>
        <w:br/>
        <w:t>суп,&lt;br /&gt;</w:t>
        <w:br/>
        <w:t>суп!</w:t>
      </w:r>
    </w:p>
    <w:p>
      <w:r>
        <w:br/>
        <w:t>..Черепаховий суп,&lt;br /&gt;</w:t>
        <w:br/>
        <w:t>ах, який суп,&lt;br /&gt;</w:t>
        <w:br/>
        <w:t>страх, який суп...</w:t>
      </w:r>
    </w:p>
    <w:p>
      <w:r>
        <w:br/>
        <w:t>* * *&lt;br /&gt;</w:t>
        <w:br/>
        <w:t>Чирвова Краля в літній день&lt;br /&gt;</w:t>
        <w:br/>
        <w:t>Спекла смачний рулет,&lt;br /&gt;</w:t>
        <w:br/>
        <w:t>Та той рулет, ще й пару котлет&lt;br /&gt;</w:t>
        <w:br/>
        <w:t>Украв Чирвовий Валет!</w:t>
      </w:r>
    </w:p>
    <w:p>
      <w:r>
        <w:br/>
        <w:t>* * *&lt;br /&gt;</w:t>
        <w:br/>
        <w:t>Я знаю від них, що ви в неї були&lt;br /&gt;</w:t>
        <w:br/>
        <w:t>Й сказали про мене йому.&lt;br /&gt;</w:t>
        <w:br/>
        <w:t>Вважає вона, що я гідний хвали,&lt;br /&gt;</w:t>
        <w:br/>
        <w:t>Лиш плавать не вмію чому?</w:t>
      </w:r>
    </w:p>
    <w:p>
      <w:r>
        <w:br/>
        <w:t>Він їм передав, що я не пішов&lt;br /&gt;</w:t>
        <w:br/>
        <w:t>(Так само гадають і в нас):&lt;br /&gt;</w:t>
        <w:br/>
        <w:t>Коли вона справу порушить ізнов,&lt;br /&gt;</w:t>
        <w:br/>
        <w:t>Ніщо не врятує вже вас.</w:t>
      </w:r>
    </w:p>
    <w:p>
      <w:r>
        <w:br/>
        <w:t>Я дав їй один, вона йому два,&lt;br /&gt;</w:t>
        <w:br/>
        <w:t>А ви нам, здається, три,-&lt;br /&gt;</w:t>
        <w:br/>
        <w:t>Всі можуть довести свої права,&lt;br /&gt;</w:t>
        <w:br/>
        <w:t>Все ясно, хитри не хитри.</w:t>
      </w:r>
    </w:p>
    <w:p>
      <w:r>
        <w:br/>
        <w:t>Коли ж доведеться мені чи їй&lt;br /&gt;</w:t>
        <w:br/>
        <w:t>Відповідати за гріх,&lt;br /&gt;</w:t>
        <w:br/>
        <w:t>То він все одно не страчає надій,&lt;br /&gt;</w:t>
        <w:br/>
        <w:t>Що ви не видасте їх.</w:t>
      </w:r>
    </w:p>
    <w:p>
      <w:r>
        <w:br/>
        <w:t>Ще поки на неї той дур не напав,&lt;br /&gt;</w:t>
        <w:br/>
        <w:t>Були ви в понятті моїм&lt;br /&gt;</w:t>
        <w:br/>
        <w:t>Тим муром, який несподівано став&lt;br /&gt;</w:t>
        <w:br/>
        <w:t>Між нами, між ними й між ним.</w:t>
      </w:r>
    </w:p>
    <w:p>
      <w:r>
        <w:br/>
        <w:t>Що їй вони любі — йому не кажіть,&lt;br /&gt;</w:t>
        <w:br/>
        <w:t>Ціну треба знати словам,&lt;br /&gt;</w:t>
        <w:br/>
        <w:t>До вічного віку секрет бережіть,&lt;br /&gt;</w:t>
        <w:br/>
        <w:t>Мені лиш відомий та вам.</w:t>
      </w:r>
    </w:p>
    <w:p>
      <w:r>
        <w:br/>
        <w:t>* * *&lt;br /&gt;</w:t>
        <w:br/>
        <w:t>Був смажень, і швимкі яски&lt;br /&gt;</w:t>
        <w:br/>
        <w:t>Сверли-спіралили в кружві,&lt;br /&gt;</w:t>
        <w:br/>
        <w:t>Пичхали пиршаві псашки&lt;br /&gt;</w:t>
        <w:br/>
        <w:t>I трулі долові.</w:t>
      </w:r>
    </w:p>
    <w:p>
      <w:r>
        <w:br/>
        <w:t>"Мій сину, бійсь Курзу-Верзу,&lt;br /&gt;</w:t>
        <w:br/>
        <w:t>То кусозуб і дряполап!&lt;br /&gt;</w:t>
        <w:br/>
        <w:t>Не знайся з птицею Зу-Зу&lt;br /&gt;</w:t>
        <w:br/>
        <w:t>I велезнем Хап-хап!"</w:t>
      </w:r>
    </w:p>
    <w:p>
      <w:r>
        <w:br/>
        <w:t>Меча-штрича він в руки взяв,&lt;br /&gt;</w:t>
        <w:br/>
        <w:t>Підняв тропив ворожий слід&lt;br /&gt;</w:t>
        <w:br/>
        <w:t>I в смужній думі спочивав&lt;br /&gt;</w:t>
        <w:br/>
        <w:t>Під древом Діодід.</w:t>
      </w:r>
    </w:p>
    <w:p>
      <w:r>
        <w:br/>
        <w:t>Та раптом чує глушний цвист,&lt;br /&gt;</w:t>
        <w:br/>
        <w:t>Кругом немов могонь пашить,&lt;br /&gt;</w:t>
        <w:br/>
        <w:t>В тримучім лісі никне лист —&lt;br /&gt;</w:t>
        <w:br/>
        <w:t>Курзу-Верзу метить!</w:t>
      </w:r>
    </w:p>
    <w:p>
      <w:r>
        <w:br/>
        <w:t>Він раз мечем! Він два штричем!&lt;br /&gt;</w:t>
        <w:br/>
        <w:t>Отак штричаєм ворогів!&lt;br /&gt;</w:t>
        <w:br/>
        <w:t>Зняв гмію золову з плечей,&lt;br /&gt;</w:t>
        <w:br/>
        <w:t>Додвому посмішив.</w:t>
      </w:r>
    </w:p>
    <w:p>
      <w:r>
        <w:br/>
        <w:t>"Ти вбив грозу Курзу-Верзу?&lt;br /&gt;</w:t>
        <w:br/>
        <w:t>Мій хлопчику, ти чудодець!&lt;br /&gt;</w:t>
        <w:br/>
        <w:t>"О сплавний день! Стрибай пісень,&lt;br /&gt;</w:t>
        <w:br/>
        <w:t>Тодімо у ханець!"</w:t>
      </w:r>
    </w:p>
    <w:p>
      <w:r>
        <w:br/>
        <w:t>Був смажень, і швимкі яски&lt;br /&gt;</w:t>
        <w:br/>
        <w:t>Сверли-спіралили в кружві,&lt;br /&gt;</w:t>
        <w:br/>
        <w:t>Пичхали пиршаві псашки&lt;br /&gt;</w:t>
        <w:br/>
        <w:t>I трулі долові.</w:t>
      </w:r>
    </w:p>
    <w:p>
      <w:r>
        <w:br/>
        <w:t>* * *&lt;br /&gt;</w:t>
        <w:br/>
        <w:t>Близняк з Близнюком&lt;br /&gt;</w:t>
        <w:br/>
        <w:t>Учинили бійку,&lt;br /&gt;</w:t>
        <w:br/>
        <w:t>Бо Близнюк Близняку&lt;br /&gt;</w:t>
        <w:br/>
        <w:t>Пошкодив торохтілку.</w:t>
      </w:r>
    </w:p>
    <w:p>
      <w:r>
        <w:br/>
        <w:t>Тут чорний ворон прилетів&lt;br /&gt;</w:t>
        <w:br/>
        <w:t>I з криком сів на гілку,-&lt;br /&gt;</w:t>
        <w:br/>
        <w:t>Так налякав обох бійців,&lt;br /&gt;</w:t>
        <w:br/>
        <w:t>Що враз забули спірку.</w:t>
      </w:r>
    </w:p>
    <w:p>
      <w:r>
        <w:br/>
        <w:t>* * *&lt;br /&gt;</w:t>
        <w:br/>
        <w:t>На небі грало сонечко,&lt;br /&gt;</w:t>
        <w:br/>
        <w:t>Проміннячко ллючи,&lt;br /&gt;</w:t>
        <w:br/>
        <w:t>I хвилі в морі сяяли,&lt;br /&gt;</w:t>
        <w:br/>
        <w:t>Як золоті ключі —&lt;br /&gt;</w:t>
        <w:br/>
        <w:t>Дивуйтеся, чудуйтеся,&lt;br /&gt;</w:t>
        <w:br/>
        <w:t>Бо це було вночі.</w:t>
      </w:r>
    </w:p>
    <w:p>
      <w:r>
        <w:br/>
        <w:t>А місяць блимав пахмурно,&lt;br /&gt;</w:t>
        <w:br/>
        <w:t>Сердитий був, як біс:&lt;br /&gt;</w:t>
        <w:br/>
        <w:t>"Ну, що за сонце капосне —&lt;br /&gt;</w:t>
        <w:br/>
        <w:t>Усюди пхає ніс!&lt;br /&gt;</w:t>
        <w:br/>
        <w:t>Чи дня нема? Чого б ото&lt;br /&gt;</w:t>
        <w:br/>
        <w:t>В чужі діла я ліз?"</w:t>
      </w:r>
    </w:p>
    <w:p>
      <w:r>
        <w:br/>
        <w:t>Вода була мокрісінька,&lt;br /&gt;</w:t>
        <w:br/>
        <w:t>Зате сухий пісок;&lt;br /&gt;</w:t>
        <w:br/>
        <w:t>На небі ні хмариноньки —&lt;br /&gt;</w:t>
        <w:br/>
        <w:t>Бо не було хмарок;&lt;br /&gt;</w:t>
        <w:br/>
        <w:t>В повітрі ні пташиноньки —&lt;br /&gt;</w:t>
        <w:br/>
        <w:t>Бо не було пташок.</w:t>
      </w:r>
    </w:p>
    <w:p>
      <w:r>
        <w:br/>
        <w:t>Вусатий Морж із Теслею&lt;br /&gt;</w:t>
        <w:br/>
        <w:t>Ішли по бережку&lt;br /&gt;</w:t>
        <w:br/>
        <w:t>I гірко-гірко плакали,&lt;br /&gt;</w:t>
        <w:br/>
        <w:t>Що стільки тут піску:&lt;br /&gt;</w:t>
        <w:br/>
        <w:t>"Якби усе тут вимести,&lt;br /&gt;</w:t>
        <w:br/>
        <w:t>Було б, як у вінку!"</w:t>
      </w:r>
    </w:p>
    <w:p>
      <w:r>
        <w:br/>
        <w:t>"Щоб десять підмітальників&lt;br /&gt;</w:t>
        <w:br/>
        <w:t>Поставити сюди,&lt;br /&gt;</w:t>
        <w:br/>
        <w:t>Чи за півроку б вимели?" —&lt;br /&gt;</w:t>
        <w:br/>
        <w:t>Питає Морж з біди.&lt;br /&gt;</w:t>
        <w:br/>
        <w:t>А Тесля тільки схлипує:&lt;br /&gt;</w:t>
        <w:br/>
        <w:t>"Пропали б їх труди!"</w:t>
      </w:r>
    </w:p>
    <w:p>
      <w:r>
        <w:br/>
        <w:t>Ідуть, аж бачать — устриці.&lt;br /&gt;</w:t>
        <w:br/>
        <w:t>Морж крикнув їм: "Привіт!&lt;br /&gt;</w:t>
        <w:br/>
        <w:t>Ми дуже раді зустрічі,&lt;br /&gt;</w:t>
        <w:br/>
        <w:t>Ходімо на прохід!&lt;br /&gt;</w:t>
        <w:br/>
        <w:t>Ми чотирьох запрошуєм&lt;br /&gt;</w:t>
        <w:br/>
        <w:t>До себе на обід!"</w:t>
      </w:r>
    </w:p>
    <w:p>
      <w:r>
        <w:br/>
        <w:t>Мовчить найстарша устриця,&lt;br /&gt;</w:t>
        <w:br/>
        <w:t>Лиш блимає на них:&lt;br /&gt;</w:t>
        <w:br/>
        <w:t>Чого, мовляв, присікались&lt;br /&gt;</w:t>
        <w:br/>
        <w:t>До мене, хитруни?&lt;br /&gt;</w:t>
        <w:br/>
        <w:t>Нікуди йти не хочу я&lt;br /&gt;</w:t>
        <w:br/>
        <w:t>З своєї мілини!</w:t>
      </w:r>
    </w:p>
    <w:p>
      <w:r>
        <w:br/>
        <w:t>Та четверо молодшеньких&lt;br /&gt;</w:t>
        <w:br/>
        <w:t>Враз підійшли до них,-&lt;br /&gt;</w:t>
        <w:br/>
        <w:t>Умилися, прибралися&lt;br /&gt;</w:t>
        <w:br/>
        <w:t>I взулись, як на гріх —&lt;br /&gt;</w:t>
        <w:br/>
        <w:t>Дивуйтеся, чудуйтеся,&lt;br /&gt;</w:t>
        <w:br/>
        <w:t>Бо в них немає ніг.</w:t>
      </w:r>
    </w:p>
    <w:p>
      <w:r>
        <w:br/>
        <w:t>За ними й інші устриці&lt;br /&gt;</w:t>
        <w:br/>
        <w:t>Посунули слідом,&lt;br /&gt;</w:t>
        <w:br/>
        <w:t>Вони ішли і парами,&lt;br /&gt;</w:t>
        <w:br/>
        <w:t>Й одинцем, і гуртом,&lt;br /&gt;</w:t>
        <w:br/>
        <w:t>По пінних хвилях вистрибом,&lt;br /&gt;</w:t>
        <w:br/>
        <w:t>По берегу повзком.</w:t>
      </w:r>
    </w:p>
    <w:p>
      <w:r>
        <w:br/>
        <w:t>Півмилі Морж із Теслею&lt;br /&gt;</w:t>
        <w:br/>
        <w:t>Йшли по сухій землі&lt;br /&gt;</w:t>
        <w:br/>
        <w:t>I на привал спинилися&lt;br /&gt;</w:t>
        <w:br/>
        <w:t>На кам'яній скалі;&lt;br /&gt;</w:t>
        <w:br/>
        <w:t>За ними гуртувалися&lt;br /&gt;</w:t>
        <w:br/>
        <w:t>Всі устриці малі.</w:t>
      </w:r>
    </w:p>
    <w:p>
      <w:r>
        <w:br/>
        <w:t>"Тепер ми поговоримо,-&lt;br /&gt;</w:t>
        <w:br/>
        <w:t>Вусами Морж повів,-&lt;br /&gt;</w:t>
        <w:br/>
        <w:t>Про чоботи і човники,&lt;br /&gt;</w:t>
        <w:br/>
        <w:t>Капусту й королів,&lt;br /&gt;</w:t>
        <w:br/>
        <w:t>Чи скоро море википить,&lt;br /&gt;</w:t>
        <w:br/>
        <w:t>Чи крила є в корів".</w:t>
      </w:r>
    </w:p>
    <w:p>
      <w:r>
        <w:br/>
        <w:t>"Пізніш,— гукнули устриці,-&lt;br /&gt;</w:t>
        <w:br/>
        <w:t>Перш дайте звести дух,&lt;br /&gt;</w:t>
        <w:br/>
        <w:t>Бо ми ж усі гладесенькі&lt;br /&gt;</w:t>
        <w:br/>
        <w:t>I нас стомив цей рух".&lt;br /&gt;</w:t>
        <w:br/>
        <w:t>"Спочиньте",— Тесля вимовив,&lt;br /&gt;</w:t>
        <w:br/>
        <w:t>Порадував гладух.</w:t>
      </w:r>
    </w:p>
    <w:p>
      <w:r>
        <w:br/>
        <w:t>А Морж сказав: "Хліб є вже в нас,&lt;br /&gt;</w:t>
        <w:br/>
        <w:t>Буханочка на з'їд,&lt;br /&gt;</w:t>
        <w:br/>
        <w:t>До хліба оцту й перчику&lt;br /&gt;</w:t>
        <w:br/>
        <w:t>Додати теж би слід,-&lt;br /&gt;</w:t>
        <w:br/>
        <w:t>Як ви готові, устриці,&lt;br /&gt;</w:t>
        <w:br/>
        <w:t>Ми почнемо обід".</w:t>
      </w:r>
    </w:p>
    <w:p>
      <w:r>
        <w:br/>
        <w:t>"Але не з нас! — всі устриці&lt;br /&gt;</w:t>
        <w:br/>
        <w:t>Тут крикнули навкрич.-&lt;br /&gt;</w:t>
        <w:br/>
        <w:t>Невже ви, любі, зважитесь&lt;br /&gt;</w:t>
        <w:br/>
        <w:t>На цю жахливу річ?"&lt;br /&gt;</w:t>
        <w:br/>
        <w:t>А Морж сказав: "Дивіться-но,&lt;br /&gt;</w:t>
        <w:br/>
        <w:t>Яка чудова ніч!</w:t>
      </w:r>
    </w:p>
    <w:p>
      <w:r>
        <w:br/>
        <w:t>За вас ми вам же й дякуєм,&lt;br /&gt;</w:t>
        <w:br/>
        <w:t>Бо ви такі смачні!"&lt;br /&gt;</w:t>
        <w:br/>
        <w:t>А Тесля мовив: "Ріжтеся&lt;br /&gt;</w:t>
        <w:br/>
        <w:t>Обом — йому й мені;&lt;br /&gt;</w:t>
        <w:br/>
        <w:t>Чи ви поглухли, устриці?&lt;br /&gt;</w:t>
        <w:br/>
        <w:t>Ви чуєте чи ні?"</w:t>
      </w:r>
    </w:p>
    <w:p>
      <w:r>
        <w:br/>
        <w:t>А Морж ізнов: "О Боже мій!&lt;br /&gt;</w:t>
        <w:br/>
        <w:t>Невже ми їх сюди&lt;br /&gt;</w:t>
        <w:br/>
        <w:t>Із мілини принадили&lt;br /&gt;</w:t>
        <w:br/>
        <w:t>Лише задля їди?"&lt;br /&gt;</w:t>
        <w:br/>
        <w:t>А Тесля: "Їж, не бідкайся&lt;br /&gt;</w:t>
        <w:br/>
        <w:t>Та масла менш клади!"</w:t>
      </w:r>
    </w:p>
    <w:p>
      <w:r>
        <w:br/>
        <w:t>Морж заридав: "Ой, устрички!&lt;br /&gt;</w:t>
        <w:br/>
        <w:t>Мені так жалко вас!"&lt;br /&gt;</w:t>
        <w:br/>
        <w:t>Та вибирав, де більшенькі,&lt;br /&gt;</w:t>
        <w:br/>
        <w:t>Глитав по три ураз&lt;br /&gt;</w:t>
        <w:br/>
        <w:t>I до очей хустиночку&lt;br /&gt;</w:t>
        <w:br/>
        <w:t>Підносив раз у раз.</w:t>
      </w:r>
    </w:p>
    <w:p>
      <w:r>
        <w:br/>
        <w:t>"Ну, нагулялись, устриці? —&lt;br /&gt;</w:t>
        <w:br/>
        <w:t>Знов Тесля річ повів.-&lt;br /&gt;</w:t>
        <w:br/>
        <w:t>Додому, може, підемо?"&lt;br /&gt;</w:t>
        <w:br/>
        <w:t>Ніхто не відповів...&lt;br /&gt;</w:t>
        <w:br/>
        <w:t>Не диво — Морж із Теслею&lt;br /&gt;</w:t>
        <w:br/>
        <w:t>Всі устриці поїв.</w:t>
      </w:r>
    </w:p>
    <w:p>
      <w:r>
        <w:br/>
        <w:t>* * *&lt;br /&gt;</w:t>
        <w:br/>
        <w:t>Хитун-Бовтун на стіні стояв,&lt;br /&gt;</w:t>
        <w:br/>
        <w:t>Хитун-Бовтун додолу впав.&lt;br /&gt;</w:t>
        <w:br/>
        <w:t>Хоч прибігла вся королівська рать,&lt;br /&gt;</w:t>
        <w:br/>
        <w:t>Хитуна-Бовтуна не змогли вже піднять.</w:t>
      </w:r>
    </w:p>
    <w:p>
      <w:r>
        <w:br/>
        <w:t>* * *&lt;br /&gt;</w:t>
        <w:br/>
        <w:t>Узимку, як біліє сніг,&lt;br /&gt;</w:t>
        <w:br/>
        <w:t>Співаю я пісень дзвінких.&lt;br /&gt;</w:t>
        <w:br/>
        <w:t>Весною, як усе цвіте,&lt;br /&gt;</w:t>
        <w:br/>
        <w:t>Скажу тобі про се й про те.&lt;br /&gt;</w:t>
        <w:br/>
        <w:t>Улітку будуть довгі дні,&lt;br /&gt;</w:t>
        <w:br/>
        <w:t>Ти зрозумієш ці пісні,&lt;br /&gt;</w:t>
        <w:br/>
        <w:t>А восени, як жовкне лист,&lt;br /&gt;</w:t>
        <w:br/>
        <w:t>Запишеш ти пісень цих зміст.&lt;br /&gt;</w:t>
        <w:br/>
        <w:t>Я написав листа до риб:&lt;br /&gt;</w:t>
        <w:br/>
        <w:t>"Якби хотіли, ви могли б".&lt;br /&gt;</w:t>
        <w:br/>
        <w:t>А рибоньки морські дрібні&lt;br /&gt;</w:t>
        <w:br/>
        <w:t>Прислали відповідь мені.&lt;br /&gt;</w:t>
        <w:br/>
        <w:t>Їх відповідь була така:&lt;br /&gt;</w:t>
        <w:br/>
        <w:t>"У нас причина є, яка..."&lt;br /&gt;</w:t>
        <w:br/>
        <w:t>Я знов послав до них листа:&lt;br /&gt;</w:t>
        <w:br/>
        <w:t>"Ваш лист — лиш викрутка пуста".&lt;br /&gt;</w:t>
        <w:br/>
        <w:t>Послав листа, а рибки в сміх:&lt;br /&gt;</w:t>
        <w:br/>
        <w:t>"Уже ми бачили таких!"&lt;br /&gt;</w:t>
        <w:br/>
        <w:t>Сказав їм раз, сказав їм два —&lt;br /&gt;</w:t>
        <w:br/>
        <w:t>Даремні всі мої слова.&lt;br /&gt;</w:t>
        <w:br/>
        <w:t>Ну, покажу ж я вам смішок!&lt;br /&gt;</w:t>
        <w:br/>
        <w:t>Узяв я добрий казанок,&lt;br /&gt;</w:t>
        <w:br/>
        <w:t>А в казанок води набрав,&lt;br /&gt;</w:t>
        <w:br/>
        <w:t>Як треба до подібних справ.&lt;br /&gt;</w:t>
        <w:br/>
        <w:t>Тут хтось прийшов і став казать,&lt;br /&gt;</w:t>
        <w:br/>
        <w:t>Що вже маленькі рибки сплять.&lt;br /&gt;</w:t>
        <w:br/>
        <w:t>А я йому: "А ти піди&lt;br /&gt;</w:t>
        <w:br/>
        <w:t>I знову рибок розбуди".&lt;br /&gt;</w:t>
        <w:br/>
        <w:t>Команду викрикнув я цю&lt;br /&gt;</w:t>
        <w:br/>
        <w:t>На саме вухо посланцю.&lt;br /&gt;</w:t>
        <w:br/>
        <w:t>Тут посланець зробивсь лихий:&lt;br /&gt;</w:t>
        <w:br/>
        <w:t>"Ви не кричіть, я не глухий!"&lt;br /&gt;</w:t>
        <w:br/>
        <w:t>Хоч ти що хоч йому роби:&lt;br /&gt;</w:t>
        <w:br/>
        <w:t>"Я розбудив би їх, якби..."&lt;br /&gt;</w:t>
        <w:br/>
        <w:t>Тоді я штопора знайшов&lt;br /&gt;</w:t>
        <w:br/>
        <w:t>I сам будити риб пішов.&lt;br /&gt;</w:t>
        <w:br/>
        <w:t>Та в хату я ввійти не міг,-&lt;br /&gt;</w:t>
        <w:br/>
        <w:t>Замкнув хтось двері, як на гріх.&lt;br /&gt;</w:t>
        <w:br/>
        <w:t>Було те лихо не мале,&lt;br /&gt;</w:t>
        <w:br/>
        <w:t>Тягнув за клямку я, але...</w:t>
      </w:r>
    </w:p>
    <w:p>
      <w:r>
        <w:br/>
        <w:t>* * *&lt;br /&gt;</w:t>
        <w:br/>
        <w:t>Боролись за корону Лев і Одноріг,&lt;br /&gt;</w:t>
        <w:br/>
        <w:t>Лев Однорога у місті переміг.&lt;br /&gt;</w:t>
        <w:br/>
        <w:t>Несли їм люди всячину — хто хліб, а хто пиріг,&lt;br /&gt;</w:t>
        <w:br/>
        <w:t>А той, хто був сміліший, гнав їх за поріг.</w:t>
      </w:r>
    </w:p>
    <w:p>
      <w:r>
        <w:br/>
        <w:t>* * *&lt;br /&gt;</w:t>
        <w:br/>
        <w:t>Я все скажу, не потаюсь,-&lt;br /&gt;</w:t>
        <w:br/>
        <w:t>Таїтися не слід.&lt;br /&gt;</w:t>
        <w:br/>
        <w:t>Я бачив, як старий дідусь&lt;br /&gt;</w:t>
        <w:br/>
        <w:t>Сидів коло воріт.&lt;br /&gt;</w:t>
        <w:br/>
        <w:t>"Хто ти і з чого ти живеш?"&lt;br /&gt;</w:t>
        <w:br/>
        <w:t>У діда я спитав,&lt;br /&gt;</w:t>
        <w:br/>
        <w:t>I все, що він відповідав,&lt;br /&gt;</w:t>
        <w:br/>
        <w:t>Я мимо вух пускав.</w:t>
      </w:r>
    </w:p>
    <w:p>
      <w:r>
        <w:br/>
        <w:t>Старий сказав: "Я в ячмені&lt;br /&gt;</w:t>
        <w:br/>
        <w:t>Метелики ловлю&lt;br /&gt;</w:t>
        <w:br/>
        <w:t>I з ними страх які смачні&lt;br /&gt;</w:t>
        <w:br/>
        <w:t>Вареники ліплю.&lt;br /&gt;</w:t>
        <w:br/>
        <w:t>Я продаю їх морякам&lt;br /&gt;</w:t>
        <w:br/>
        <w:t>В погоду штормову&lt;br /&gt;</w:t>
        <w:br/>
        <w:t>I признаюся щиро вам —&lt;br /&gt;</w:t>
        <w:br/>
        <w:t>Із цього я живу".</w:t>
      </w:r>
    </w:p>
    <w:p>
      <w:r>
        <w:br/>
        <w:t>Та я придумував якраз,&lt;br /&gt;</w:t>
        <w:br/>
        <w:t>Як вуса зеленить&lt;br /&gt;</w:t>
        <w:br/>
        <w:t>I як би віяло зробить,&lt;br /&gt;</w:t>
        <w:br/>
        <w:t>Щоб добре їх закрить,&lt;br /&gt;</w:t>
        <w:br/>
        <w:t>I через те я не розчув,&lt;br /&gt;</w:t>
        <w:br/>
        <w:t>Що говорив дідусь.&lt;br /&gt;</w:t>
        <w:br/>
        <w:t>"Розповідай же!" — я гукнув&lt;br /&gt;</w:t>
        <w:br/>
        <w:t>Та в лоб його лулусь!</w:t>
      </w:r>
    </w:p>
    <w:p>
      <w:r>
        <w:br/>
        <w:t>Ізнов залебедів дідок:&lt;br /&gt;</w:t>
        <w:br/>
        <w:t>"Живу собі, роблю,-&lt;br /&gt;</w:t>
        <w:br/>
        <w:t>Як де знайду гірський струмок,&lt;br /&gt;</w:t>
        <w:br/>
        <w:t>Візьму та й підпалю,&lt;br /&gt;</w:t>
        <w:br/>
        <w:t>Хоч роблять із тії води&lt;br /&gt;</w:t>
        <w:br/>
        <w:t>Помади дорогі,&lt;br /&gt;</w:t>
        <w:br/>
        <w:t>Але за всі мої труди&lt;br /&gt;</w:t>
        <w:br/>
        <w:t>Я маю три шаги".</w:t>
      </w:r>
    </w:p>
    <w:p>
      <w:r>
        <w:br/>
        <w:t>Та я роздумував тоді&lt;br /&gt;</w:t>
        <w:br/>
        <w:t>Ви знаєте над чим?&lt;br /&gt;</w:t>
        <w:br/>
        <w:t>Як, ївши глину на воді,&lt;br /&gt;</w:t>
        <w:br/>
        <w:t>Зробитися гладким.&lt;br /&gt;</w:t>
        <w:br/>
        <w:t>I знову добре я труснув&lt;br /&gt;</w:t>
        <w:br/>
        <w:t>Дідка, що зморх, як гриб.&lt;br /&gt;</w:t>
        <w:br/>
        <w:t>"Розказуй швидше,— я гукнув,-&lt;br /&gt;</w:t>
        <w:br/>
        <w:t>З чого їси ти хліб?"</w:t>
      </w:r>
    </w:p>
    <w:p>
      <w:r>
        <w:br/>
        <w:t>"Збираю очі риб'ячі&lt;br /&gt;</w:t>
        <w:br/>
        <w:t>На лузі у лозі,&lt;br /&gt;</w:t>
        <w:br/>
        <w:t>Вставляю їх у гудзики,&lt;br /&gt;</w:t>
        <w:br/>
        <w:t>Бо я таки й гудзій.&lt;br /&gt;</w:t>
        <w:br/>
        <w:t>Я продаю їх дешево —&lt;br /&gt;</w:t>
        <w:br/>
        <w:t>По шелягу за сто...&lt;br /&gt;</w:t>
        <w:br/>
        <w:t>Хороші гудзики, та ба —&lt;br /&gt;</w:t>
        <w:br/>
        <w:t>Їх не бере ніхто!</w:t>
      </w:r>
    </w:p>
    <w:p>
      <w:r>
        <w:br/>
        <w:t>Я раків на сильце ловлю,&lt;br /&gt;</w:t>
        <w:br/>
        <w:t>Копаю пиріжки,&lt;br /&gt;</w:t>
        <w:br/>
        <w:t>З горбів колеса я роблю,&lt;br /&gt;</w:t>
        <w:br/>
        <w:t>А з ям роблю діжки.&lt;br /&gt;</w:t>
        <w:br/>
        <w:t>Отак живу, труджусь весь час,&lt;br /&gt;</w:t>
        <w:br/>
        <w:t>Так заробляю гріш...&lt;br /&gt;</w:t>
        <w:br/>
        <w:t>Охоче вип'ю я за вас,&lt;br /&gt;</w:t>
        <w:br/>
        <w:t>Вгостіть мене скоріш!"</w:t>
      </w:r>
    </w:p>
    <w:p>
      <w:r>
        <w:br/>
        <w:t>Це я почув, бо вже скінчив&lt;br /&gt;</w:t>
        <w:br/>
        <w:t>Роздумувать над тим,&lt;br /&gt;</w:t>
        <w:br/>
        <w:t>Як можна ржу змивать з мостів&lt;br /&gt;</w:t>
        <w:br/>
        <w:t>Вином міцним, густим.&lt;br /&gt;</w:t>
        <w:br/>
        <w:t>"Спасибі, діду, розказав&lt;br /&gt;</w:t>
        <w:br/>
        <w:t>Мені ти — що і як,&lt;br /&gt;</w:t>
        <w:br/>
        <w:t>I ще спасибі, що бажав&lt;br /&gt;</w:t>
        <w:br/>
        <w:t>Ти випить на дурняк".</w:t>
      </w:r>
    </w:p>
    <w:p>
      <w:r>
        <w:br/>
        <w:t>Тепер, коли ненарошне&lt;br /&gt;</w:t>
        <w:br/>
        <w:t>Я пальця причавлю,&lt;br /&gt;</w:t>
        <w:br/>
        <w:t>Або ногою на гвіздок&lt;br /&gt;</w:t>
        <w:br/>
        <w:t>Зненацька наступлю,&lt;br /&gt;</w:t>
        <w:br/>
        <w:t>Або як з'їм, бува, чого&lt;br /&gt;</w:t>
        <w:br/>
        <w:t>I заболить живіт,-&lt;br /&gt;</w:t>
        <w:br/>
        <w:t>Я плачу так, що ого-го,&lt;br /&gt;</w:t>
        <w:br/>
        <w:t>Бо я пригадую того&lt;br /&gt;</w:t>
        <w:br/>
        <w:t>Дідусика плаксивого,</w:t>
      </w:r>
    </w:p>
    <w:p>
      <w:r>
        <w:br/>
        <w:t>Як голубочка сивого,&lt;br /&gt;</w:t>
        <w:br/>
        <w:t>Як ворона хрипливого,&lt;br /&gt;</w:t>
        <w:br/>
        <w:t>Як буйвола хропливого,&lt;br /&gt;</w:t>
        <w:br/>
        <w:t>На очі миготливого,&lt;br /&gt;</w:t>
        <w:br/>
        <w:t>На речі лепетливого,&lt;br /&gt;</w:t>
        <w:br/>
        <w:t>Від старості хитливого,&lt;br /&gt;</w:t>
        <w:br/>
        <w:t>Від горя юродивого&lt;br /&gt;</w:t>
        <w:br/>
        <w:t>Дідка старенького того,&lt;br /&gt;</w:t>
        <w:br/>
        <w:t>Що бачив я давно його&lt;br /&gt;</w:t>
        <w:br/>
        <w:t>Колись біля воріт.</w:t>
      </w:r>
    </w:p>
    <w:p>
      <w:r>
        <w:br/>
        <w:t>* * *&lt;br /&gt;</w:t>
        <w:br/>
        <w:t>А-а-а, сонулі, в Алісиній люлі,&lt;br /&gt;</w:t>
        <w:br/>
        <w:t>Поки до обіду, може б, ми заснули,&lt;br /&gt;</w:t>
        <w:br/>
        <w:t>А після обіду підемо на гулі,&lt;br /&gt;</w:t>
        <w:br/>
        <w:t>Спіте, королеви, люлечки-люлі...</w:t>
      </w:r>
    </w:p>
    <w:p>
      <w:r>
        <w:br/>
        <w:t>* * *&lt;br /&gt;</w:t>
        <w:br/>
        <w:t>Аліса задзеркальцям сказала: "Я сиджу&lt;br /&gt;</w:t>
        <w:br/>
        <w:t>На троні у короні, ще й скіпетра держу.&lt;br /&gt;</w:t>
        <w:br/>
        <w:t>Три тут королеви царять над усіма —&lt;br /&gt;</w:t>
        <w:br/>
        <w:t>Біла й Червона, третя — я сама".</w:t>
      </w:r>
    </w:p>
    <w:p>
      <w:r>
        <w:br/>
        <w:t>Хор: Налий же скоріше у чару чого хоч,&lt;br /&gt;</w:t>
        <w:br/>
        <w:t>Бери, призволяйся, до чого хто охоч;&lt;br /&gt;</w:t>
        <w:br/>
        <w:t>Кинь кішку у каву, а мишку у чай,&lt;br /&gt;</w:t>
        <w:br/>
        <w:t>Три рази по тридцять Алісу привітай!</w:t>
      </w:r>
    </w:p>
    <w:p>
      <w:r>
        <w:br/>
        <w:t>"Любі задзеркальці,— Аліса каже ім,-&lt;br /&gt;</w:t>
        <w:br/>
        <w:t>Це честь для вас велика — я з вами п'ю і їм;&lt;br /&gt;</w:t>
        <w:br/>
        <w:t>Три вас королеви вгощають недарма,&lt;br /&gt;</w:t>
        <w:br/>
        <w:t>Біла й Червона, третя — я сама".</w:t>
      </w:r>
    </w:p>
    <w:p>
      <w:r>
        <w:br/>
        <w:t>Хор: Налий же у чару чорнила чи смоли,&lt;br /&gt;</w:t>
        <w:br/>
        <w:t>Щоб любії гості весело пили;&lt;br /&gt;</w:t>
        <w:br/>
        <w:t>Змішай ситро із вовною, вино з піском змішай,&lt;br /&gt;</w:t>
        <w:br/>
        <w:t>Сім разів по сімдесят Алісу привітай!</w:t>
      </w:r>
    </w:p>
    <w:p>
      <w:r>
        <w:br/>
        <w:t>* * *&lt;br /&gt;</w:t>
        <w:br/>
        <w:t>"Спершу рибку потрібно зловить",-&lt;br /&gt;</w:t>
        <w:br/>
        <w:t>Це не важко, це може зробити й дитина;&lt;br /&gt;</w:t>
        <w:br/>
        <w:t>"Потім рибку потрібно купить", —&lt;br /&gt;</w:t>
        <w:br/>
        <w:t>Це не важко, як є в гаманці копійчина.</w:t>
      </w:r>
    </w:p>
    <w:p>
      <w:r>
        <w:br/>
        <w:t>"А тепер мені рибку зваріть!"&lt;br /&gt;</w:t>
        <w:br/>
        <w:t>Це не важко, це можна упорать на місці.&lt;br /&gt;</w:t>
        <w:br/>
        <w:t>"I у миску її покладіть!"&lt;br /&gt;</w:t>
        <w:br/>
        <w:t>Це не важко: хвилина — й вона вже у мисці.</w:t>
      </w:r>
    </w:p>
    <w:p>
      <w:r>
        <w:br/>
        <w:t>"А тепер на вечерю несіть!"&lt;br /&gt;</w:t>
        <w:br/>
        <w:t>Це не важко, їй-богу, не важко нітрішки!&lt;br /&gt;</w:t>
        <w:br/>
        <w:t>"А тепер з миски кришку зніміть!"&lt;br /&gt;</w:t>
        <w:br/>
        <w:t>Ох, це важко,— не здужаю зняти я кришки.</w:t>
      </w:r>
    </w:p>
    <w:p>
      <w:r>
        <w:br/>
        <w:t>Як же, справді, ту кришку відкрить —&lt;br /&gt;</w:t>
        <w:br/>
        <w:t>Прикипіла, бо риба якась клейкувата...&lt;br /&gt;</w:t>
        <w:br/>
        <w:t>Ти подумай, що легше зробить:&lt;br /&gt;</w:t>
        <w:br/>
        <w:t>Кришку зняти чи загадку цю розгадати?</w:t>
      </w:r>
    </w:p>
    <w:p>
      <w:r>
        <w:br/>
        <w:t>* * *&lt;br /&gt;</w:t>
        <w:br/>
        <w:t>Під ясним шатром небес&lt;br /&gt;</w:t>
        <w:br/>
        <w:t>Поміж тихих сонних плес&lt;br /&gt;</w:t>
        <w:br/>
        <w:t>Човен плив у край чудес.</w:t>
      </w:r>
    </w:p>
    <w:p>
      <w:r>
        <w:br/>
        <w:t>А в тім човні малюки&lt;br /&gt;</w:t>
        <w:br/>
        <w:t>Наслухали залюбки,&lt;br /&gt;</w:t>
        <w:br/>
        <w:t>Як казали їм казки.</w:t>
      </w:r>
    </w:p>
    <w:p>
      <w:r>
        <w:br/>
        <w:t>Літо сонячне пройшло,&lt;br /&gt;</w:t>
        <w:br/>
        <w:t>Небо млою затягло,&lt;br /&gt;</w:t>
        <w:br/>
        <w:t>Що було, те загуло.</w:t>
      </w:r>
    </w:p>
    <w:p>
      <w:r>
        <w:br/>
        <w:t>Та ввижається мені&lt;br /&gt;</w:t>
        <w:br/>
        <w:t>Знов Аліса вдалині,&lt;br /&gt;</w:t>
        <w:br/>
        <w:t>В задзеркальній стороні.</w:t>
      </w:r>
    </w:p>
    <w:p>
      <w:r>
        <w:br/>
        <w:t>I цікаві малюки&lt;br /&gt;</w:t>
        <w:br/>
        <w:t>Наслухають залюбки,&lt;br /&gt;</w:t>
        <w:br/>
        <w:t>Як їм кажуться казки.</w:t>
      </w:r>
    </w:p>
    <w:p>
      <w:r>
        <w:br/>
        <w:t>У країні-дивині&lt;br /&gt;</w:t>
        <w:br/>
        <w:t>Непомітно, як у сні,&lt;br /&gt;</w:t>
        <w:br/>
        <w:t>Проминають ночі й дні.</w:t>
      </w:r>
    </w:p>
    <w:p>
      <w:r>
        <w:br/>
        <w:t>Ніби човен чи порон&lt;br /&gt;</w:t>
        <w:br/>
        <w:t>В золотий пливе затон,&lt;br /&gt;</w:t>
        <w:br/>
        <w:t>I життя, неначе сон...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Вірші з роману "Аліса в Країні Чудес"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