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Віщий Олег</w:t>
      </w:r>
    </w:p>
    <w:p>
      <w:r>
        <w:br/>
        <w:t xml:space="preserve"> І</w:t>
      </w:r>
    </w:p>
    <w:p>
      <w:r>
        <w:br/>
        <w:t>Не у гості, а на кості&lt;br /&gt;</w:t>
        <w:br/>
        <w:t>Ходили козари.&lt;br /&gt;</w:t>
        <w:br/>
        <w:t>Та не пиво ж і їм буде,&lt;br /&gt;</w:t>
        <w:br/>
        <w:t>А кров та пожари!</w:t>
      </w:r>
    </w:p>
    <w:p>
      <w:r>
        <w:br/>
        <w:t>Вже зібрався Олег віщий&lt;br /&gt;</w:t>
        <w:br/>
        <w:t>На вражу недолю,&lt;br /&gt;</w:t>
        <w:br/>
        <w:t>Іде конем білогривим&lt;br /&gt;</w:t>
        <w:br/>
        <w:t>По чистому полю.</w:t>
      </w:r>
    </w:p>
    <w:p>
      <w:r>
        <w:br/>
        <w:t>Блищить броня цареградська,&lt;br /&gt;</w:t>
        <w:br/>
        <w:t>Шолом аж палає,&lt;br /&gt;</w:t>
        <w:br/>
        <w:t>І кінь його білогривий&lt;br /&gt;</w:t>
        <w:br/>
        <w:t>Соколом ступає.</w:t>
      </w:r>
    </w:p>
    <w:p>
      <w:r>
        <w:br/>
        <w:t>Олег їде чистим полем,&lt;br /&gt;</w:t>
        <w:br/>
        <w:t>Грає білогривий,—&lt;br /&gt;</w:t>
        <w:br/>
        <w:t>Але хто ж то коло гаю,&lt;br /&gt;</w:t>
        <w:br/>
        <w:t>Як молоко, сивий?</w:t>
      </w:r>
    </w:p>
    <w:p>
      <w:r>
        <w:br/>
        <w:t>Лиш палиця коло него&lt;br /&gt;</w:t>
        <w:br/>
        <w:t>Та гуслі без струнів...&lt;br /&gt;</w:t>
        <w:br/>
        <w:t>То великий старець божий,&lt;br /&gt;</w:t>
        <w:br/>
        <w:t>То віщун Перунів.</w:t>
      </w:r>
    </w:p>
    <w:p>
      <w:r>
        <w:br/>
        <w:t>І Олег до того старця&lt;br /&gt;</w:t>
        <w:br/>
        <w:t>Коня повертає,&lt;br /&gt;</w:t>
        <w:br/>
        <w:t>Через сідло поклонився,&lt;br /&gt;</w:t>
        <w:br/>
        <w:t>Віщуна питає:</w:t>
      </w:r>
    </w:p>
    <w:p>
      <w:r>
        <w:br/>
        <w:t>"Скажи мені, старче божий,&lt;br /&gt;</w:t>
        <w:br/>
        <w:t>Перунів пророче,&lt;br /&gt;</w:t>
        <w:br/>
        <w:t>Чи живо я, чи не живо&lt;br /&gt;</w:t>
        <w:br/>
        <w:t>Сплющу свої очі?</w:t>
      </w:r>
    </w:p>
    <w:p>
      <w:r>
        <w:br/>
        <w:t>І не бійся, і не тайся,&lt;br /&gt;</w:t>
        <w:br/>
        <w:t>Я дармо не схочу,&lt;br /&gt;</w:t>
        <w:br/>
        <w:t>Я за слово правдивеє&lt;br /&gt;</w:t>
        <w:br/>
        <w:t>Тебе озолочу..."</w:t>
      </w:r>
    </w:p>
    <w:p>
      <w:r>
        <w:br/>
        <w:t>"Та мені-то,— віщун каже,—&lt;br /&gt;</w:t>
        <w:br/>
        <w:t>Нічого боятись,&lt;br /&gt;</w:t>
        <w:br/>
        <w:t>А золотом твоїм, княже,&lt;br /&gt;</w:t>
        <w:br/>
        <w:t>Не озолочатись.</w:t>
      </w:r>
    </w:p>
    <w:p>
      <w:r>
        <w:br/>
        <w:t>Срібла-злота не ношу я.&lt;br /&gt;</w:t>
        <w:br/>
        <w:t>Князів не боюся,&lt;br /&gt;</w:t>
        <w:br/>
        <w:t>А що буде із тобою,&lt;br /&gt;</w:t>
        <w:br/>
        <w:t>Я не потаюся.</w:t>
      </w:r>
    </w:p>
    <w:p>
      <w:r>
        <w:br/>
        <w:t>Ти щасливий, пане-княже!&lt;br /&gt;</w:t>
        <w:br/>
        <w:t>Недолі не знаєш,&lt;br /&gt;</w:t>
        <w:br/>
        <w:t>Та, як будеш умирати,&lt;br /&gt;</w:t>
        <w:br/>
        <w:t>Мене спогадаєш.</w:t>
      </w:r>
    </w:p>
    <w:p>
      <w:r>
        <w:br/>
        <w:t>Твоя слава тепер ходить&lt;br /&gt;</w:t>
        <w:br/>
        <w:t>Помежи землями,&lt;br /&gt;</w:t>
        <w:br/>
        <w:t>В Цареграді прибиваєш&lt;br /&gt;</w:t>
        <w:br/>
        <w:t>Ти щити на брамі.</w:t>
      </w:r>
    </w:p>
    <w:p>
      <w:r>
        <w:br/>
        <w:t>Тебе, княже, не спиняють&lt;br /&gt;</w:t>
        <w:br/>
        <w:t>Ні яри, ні гори,&lt;br /&gt;</w:t>
        <w:br/>
        <w:t>Затихає під тобою&lt;br /&gt;</w:t>
        <w:br/>
        <w:t>І синєє море.</w:t>
      </w:r>
    </w:p>
    <w:p>
      <w:r>
        <w:br/>
        <w:t>Твої броні золотої&lt;br /&gt;</w:t>
        <w:br/>
        <w:t>Мечі не рубають,&lt;br /&gt;</w:t>
        <w:br/>
        <w:t>І острії вражі стріли&lt;br /&gt;</w:t>
        <w:br/>
        <w:t>Помимо літають.</w:t>
      </w:r>
    </w:p>
    <w:p>
      <w:r>
        <w:br/>
        <w:t>Під тобою й білогривий&lt;br /&gt;</w:t>
        <w:br/>
        <w:t>Чинить твою волю:&lt;br /&gt;</w:t>
        <w:br/>
        <w:t>То літає, як крилатий,&lt;br /&gt;</w:t>
        <w:br/>
        <w:t>По вражому полю,</w:t>
      </w:r>
    </w:p>
    <w:p>
      <w:r>
        <w:br/>
        <w:t>То спиниться, як камінний,&lt;br /&gt;</w:t>
        <w:br/>
        <w:t>Як вудила здвинеш—&lt;br /&gt;</w:t>
        <w:br/>
        <w:t>А все-таки ти від него,&lt;br /&gt;</w:t>
        <w:br/>
        <w:t>Ти від коня згинеш!"</w:t>
      </w:r>
    </w:p>
    <w:p>
      <w:r>
        <w:br/>
        <w:t>І подумав Олег віщий&lt;br /&gt;</w:t>
        <w:br/>
        <w:t>Та й не довіряє,&lt;br /&gt;</w:t>
        <w:br/>
        <w:t>Через гриву похилився,&lt;br /&gt;</w:t>
        <w:br/>
        <w:t>Із коня злізає,</w:t>
      </w:r>
    </w:p>
    <w:p>
      <w:r>
        <w:br/>
        <w:t>І крутую шию гладить,&lt;br /&gt;</w:t>
        <w:br/>
        <w:t>І став промовляти:&lt;br /&gt;</w:t>
        <w:br/>
        <w:t>"Ой коню мій, вірний коню,&lt;br /&gt;</w:t>
        <w:br/>
        <w:t>Ой брате мій, брате!</w:t>
      </w:r>
    </w:p>
    <w:p>
      <w:r>
        <w:br/>
        <w:t>Не ти ж мене, вірний коню,&lt;br /&gt;</w:t>
        <w:br/>
        <w:t>З Новгорода того&lt;br /&gt;</w:t>
        <w:br/>
        <w:t>Привіз мене до Києва,&lt;br /&gt;</w:t>
        <w:br/>
        <w:t>До Дніпра старого?</w:t>
      </w:r>
    </w:p>
    <w:p>
      <w:r>
        <w:br/>
        <w:t>Не з тобою ж я, мій коню,&lt;br /&gt;</w:t>
        <w:br/>
        <w:t>Літав через гори?&lt;br /&gt;</w:t>
        <w:br/>
        <w:t>Не з тобою я, мій коню,&lt;br /&gt;</w:t>
        <w:br/>
        <w:t>Ходив і за море?</w:t>
      </w:r>
    </w:p>
    <w:p>
      <w:r>
        <w:br/>
        <w:t>І не в твоїх же стременах&lt;br /&gt;</w:t>
        <w:br/>
        <w:t>Я стояв ногами,&lt;br /&gt;</w:t>
        <w:br/>
        <w:t>Коли щита в Цареграді&lt;br /&gt;</w:t>
        <w:br/>
        <w:t>Прибивав до брами?</w:t>
      </w:r>
    </w:p>
    <w:p>
      <w:r>
        <w:br/>
        <w:t>Тепер годі, вірний коню,&lt;br /&gt;</w:t>
        <w:br/>
        <w:t>Годі, милий брате,&lt;br /&gt;</w:t>
        <w:br/>
        <w:t>В золоті твої стремена&lt;br /&gt;</w:t>
        <w:br/>
        <w:t>Мені не ступати.</w:t>
      </w:r>
    </w:p>
    <w:p>
      <w:r>
        <w:br/>
        <w:t>У стремена не ступати,&lt;br /&gt;</w:t>
        <w:br/>
        <w:t>В сідлі не сидіти&lt;br /&gt;</w:t>
        <w:br/>
        <w:t>І з тобою в чистім полі&lt;br /&gt;</w:t>
        <w:br/>
        <w:t>Вітром не летіти...</w:t>
      </w:r>
    </w:p>
    <w:p>
      <w:r>
        <w:br/>
        <w:t>Гуляй собі, вірний коню!&lt;br /&gt;</w:t>
        <w:br/>
        <w:t>А ви, мої діти,&lt;br /&gt;</w:t>
        <w:br/>
        <w:t>У зелену паполому*&lt;br /&gt;</w:t>
        <w:br/>
        <w:t>Коня одягніте,</w:t>
      </w:r>
    </w:p>
    <w:p>
      <w:r>
        <w:br/>
        <w:t>І давайте йому пити&lt;br /&gt;</w:t>
        <w:br/>
        <w:t>Із мої криниці,&lt;br /&gt;</w:t>
        <w:br/>
        <w:t>І давайте йому їсти&lt;br /&gt;</w:t>
        <w:br/>
        <w:t>Ярої пшениці!.."</w:t>
      </w:r>
    </w:p>
    <w:p>
      <w:r>
        <w:br/>
        <w:t>І вірнії його слуги&lt;br /&gt;</w:t>
        <w:br/>
        <w:t>Білогрива взяли,&lt;br /&gt;</w:t>
        <w:br/>
        <w:t>А другого — вороного,&lt;br /&gt;</w:t>
        <w:br/>
        <w:t>Князеві подали.</w:t>
      </w:r>
    </w:p>
    <w:p>
      <w:r>
        <w:br/>
        <w:t>II</w:t>
      </w:r>
    </w:p>
    <w:p>
      <w:r>
        <w:br/>
        <w:t>Ба надходить і проходить&lt;br /&gt;</w:t>
        <w:br/>
        <w:t>Не час, не година,&lt;br /&gt;</w:t>
        <w:br/>
        <w:t>Аж гуляє Олег віщий,&lt;br /&gt;</w:t>
        <w:br/>
        <w:t>Гуляє дружина;</w:t>
      </w:r>
    </w:p>
    <w:p>
      <w:r>
        <w:br/>
        <w:t>І срібнії, й золотії&lt;br /&gt;</w:t>
        <w:br/>
        <w:t>Чари вихиляють,&lt;br /&gt;</w:t>
        <w:br/>
        <w:t>І давнії, і новії&lt;br /&gt;</w:t>
        <w:br/>
        <w:t>Бійки споминають.</w:t>
      </w:r>
    </w:p>
    <w:p>
      <w:r>
        <w:br/>
        <w:t>"А що ж кінь мій білогривий?"&lt;br /&gt;</w:t>
        <w:br/>
        <w:t>Олег запитався.&lt;br /&gt;</w:t>
        <w:br/>
        <w:t>"Не питайся, милий княже! —&lt;br /&gt;</w:t>
        <w:br/>
        <w:t>Слуга обізвався.—</w:t>
      </w:r>
    </w:p>
    <w:p>
      <w:r>
        <w:br/>
        <w:t>Давно уже білогривий&lt;br /&gt;</w:t>
        <w:br/>
        <w:t>Гуляє на волі,&lt;br /&gt;</w:t>
        <w:br/>
        <w:t>Коло Дніпра широкого&lt;br /&gt;</w:t>
        <w:br/>
        <w:t>На чистому полі;</w:t>
      </w:r>
    </w:p>
    <w:p>
      <w:r>
        <w:br/>
        <w:t>І вовки його годують,&lt;br /&gt;</w:t>
        <w:br/>
        <w:t>Птахи доглядають,&lt;br /&gt;</w:t>
        <w:br/>
        <w:t>Буйні вітри його чешуть,&lt;br /&gt;</w:t>
        <w:br/>
        <w:t>Дощі вимивають.</w:t>
      </w:r>
    </w:p>
    <w:p>
      <w:r>
        <w:br/>
        <w:t>І на ньому уже, княже,&lt;br /&gt;</w:t>
        <w:br/>
        <w:t>Зіллям зелениться&lt;br /&gt;</w:t>
        <w:br/>
        <w:t>Не зелена паполома —&lt;br /&gt;</w:t>
        <w:br/>
        <w:t>Зелена травиця".</w:t>
      </w:r>
    </w:p>
    <w:p>
      <w:r>
        <w:br/>
        <w:t>І тримає Олег чару&lt;br /&gt;</w:t>
        <w:br/>
        <w:t>Та й не вихиляє,&lt;br /&gt;</w:t>
        <w:br/>
        <w:t>Похилився головою&lt;br /&gt;</w:t>
        <w:br/>
        <w:t>Та й собі гадає:</w:t>
      </w:r>
    </w:p>
    <w:p>
      <w:r>
        <w:br/>
        <w:t>"Не чекав же мої смерті,&lt;br /&gt;</w:t>
        <w:br/>
        <w:t>Згинув білогривий,&lt;br /&gt;</w:t>
        <w:br/>
        <w:t>А де ж слова твої віщі,&lt;br /&gt;</w:t>
        <w:br/>
        <w:t>Віщуне ти сивий?"</w:t>
      </w:r>
    </w:p>
    <w:p>
      <w:r>
        <w:br/>
        <w:t>І поїхав Олег віщий,&lt;br /&gt;</w:t>
        <w:br/>
        <w:t>Поїхали гості.&lt;br /&gt;</w:t>
        <w:br/>
        <w:t>Коло Дніпра на березі&lt;br /&gt;</w:t>
        <w:br/>
        <w:t>Оглядають кості.</w:t>
      </w:r>
    </w:p>
    <w:p>
      <w:r>
        <w:br/>
        <w:t>Там дощі їх вимивають,&lt;br /&gt;</w:t>
        <w:br/>
        <w:t>Порох присипає,&lt;br /&gt;</w:t>
        <w:br/>
        <w:t>І над ними буйний вітер&lt;br /&gt;</w:t>
        <w:br/>
        <w:t>Траву хилитає...</w:t>
      </w:r>
    </w:p>
    <w:p>
      <w:r>
        <w:br/>
        <w:t>І Олег на білий череп&lt;br /&gt;</w:t>
        <w:br/>
        <w:t>Наступив ногою І говорить:&lt;br /&gt;</w:t>
        <w:br/>
        <w:t>"Спи, мій коню,&lt;br /&gt;</w:t>
        <w:br/>
        <w:t>В мирі та спокою!</w:t>
      </w:r>
    </w:p>
    <w:p>
      <w:r>
        <w:br/>
        <w:t>Спи, мій коню, у спокою,&lt;br /&gt;</w:t>
        <w:br/>
        <w:t>Піском засипайся,&lt;br /&gt;</w:t>
        <w:br/>
        <w:t>Жовтим піском засипайся,&lt;br /&gt;</w:t>
        <w:br/>
        <w:t>В траву завивайся.</w:t>
      </w:r>
    </w:p>
    <w:p>
      <w:r>
        <w:br/>
        <w:t>Та не жалуй на Олега,&lt;br /&gt;</w:t>
        <w:br/>
        <w:t>Що він тебе кинув,&lt;br /&gt;</w:t>
        <w:br/>
        <w:t>Що без него ти без слави&lt;br /&gt;</w:t>
        <w:br/>
        <w:t>Серед поля згинув...</w:t>
      </w:r>
    </w:p>
    <w:p>
      <w:r>
        <w:br/>
        <w:t>Не на князя, коню, жалуй,&lt;br /&gt;</w:t>
        <w:br/>
        <w:t>Не на пана свого,&lt;br /&gt;</w:t>
        <w:br/>
        <w:t>На віщуна, коню, жалуй,&lt;br /&gt;</w:t>
        <w:br/>
        <w:t>Віщуна старого!.."</w:t>
      </w:r>
    </w:p>
    <w:p>
      <w:r>
        <w:br/>
        <w:t>Але знати, пане-брате,&lt;br /&gt;</w:t>
        <w:br/>
        <w:t>Того не бувало,&lt;br /&gt;</w:t>
        <w:br/>
        <w:t>Щоби слово віщунове&lt;br /&gt;</w:t>
        <w:br/>
        <w:t>Дармо пропадало.</w:t>
      </w:r>
    </w:p>
    <w:p>
      <w:r>
        <w:br/>
        <w:t>І ще кості білогрива&lt;br /&gt;</w:t>
        <w:br/>
        <w:t>Вода не обмила,&lt;br /&gt;</w:t>
        <w:br/>
        <w:t>Як гадюка у черепі&lt;br /&gt;</w:t>
        <w:br/>
        <w:t>Гніздо собі звила.</w:t>
      </w:r>
    </w:p>
    <w:p>
      <w:r>
        <w:br/>
        <w:t>І тілько лиш Олег віщий&lt;br /&gt;</w:t>
        <w:br/>
        <w:t>Череп наступає,&lt;br /&gt;</w:t>
        <w:br/>
        <w:t>А гадюка із черепа&lt;br /&gt;</w:t>
        <w:br/>
        <w:t>Вже дюри шукає.</w:t>
      </w:r>
    </w:p>
    <w:p>
      <w:r>
        <w:br/>
        <w:t>Олег череп наступає,&lt;br /&gt;</w:t>
        <w:br/>
        <w:t>Похитнути хоче,&lt;br /&gt;</w:t>
        <w:br/>
        <w:t>А гадюка із черепа&lt;br /&gt;</w:t>
        <w:br/>
        <w:t>Пнеться через очі.</w:t>
      </w:r>
    </w:p>
    <w:p>
      <w:r>
        <w:br/>
        <w:t>Олег мову починає,&lt;br /&gt;</w:t>
        <w:br/>
        <w:t>З віщуна сміється,&lt;br /&gt;</w:t>
        <w:br/>
        <w:t>А гадюка із черепа&lt;br /&gt;</w:t>
        <w:br/>
        <w:t>І пінить, і в'ється.</w:t>
      </w:r>
    </w:p>
    <w:p>
      <w:r>
        <w:br/>
        <w:t>Олег мови не кінчає,&lt;br /&gt;</w:t>
        <w:br/>
        <w:t>Скочив, як на муках:&lt;br /&gt;</w:t>
        <w:br/>
        <w:t>Йому в ногу засмокталась&lt;br /&gt;</w:t>
        <w:br/>
        <w:t>Чорная гадюка.</w:t>
      </w:r>
    </w:p>
    <w:p>
      <w:r>
        <w:br/>
        <w:t>І промовив Олег віщий:&lt;br /&gt;</w:t>
        <w:br/>
        <w:t>"Твоя правда, сивий!&lt;br /&gt;</w:t>
        <w:br/>
        <w:t>Згубив мене мій кінь вірний,&lt;br /&gt;</w:t>
        <w:br/>
        <w:t>Мій кінь білогривий!"&lt;br /&gt;</w:t>
        <w:br/>
        <w:t>Зеленіє на могилі&lt;br /&gt;</w:t>
        <w:br/>
        <w:t>Свіжая дернина;&lt;br /&gt;</w:t>
        <w:br/>
        <w:t>Над Олегом п'є-гуляє&lt;br /&gt;</w:t>
        <w:br/>
        <w:t>Сивая дружина.</w:t>
      </w:r>
    </w:p>
    <w:p>
      <w:r>
        <w:br/>
        <w:t>І срібнії, й золотії&lt;br /&gt;</w:t>
        <w:br/>
        <w:t>Чари вихиляє,&lt;br /&gt;</w:t>
        <w:br/>
        <w:t>І давнії, і новії&lt;br /&gt;</w:t>
        <w:br/>
        <w:t>Бійки споминає.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Віщий Олег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