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Високий ранок. Камінь ненагрітий...</w:t>
      </w:r>
    </w:p>
    <w:p>
      <w:r>
        <w:br/>
        <w:t xml:space="preserve"> Високий ранок. Камінь ненагрітий,&lt;br /&gt;</w:t>
        <w:br/>
        <w:t>Сочистий кущ і поруч — синя тінь.&lt;br /&gt;</w:t>
        <w:br/>
        <w:t>Вузьке від спеки річкове корито.&lt;br /&gt;</w:t>
        <w:br/>
        <w:t>Уламки скель. Акварелева рінь.</w:t>
      </w:r>
    </w:p>
    <w:p>
      <w:r>
        <w:br/>
        <w:t>Прокинься лиш. Хіба ж це не знайоме?&lt;br /&gt;</w:t>
        <w:br/>
        <w:t>Не Сугоклей? Не висохлий Інгул?&lt;br /&gt;</w:t>
        <w:br/>
        <w:t>Ці майже зовсім гранітові зломи&lt;br /&gt;</w:t>
        <w:br/>
        <w:t>І здовж долини вітру рівний гул...</w:t>
      </w:r>
    </w:p>
    <w:p>
      <w:r>
        <w:br/>
        <w:t>Перечекай. Це ще не чорна осінь:&lt;br /&gt;</w:t>
        <w:br/>
        <w:t>Це — золота, як згадка про весну,&lt;br /&gt;</w:t>
        <w:br/>
        <w:t>Це здогад той, що не доснився й досі,&lt;br /&gt;</w:t>
        <w:br/>
        <w:t>Що все трива в анабіозі сну.</w:t>
      </w:r>
    </w:p>
    <w:p>
      <w:r>
        <w:br/>
        <w:t>1962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Високий ранок. Камінь ненагрітий...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