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Визначення поезії</w:t>
      </w:r>
    </w:p>
    <w:p>
      <w:r>
        <w:br/>
        <w:t xml:space="preserve"> Борис Пастернак&lt;br /&gt;</w:t>
        <w:br/>
        <w:t>ВИЗНАЧЕННЯ ПОЕЗІЇ</w:t>
      </w:r>
    </w:p>
    <w:p>
      <w:r>
        <w:br/>
        <w:t>Перекладач: А.Кичинський</w:t>
      </w:r>
    </w:p>
    <w:p>
      <w:r>
        <w:br/>
        <w:t>Це — загуслий заливистий свист,&lt;br /&gt;</w:t>
        <w:br/>
        <w:t>Це — при березі лускіт льодинок.&lt;br /&gt;</w:t>
        <w:br/>
        <w:t>Це — умерзлий у темряву лист,&lt;br /&gt;</w:t>
        <w:br/>
        <w:t>Це — кількох солов'їв поєдинок.</w:t>
      </w:r>
    </w:p>
    <w:p>
      <w:r>
        <w:br/>
        <w:t>Це — солодкий притихлий горох,&lt;br /&gt;</w:t>
        <w:br/>
        <w:t>Це — усесвіту сльози в лопатках,&lt;br /&gt;</w:t>
        <w:br/>
        <w:t>Це — з пюпітрів і флейт — Фігаро*&lt;br /&gt;</w:t>
        <w:br/>
        <w:t>Круто валиться градом на грядку.</w:t>
      </w:r>
    </w:p>
    <w:p>
      <w:r>
        <w:br/>
        <w:t>Все, що ночі важливо знайти&lt;br /&gt;</w:t>
        <w:br/>
        <w:t>У купальницькім плесі бездоннім.&lt;br /&gt;</w:t>
        <w:br/>
        <w:t>І зорю до садка донести&lt;br /&gt;</w:t>
        <w:br/>
        <w:t>На тремтячій вологій долоні.</w:t>
      </w:r>
    </w:p>
    <w:p>
      <w:r>
        <w:br/>
        <w:t>Духота — наче дошка плеската.&lt;br /&gt;</w:t>
        <w:br/>
        <w:t>Жар небесний — не вичаха.&lt;br /&gt;</w:t>
        <w:br/>
        <w:t>Цим зіркам до лиця б реготати,&lt;br /&gt;</w:t>
        <w:br/>
        <w:t>Але всесвіт — містина глуха.</w:t>
      </w:r>
    </w:p>
    <w:p>
      <w:r>
        <w:br/>
        <w:t>---------------------&lt;br /&gt;</w:t>
        <w:br/>
        <w:t>* Ім'я героя уславлених комедій О.Бомарше&lt;br /&gt;</w:t>
        <w:br/>
        <w:t>"Севільський цирульник" і "Весілля Фігаро", на сюжет яких&lt;br /&gt;</w:t>
        <w:br/>
        <w:t>написані не менш уславлені опери Дж.Россіні й В.Моцарта;&lt;br /&gt;</w:t>
        <w:br/>
        <w:t>саме про них (чи одну з них) тут і йдеться.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Визначення поезії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