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Вокзал</w:t>
      </w:r>
    </w:p>
    <w:p>
      <w:r>
        <w:br/>
        <w:t xml:space="preserve"> Вокзал, запечатаний ящик&lt;br /&gt;</w:t>
        <w:br/>
        <w:t>Усіх моїх стріч і розлук,&lt;br /&gt;</w:t>
        <w:br/>
        <w:t>Надійний мій друг і укажчик,&lt;br /&gt;</w:t>
        <w:br/>
        <w:t>Володар найвищих заслуг.</w:t>
      </w:r>
    </w:p>
    <w:p>
      <w:r>
        <w:br/>
        <w:t>Бувало, душа моя — в шарфі,&lt;br /&gt;</w:t>
        <w:br/>
        <w:t>Лиш потяг прийде, над яким&lt;br /&gt;</w:t>
        <w:br/>
        <w:t>З огненних намордників гарпій&lt;br /&gt;</w:t>
        <w:br/>
        <w:t>Струмує уїдливий дим.</w:t>
      </w:r>
    </w:p>
    <w:p>
      <w:r>
        <w:br/>
        <w:t>Бувало, на хвильку присяду —&lt;br /&gt;</w:t>
        <w:br/>
        <w:t>І годі. Припав і відпав.&lt;br /&gt;</w:t>
        <w:br/>
        <w:t>Прощай, моя ладо й досадо!&lt;br /&gt;</w:t>
        <w:br/>
        <w:t>Поволі рушає состав.</w:t>
      </w:r>
    </w:p>
    <w:p>
      <w:r>
        <w:br/>
        <w:t>І ось уже обрій безкраїй&lt;br /&gt;</w:t>
        <w:br/>
        <w:t>В маневрах заметів і шпал&lt;br /&gt;</w:t>
        <w:br/>
        <w:t>Мене мокрим снігом хапає,&lt;br /&gt;</w:t>
        <w:br/>
        <w:t>Щоб я під колеса не впав.</w:t>
      </w:r>
    </w:p>
    <w:p>
      <w:r>
        <w:br/>
        <w:t>І гасне гудок кількакратний,&lt;br /&gt;</w:t>
        <w:br/>
        <w:t>І здалеку інший гучить,&lt;br /&gt;</w:t>
        <w:br/>
        <w:t>І вихор, глухий і горбатий,&lt;br /&gt;</w:t>
        <w:br/>
        <w:t>Пероном за поїздом мчить.</w:t>
      </w:r>
    </w:p>
    <w:p>
      <w:r>
        <w:br/>
        <w:t>І сутінкам — несамовито,&lt;br /&gt;</w:t>
        <w:br/>
        <w:t>І раптом, за димом, у сніг,&lt;br /&gt;</w:t>
        <w:br/>
        <w:t>Зриваються поле і вітер,—&lt;br /&gt;</w:t>
        <w:br/>
        <w:t>О, бути й мені б серед них!</w:t>
      </w:r>
    </w:p>
    <w:p>
      <w:r>
        <w:br/>
        <w:t>1913, 1928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Вокзал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