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 i лис (Хитра сорока)</w:t>
      </w:r>
    </w:p>
    <w:p>
      <w:r>
        <w:br/>
        <w:t xml:space="preserve"> Пробігає Лис голодний,&lt;br /&gt;</w:t>
        <w:br/>
        <w:t>Через пеньки скаче;&lt;br /&gt;</w:t>
        <w:br/>
        <w:t>Аж слухає: десь Ворона&lt;br /&gt;</w:t>
        <w:br/>
        <w:t>На гілляці кряче.</w:t>
      </w:r>
    </w:p>
    <w:p>
      <w:r>
        <w:br/>
        <w:t>Прибігає, хоть видати,&lt;br /&gt;</w:t>
        <w:br/>
        <w:t>Та ніяк дістати!..&lt;br /&gt;</w:t>
        <w:br/>
        <w:t>Лис хитриться і вертиться,&lt;br /&gt;</w:t>
        <w:br/>
        <w:t>Давай підмовляти.</w:t>
      </w:r>
    </w:p>
    <w:p>
      <w:r>
        <w:br/>
        <w:t>Підмовляє, щоб ізлізла,&lt;br /&gt;</w:t>
        <w:br/>
        <w:t>Заглядає в очі,&lt;br /&gt;</w:t>
        <w:br/>
        <w:t>Обіцяє м’яса гори,&lt;br /&gt;</w:t>
        <w:br/>
        <w:t>Ворона не хоче.</w:t>
      </w:r>
    </w:p>
    <w:p>
      <w:r>
        <w:br/>
        <w:t>"І не хочу, і не можу, –&lt;br /&gt;</w:t>
        <w:br/>
        <w:t>Стала говорити: –&lt;br /&gt;</w:t>
        <w:br/>
        <w:t>Іди, – каже, – коли хочеш,&lt;br /&gt;</w:t>
        <w:br/>
        <w:t>На село дурити!..</w:t>
      </w:r>
    </w:p>
    <w:p>
      <w:r>
        <w:br/>
        <w:t>Ти думаєш, що Ворона&lt;br /&gt;</w:t>
        <w:br/>
        <w:t>Розуму не має,&lt;br /&gt;</w:t>
        <w:br/>
        <w:t>Сидить собі на гілляці,&lt;br /&gt;</w:t>
        <w:br/>
        <w:t>Нічого не знає.</w:t>
      </w:r>
    </w:p>
    <w:p>
      <w:r>
        <w:br/>
        <w:t>Та я знаю, що ти хочеш,&lt;br /&gt;</w:t>
        <w:br/>
        <w:t>Як собака, їсти,&lt;br /&gt;</w:t>
        <w:br/>
        <w:t>І хіба б я дурна була,&lt;br /&gt;</w:t>
        <w:br/>
        <w:t>Щоб думала злізти".</w:t>
      </w:r>
    </w:p>
    <w:p>
      <w:r>
        <w:br/>
        <w:t>"Бог з тобою, голубонько! –&lt;br /&gt;</w:t>
        <w:br/>
        <w:t>Став Лис прикидатись. –&lt;br /&gt;</w:t>
        <w:br/>
        <w:t>Та тепер вже, зозуленько,&lt;br /&gt;</w:t>
        <w:br/>
        <w:t>Нічого боятись:</w:t>
      </w:r>
    </w:p>
    <w:p>
      <w:r>
        <w:br/>
        <w:t>Вийшов указ з того світу,&lt;br /&gt;</w:t>
        <w:br/>
        <w:t>Щоб мир був усюди,&lt;br /&gt;</w:t>
        <w:br/>
        <w:t>Щоби мирно собі жили&lt;br /&gt;</w:t>
        <w:br/>
        <w:t>І звірі, і люди…"</w:t>
      </w:r>
    </w:p>
    <w:p>
      <w:r>
        <w:br/>
        <w:t>А Ворона розважає:&lt;br /&gt;</w:t>
        <w:br/>
        <w:t>"Брешеш ти, мій враже!"&lt;br /&gt;</w:t>
        <w:br/>
        <w:t>Далі кругом подивилась&lt;br /&gt;</w:t>
        <w:br/>
        <w:t>Та й Лисові каже:</w:t>
      </w:r>
    </w:p>
    <w:p>
      <w:r>
        <w:br/>
        <w:t>"Та який же мир той буде&lt;br /&gt;</w:t>
        <w:br/>
        <w:t>Та спокій між нами,&lt;br /&gt;</w:t>
        <w:br/>
        <w:t>Коли онде йдуть до лісу&lt;br /&gt;</w:t>
        <w:br/>
        <w:t>Стрільці із хортами!"</w:t>
      </w:r>
    </w:p>
    <w:p>
      <w:r>
        <w:br/>
        <w:t>"Будь здорова, голубонько!"&lt;br /&gt;</w:t>
        <w:br/>
        <w:t>"А то що? куди ти?"&lt;br /&gt;</w:t>
        <w:br/>
        <w:t>"Таже стрільців несе лихо,&lt;br /&gt;</w:t>
        <w:br/>
        <w:t>Треба утікати!.."</w:t>
      </w:r>
    </w:p>
    <w:p>
      <w:r>
        <w:br/>
        <w:t>"А указ же з того світу,&lt;br /&gt;</w:t>
        <w:br/>
        <w:t>Що про мир писали?"&lt;br /&gt;</w:t>
        <w:br/>
        <w:t>"Може, вони ще указу&lt;br /&gt;</w:t>
        <w:br/>
        <w:t>Того й не читали".</w:t>
      </w:r>
    </w:p>
    <w:p>
      <w:r>
        <w:br/>
        <w:t>"Ну, не бійся ж, голубчику:&lt;br /&gt;</w:t>
        <w:br/>
        <w:t>Я лиш так сказала;&lt;br /&gt;</w:t>
        <w:br/>
        <w:t>Але вашого указу&lt;br /&gt;</w:t>
        <w:br/>
        <w:t>І я не читала!.."&lt;br /&gt;</w:t>
        <w:br/>
        <w:t>18 апреля [1859].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 i лис (Хитра сорока)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