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Ворона та Лисиця</w:t>
      </w:r>
    </w:p>
    <w:p>
      <w:r>
        <w:br/>
        <w:t xml:space="preserve"> Вже скільки раз казали миру,&lt;br /&gt;</w:t>
        <w:br/>
        <w:t>Що влесливість гидка, та мова марна ця:&lt;br /&gt;</w:t>
        <w:br/>
        <w:t>Улесливий завжди зворушує серця.</w:t>
      </w:r>
    </w:p>
    <w:p>
      <w:r>
        <w:br/>
        <w:t>Вороні якось бог послав був грудку сиру.&lt;br /&gt;</w:t>
        <w:br/>
        <w:t>Ворона сіла на суку&lt;br /&gt;</w:t>
        <w:br/>
        <w:t>Й хотіла вже було поснідать до смаку,&lt;br /&gt;</w:t>
        <w:br/>
        <w:t>Але задумалась, а в роті сир тримала.&lt;br /&gt;</w:t>
        <w:br/>
        <w:t>В цей час Лисиця тут близенько пробігала.</w:t>
      </w:r>
    </w:p>
    <w:p>
      <w:r>
        <w:br/>
        <w:t>Враз сирний дух Лисицю зупинив:&lt;br /&gt;</w:t>
        <w:br/>
        <w:t>Лисиця бачить сир,— Лисицю сир сп'янив.&lt;br /&gt;</w:t>
        <w:br/>
        <w:t>Вона навшпинечках до дерева підходить,&lt;br /&gt;</w:t>
        <w:br/>
        <w:t>Вертить хвостом, очей згори не зводить&lt;br /&gt;</w:t>
        <w:br/>
        <w:t>І ніжно каже, влеслива така:&lt;br /&gt;</w:t>
        <w:br/>
        <w:t>"Голубко, гарна ж ти яка!&lt;br /&gt;</w:t>
        <w:br/>
        <w:t>Ну й шийка в тебе, а очиці!&lt;br /&gt;</w:t>
        <w:br/>
        <w:t>Як розказать, так небилиці!&lt;br /&gt;</w:t>
        <w:br/>
        <w:t>А пір'ячко яке! Який дзьобок!&lt;br /&gt;</w:t>
        <w:br/>
        <w:t>І, мабуть, ангельський у тебе голосок!&lt;br /&gt;</w:t>
        <w:br/>
        <w:t>Благаю, заспівай! А що коли, сестрице,&lt;br /&gt;</w:t>
        <w:br/>
        <w:t>При отакій красі ти й в співі чарівниця?&lt;br /&gt;</w:t>
        <w:br/>
        <w:t>Так ти б у нас була цар-птиця!"&lt;br /&gt;</w:t>
        <w:br/>
        <w:t>Вороні з лестощів звихнулась голова,</w:t>
      </w:r>
    </w:p>
    <w:p>
      <w:r>
        <w:br/>
        <w:t>Від радощів забилось їй дихання,—&lt;br /&gt;</w:t>
        <w:br/>
        <w:t>І на привітливі Лисиччині слова&lt;br /&gt;</w:t>
        <w:br/>
        <w:t>Ворона каркнула щосили з здивування:&lt;br /&gt;</w:t>
        <w:br/>
        <w:t>Сир випав — зникла з ним і пройда лісова.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Ворона та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