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Вовк, собака і кіт (Старий пес)</w:t>
      </w:r>
    </w:p>
    <w:p>
      <w:r>
        <w:br/>
        <w:t xml:space="preserve"> Як Собака стеріг хату,&lt;br /&gt;</w:t>
        <w:br/>
        <w:t>То й його тримали;&lt;br /&gt;</w:t>
        <w:br/>
        <w:t>Як постарівся, до лиха,&lt;br /&gt;</w:t>
        <w:br/>
        <w:t>Взяли та й нагнали…</w:t>
      </w:r>
    </w:p>
    <w:p>
      <w:r>
        <w:br/>
        <w:t>Іде, бідний, дорогою,&lt;br /&gt;</w:t>
        <w:br/>
        <w:t>Притулку шукає;&lt;br /&gt;</w:t>
        <w:br/>
        <w:t>Аж у лісі на поляні&lt;br /&gt;</w:t>
        <w:br/>
        <w:t>Вовк його здибає.</w:t>
      </w:r>
    </w:p>
    <w:p>
      <w:r>
        <w:br/>
        <w:t>"Куди, – каже, – йдеш, Собако?"&lt;br /&gt;</w:t>
        <w:br/>
        <w:t>"Притулку шукати!"&lt;br /&gt;</w:t>
        <w:br/>
        <w:t>"А що ж твої господарі?"&lt;br /&gt;</w:t>
        <w:br/>
        <w:t>"Та вигнали з хати!"</w:t>
      </w:r>
    </w:p>
    <w:p>
      <w:r>
        <w:br/>
        <w:t>"Ну, нічого! Будеш, – каже, –&lt;br /&gt;</w:t>
        <w:br/>
        <w:t>У мене служити;&lt;br /&gt;</w:t>
        <w:br/>
        <w:t>В мене будеш, як дитина,&lt;br /&gt;</w:t>
        <w:br/>
        <w:t>У розкошах жити…</w:t>
      </w:r>
    </w:p>
    <w:p>
      <w:r>
        <w:br/>
        <w:t>А чи їв ти що сьогодні?!"&lt;br /&gt;</w:t>
        <w:br/>
        <w:t>"Ні, – каже, – нічого!"&lt;br /&gt;</w:t>
        <w:br/>
        <w:t>"Тож ходімо обідати!" –&lt;br /&gt;</w:t>
        <w:br/>
        <w:t>Каже Вовк до нього.</w:t>
      </w:r>
    </w:p>
    <w:p>
      <w:r>
        <w:br/>
        <w:t>Ідуть вони темним лісом,&lt;br /&gt;</w:t>
        <w:br/>
        <w:t>Ідуть чагарями,&lt;br /&gt;</w:t>
        <w:br/>
        <w:t>Ідуть вони пустим зрубом,&lt;br /&gt;</w:t>
        <w:br/>
        <w:t>Буйними ланами;</w:t>
      </w:r>
    </w:p>
    <w:p>
      <w:r>
        <w:br/>
        <w:t>Ідуть степом… Надибають:&lt;br /&gt;</w:t>
        <w:br/>
        <w:t>Стадо коней грає…&lt;br /&gt;</w:t>
        <w:br/>
        <w:t>Вовк пригнувся, поглядає,&lt;br /&gt;</w:t>
        <w:br/>
        <w:t>Здобич вибирає…</w:t>
      </w:r>
    </w:p>
    <w:p>
      <w:r>
        <w:br/>
        <w:t>"Бачиш, – каже, – ту лошицю,&lt;br /&gt;</w:t>
        <w:br/>
        <w:t>Що білії п’яти?&lt;br /&gt;</w:t>
        <w:br/>
        <w:t>Ото зараз, – каже, – з неї&lt;br /&gt;</w:t>
        <w:br/>
        <w:t>Будем обід мати".</w:t>
      </w:r>
    </w:p>
    <w:p>
      <w:r>
        <w:br/>
        <w:t>І в минуті почав землю&lt;br /&gt;</w:t>
        <w:br/>
        <w:t>Під собою дерти;&lt;br /&gt;</w:t>
        <w:br/>
        <w:t>Зачав дерти сиру землю,&lt;br /&gt;</w:t>
        <w:br/>
        <w:t>Як скажений, жерти.</w:t>
      </w:r>
    </w:p>
    <w:p>
      <w:r>
        <w:br/>
        <w:t>"Подивися-но на мене –&lt;br /&gt;</w:t>
        <w:br/>
        <w:t>З’їжилась чуприна?.."&lt;br /&gt;</w:t>
        <w:br/>
        <w:t>"З’їжилась, – Собака каже. –&lt;br /&gt;</w:t>
        <w:br/>
        <w:t>Встала, як щетина!"</w:t>
      </w:r>
    </w:p>
    <w:p>
      <w:r>
        <w:br/>
        <w:t>Знов він землю під собою&lt;br /&gt;</w:t>
        <w:br/>
        <w:t>Зачинає дерти,&lt;br /&gt;</w:t>
        <w:br/>
        <w:t>Зачинає землю дерти,&lt;br /&gt;</w:t>
        <w:br/>
        <w:t>Як скажений, жерти…</w:t>
      </w:r>
    </w:p>
    <w:p>
      <w:r>
        <w:br/>
        <w:t>"А поглянь-но, – каже, – в очі:&lt;br /&gt;</w:t>
        <w:br/>
        <w:t>Чи посоловіли?"&lt;br /&gt;</w:t>
        <w:br/>
        <w:t>Пес поглянув йому в очі:&lt;br /&gt;</w:t>
        <w:br/>
        <w:t>"О, посоловіли!.."</w:t>
      </w:r>
    </w:p>
    <w:p>
      <w:r>
        <w:br/>
        <w:t>Вовк кулею до лошиці!&lt;br /&gt;</w:t>
        <w:br/>
        <w:t>Та й не сподівалась…&lt;br /&gt;</w:t>
        <w:br/>
        <w:t>Стадо в ноги, куди гляне,&lt;br /&gt;</w:t>
        <w:br/>
        <w:t>Лошиця осталась.</w:t>
      </w:r>
    </w:p>
    <w:p>
      <w:r>
        <w:br/>
        <w:t>Осталася, повалилась,&lt;br /&gt;</w:t>
        <w:br/>
        <w:t>От вони білують…&lt;br /&gt;</w:t>
        <w:br/>
        <w:t>Збілували тлусті стегна,&lt;br /&gt;</w:t>
        <w:br/>
        <w:t>Стали та й балюють…</w:t>
      </w:r>
    </w:p>
    <w:p>
      <w:r>
        <w:br/>
        <w:t>Відживився Пес голодний:&lt;br /&gt;</w:t>
        <w:br/>
        <w:t>"Що, – каже, – служити?..&lt;br /&gt;</w:t>
        <w:br/>
        <w:t>Та тепер я і без Вовка&lt;br /&gt;</w:t>
        <w:br/>
        <w:t>Можу в світі жити…</w:t>
      </w:r>
    </w:p>
    <w:p>
      <w:r>
        <w:br/>
        <w:t>Тільки землі наїстися&lt;br /&gt;</w:t>
        <w:br/>
        <w:t>Та сміло кидатись,&lt;br /&gt;</w:t>
        <w:br/>
        <w:t>І будь огир, будь лошиця,&lt;br /&gt;</w:t>
        <w:br/>
        <w:t>А мусить піддатись".</w:t>
      </w:r>
    </w:p>
    <w:p>
      <w:r>
        <w:br/>
        <w:t>І наїжився до Вовка&lt;br /&gt;</w:t>
        <w:br/>
        <w:t>Та й давай брехати,&lt;br /&gt;</w:t>
        <w:br/>
        <w:t>Давай Вовка голодного&lt;br /&gt;</w:t>
        <w:br/>
        <w:t>Від лошиці гнати.</w:t>
      </w:r>
    </w:p>
    <w:p>
      <w:r>
        <w:br/>
        <w:t>"Іди, – каже, – коли хочеш,&lt;br /&gt;</w:t>
        <w:br/>
        <w:t>А то прийдуть люди;&lt;br /&gt;</w:t>
        <w:br/>
        <w:t>Тоді тобі, вражий Вовче,&lt;br /&gt;</w:t>
        <w:br/>
        <w:t>Не до шмиги буде!"</w:t>
      </w:r>
    </w:p>
    <w:p>
      <w:r>
        <w:br/>
        <w:t>Подивився Вовк на нього,&lt;br /&gt;</w:t>
        <w:br/>
        <w:t>Як на того біса,&lt;br /&gt;</w:t>
        <w:br/>
        <w:t>Махнув хвостом, стрепенувся&lt;br /&gt;</w:t>
        <w:br/>
        <w:t>Та й побіг до ліса.</w:t>
      </w:r>
    </w:p>
    <w:p>
      <w:r>
        <w:br/>
        <w:t>А Собака коло стерва&lt;br /&gt;</w:t>
        <w:br/>
        <w:t>Днює і ночує;&lt;br /&gt;</w:t>
        <w:br/>
        <w:t>Тілько в нього і роботи,&lt;br /&gt;</w:t>
        <w:br/>
        <w:t>Що бальом балює…</w:t>
      </w:r>
    </w:p>
    <w:p>
      <w:r>
        <w:br/>
        <w:t>І скінчив він всю лошицю,&lt;br /&gt;</w:t>
        <w:br/>
        <w:t>Поживи шукає:&lt;br /&gt;</w:t>
        <w:br/>
        <w:t>Іде собі дорогою,&lt;br /&gt;</w:t>
        <w:br/>
        <w:t>Аж Кота здибає.</w:t>
      </w:r>
    </w:p>
    <w:p>
      <w:r>
        <w:br/>
        <w:t>"Куди, Котику, мандруєш?"&lt;br /&gt;</w:t>
        <w:br/>
        <w:t>"Притулку шукати!"&lt;br /&gt;</w:t>
        <w:br/>
        <w:t>"А що ж твої господарі?"&lt;br /&gt;</w:t>
        <w:br/>
        <w:t>"Та вигнали з хати!"</w:t>
      </w:r>
    </w:p>
    <w:p>
      <w:r>
        <w:br/>
        <w:t>"Ну, нічого, будеш, – каже, –&lt;br /&gt;</w:t>
        <w:br/>
        <w:t>У мене служити:&lt;br /&gt;</w:t>
        <w:br/>
        <w:t>В мене будеш, як дитина,&lt;br /&gt;</w:t>
        <w:br/>
        <w:t>У розкошах жити!</w:t>
      </w:r>
    </w:p>
    <w:p>
      <w:r>
        <w:br/>
        <w:t>А чи їв ти що сьогодні?"&lt;br /&gt;</w:t>
        <w:br/>
        <w:t>"Ні, – каже, – нічого!"&lt;br /&gt;</w:t>
        <w:br/>
        <w:t>"Тож ходімо обідати!" –&lt;br /&gt;</w:t>
        <w:br/>
        <w:t>Каже Пес до нього.</w:t>
      </w:r>
    </w:p>
    <w:p>
      <w:r>
        <w:br/>
        <w:t>Ідуть вони по степові,&lt;br /&gt;</w:t>
        <w:br/>
        <w:t>Табун коней грає,&lt;br /&gt;</w:t>
        <w:br/>
        <w:t>Пес найкращую лошицю&lt;br /&gt;</w:t>
        <w:br/>
        <w:t>З стада вибирає.</w:t>
      </w:r>
    </w:p>
    <w:p>
      <w:r>
        <w:br/>
        <w:t>"Видиш, – каже, – ту лошицю,&lt;br /&gt;</w:t>
        <w:br/>
        <w:t>Що білії п’яти?&lt;br /&gt;</w:t>
        <w:br/>
        <w:t>Ото зараз, – каже, – з неї&lt;br /&gt;</w:t>
        <w:br/>
        <w:t>Будем обід мати!.."</w:t>
      </w:r>
    </w:p>
    <w:p>
      <w:r>
        <w:br/>
        <w:t>І в минуті став він землю&lt;br /&gt;</w:t>
        <w:br/>
        <w:t>Під собою дерти,&lt;br /&gt;</w:t>
        <w:br/>
        <w:t>Став він дерти сиру землю,&lt;br /&gt;</w:t>
        <w:br/>
        <w:t>Мов скажений, жерти.</w:t>
      </w:r>
    </w:p>
    <w:p>
      <w:r>
        <w:br/>
        <w:t>"А що, – каже, – подивися:&lt;br /&gt;</w:t>
        <w:br/>
        <w:t>Чи чуприна встала?"&lt;br /&gt;</w:t>
        <w:br/>
        <w:t>"Ба ні, – каже, – щось не встала!"&lt;br /&gt;</w:t>
        <w:br/>
        <w:t>"Та кажи, що встала!"</w:t>
      </w:r>
    </w:p>
    <w:p>
      <w:r>
        <w:br/>
        <w:t>І знов Котика питає:&lt;br /&gt;</w:t>
        <w:br/>
        <w:t>"Чи встала чуприна?"&lt;br /&gt;</w:t>
        <w:br/>
        <w:t>Хоть не встала, а Кіт каже:&lt;br /&gt;</w:t>
        <w:br/>
        <w:t>"Встала, як щетина".</w:t>
      </w:r>
    </w:p>
    <w:p>
      <w:r>
        <w:br/>
        <w:t>Зачинає знов він землю&lt;br /&gt;</w:t>
        <w:br/>
        <w:t>Під собою дерти,&lt;br /&gt;</w:t>
        <w:br/>
        <w:t>Зачинає землю дерти,&lt;br /&gt;</w:t>
        <w:br/>
        <w:t>Як скажений, жерти…</w:t>
      </w:r>
    </w:p>
    <w:p>
      <w:r>
        <w:br/>
        <w:t>"А поглянь-но, – каже, – в очі,&lt;br /&gt;</w:t>
        <w:br/>
        <w:t>Чи посоловіли?"&lt;br /&gt;</w:t>
        <w:br/>
        <w:t>Подивився Кіт у очі:&lt;br /&gt;</w:t>
        <w:br/>
        <w:t>"Не посоловіли!"</w:t>
      </w:r>
    </w:p>
    <w:p>
      <w:r>
        <w:br/>
        <w:t>"Та кажи-бо, старий дурню,&lt;br /&gt;</w:t>
        <w:br/>
        <w:t>Що посоловіли!"&lt;br /&gt;</w:t>
        <w:br/>
        <w:t>Бере Котик та й говорить,&lt;br /&gt;</w:t>
        <w:br/>
        <w:t>Що посоловіли.</w:t>
      </w:r>
    </w:p>
    <w:p>
      <w:r>
        <w:br/>
        <w:t>Пес, як куля, до лошиці!&lt;br /&gt;</w:t>
        <w:br/>
        <w:t>Вона – копитами!&lt;br /&gt;</w:t>
        <w:br/>
        <w:t>Так Собака і прослалась&lt;br /&gt;</w:t>
        <w:br/>
        <w:t>Догори ногами!..</w:t>
      </w:r>
    </w:p>
    <w:p>
      <w:r>
        <w:br/>
        <w:t>Прийшов Котик, глянув в очі –&lt;br /&gt;</w:t>
        <w:br/>
        <w:t>Очі вже темніли…&lt;br /&gt;</w:t>
        <w:br/>
        <w:t>"Тепер, – каже, – то вже правда,&lt;br /&gt;</w:t>
        <w:br/>
        <w:t>Що посоловіли!"&lt;br /&gt;</w:t>
        <w:br/>
        <w:t>19 апреля [1859].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Вовк, собака і кіт (Старий пес)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