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Вовк-старшина</w:t>
      </w:r>
    </w:p>
    <w:p>
      <w:r>
        <w:br/>
        <w:t xml:space="preserve"> &lt;p&gt;Пасся раз Осел на пасовиську та якось наблизився до лісу, а за пнем сидів Вовк, вискочив до Осла й хотів його роздерти. А Осел, дарма що його за дурня вважають, зараз надумав, що йому зробити. Вовк до нього біжить, а він усміхається так радісно, кланяється йому низенько та й каже:</w:t>
      </w:r>
    </w:p>
    <w:p>
      <w:r>
        <w:br/>
        <w:t>— От добре, от добре, пане Вовче, що ви прийшли. Я вже тут вас шукаю-шукаю!</w:t>
      </w:r>
    </w:p>
    <w:p>
      <w:r>
        <w:br/>
        <w:t>— А нащо я тобі здався? — питає Вовк.</w:t>
      </w:r>
    </w:p>
    <w:p>
      <w:r>
        <w:br/>
        <w:t>— Та, бачите, громада послала мене за вами і пильно наказала: "Йди і без Вовка до села не повертайся!"</w:t>
      </w:r>
    </w:p>
    <w:p>
      <w:r>
        <w:br/>
        <w:t>— А нащо я громаді здався? — питає Вовк.</w:t>
      </w:r>
    </w:p>
    <w:p>
      <w:r>
        <w:br/>
        <w:t>— А ви й не знаєте? Адже у нас у селі старшину вибирають.</w:t>
      </w:r>
    </w:p>
    <w:p>
      <w:r>
        <w:br/>
        <w:t>— Ну, так що з того, що вибирають?</w:t>
      </w:r>
    </w:p>
    <w:p>
      <w:r>
        <w:br/>
        <w:t>— Не то біда, що вибирають,— каже Осел,— а то біда, що нікого не можуть вибрати. Вже всі господарі пересварилися проміж себе, а далі кажуть: "Тут хіба один Вовк із лісу може старшиною бути". Як сказали це, так на цьому й погодились і вислали мене, щоб я вас зараз привів до села. Таке-то діло.</w:t>
      </w:r>
    </w:p>
    <w:p>
      <w:r>
        <w:br/>
        <w:t>Почувши таке, Вовк аж хвіст угору підняв з радості. Зараз виліз на Осла, сів йому на спину та й їде до села. А коли приїхали до села, Осел закричав своїм дзвінким голосом, з хат повибігали люди, та, бачачи, що Вовк на Ослі верхом їде, кинулися з палками, ціпами та дрючками та й давай його молотити. Били, били, ледве Вовк живий із села втік.</w:t>
      </w:r>
    </w:p>
    <w:p>
      <w:r>
        <w:br/>
        <w:t>Біжить неборака та все оглядається, чи ще люди за ним не біжать. Аж коли вже села не стало видно, Вовк побачив копицю сіна, вискочив на неї, простягнувся і ліг спочити. А спочиваючи, почав голосно сам до себе говорити:</w:t>
      </w:r>
    </w:p>
    <w:p>
      <w:r>
        <w:br/>
        <w:t>— Мій тато старшиною не був, мій дід старшиною не був, і чого ж то мені дурному раптом забажалося старшиною бути? Ех, шкода, що нема тут якого порядного хлопця, щоби мене здоровенним буком полупцював та розуму навчив.</w:t>
      </w:r>
    </w:p>
    <w:p>
      <w:r>
        <w:br/>
        <w:t>А під копицею сидів здоровенний парубок з вилами в руках. Почувши це, як вискочить, як потягне Вовка разів з десять по хребту, аж Вовк і дух спустив.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Вовк-старшина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