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та ягня</w:t>
      </w:r>
    </w:p>
    <w:p>
      <w:r>
        <w:br/>
        <w:t xml:space="preserve"> На світі вже давно ведеться,&lt;br /&gt;</w:t>
        <w:br/>
        <w:t>Що нижчий перед вищим гнеться,&lt;br /&gt;</w:t>
        <w:br/>
        <w:t>А більший меншого кусає та ще й б'є —&lt;br /&gt;</w:t>
        <w:br/>
        <w:t>Затим що сила є...&lt;br /&gt;</w:t>
        <w:br/>
        <w:t>Примір не довго б показати,&lt;br /&gt;</w:t>
        <w:br/>
        <w:t>Та — цур йому! Нащо чіпать?..&lt;br /&gt;</w:t>
        <w:br/>
        <w:t>А щоб кінці як-небудь поховать,&lt;br /&gt;</w:t>
        <w:br/>
        <w:t>Я хочу байку розказати.&lt;br /&gt;</w:t>
        <w:br/>
        <w:t>Улітку, саме серед дня,&lt;br /&gt;</w:t>
        <w:br/>
        <w:t>Пустуючи, дурне Ягня&lt;br /&gt;</w:t>
        <w:br/>
        <w:t>Само забилося до річки —&lt;br /&gt;</w:t>
        <w:br/>
        <w:t>Напитися водички.&lt;br /&gt;</w:t>
        <w:br/>
        <w:t>От чи пило, чи ні — глядить:&lt;br /&gt;</w:t>
        <w:br/>
        <w:t>Аж суне Вовк — такий страшенний&lt;br /&gt;</w:t>
        <w:br/>
        <w:t>Та здоровенний!&lt;br /&gt;</w:t>
        <w:br/>
        <w:t>Та так прямісінько й біжить&lt;br /&gt;</w:t>
        <w:br/>
        <w:t>До бідного Ягняти.&lt;br /&gt;</w:t>
        <w:br/>
        <w:t>Ягняті нікуди тікати;&lt;br /&gt;</w:t>
        <w:br/>
        <w:t>Стоїть, сердешне, та дрижить...&lt;br /&gt;</w:t>
        <w:br/>
        <w:t>А Вовк, неначе комісар, кричить&lt;br /&gt;</w:t>
        <w:br/>
        <w:t>(Він, щоб присікаться, знайшов причину):&lt;br /&gt;</w:t>
        <w:br/>
        <w:t>— Нащо се ти, собачий сину,&lt;br /&gt;</w:t>
        <w:br/>
        <w:t>Тут каламутиш берег мій&lt;br /&gt;</w:t>
        <w:br/>
        <w:t>Та квапиш ніс поганий свій&lt;br /&gt;</w:t>
        <w:br/>
        <w:t>У чистую оцюю воду?&lt;br /&gt;</w:t>
        <w:br/>
        <w:t>Та я тобі за сюю шкоду&lt;br /&gt;</w:t>
        <w:br/>
        <w:t>Ти знаєш, що зроблю?..&lt;br /&gt;</w:t>
        <w:br/>
        <w:t>Як муху, задавлю!&lt;br /&gt;</w:t>
        <w:br/>
        <w:t>— Ні, паночку,— Ягня йому мовляє,-&lt;br /&gt;</w:t>
        <w:br/>
        <w:t>Водиці я не сколотив,&lt;br /&gt;</w:t>
        <w:br/>
        <w:t>Бо ще й не пив;&lt;br /&gt;</w:t>
        <w:br/>
        <w:t>А хоч би й пив, то шкоди в тім немає,&lt;br /&gt;</w:t>
        <w:br/>
        <w:t>Бо я стою зовсім не там,&lt;br /&gt;</w:t>
        <w:br/>
        <w:t>Де треба пити вам,&lt;br /&gt;</w:t>
        <w:br/>
        <w:t>Та ще й вода од вас сюди збігає...&lt;br /&gt;</w:t>
        <w:br/>
        <w:t>— Так себто я брешу? — тут Вовк йому гукнув. —&lt;br /&gt;</w:t>
        <w:br/>
        <w:t>Чи бач! Ще і базікать стало...&lt;br /&gt;</w:t>
        <w:br/>
        <w:t>Такого ще поганця не бувало!..&lt;br /&gt;</w:t>
        <w:br/>
        <w:t>Здається, ти й позаторік тут був&lt;br /&gt;</w:t>
        <w:br/>
        <w:t>Та капості мені робив... Тривай же!&lt;br /&gt;</w:t>
        <w:br/>
        <w:t>Ти думаєш, що я забув?&lt;br /&gt;</w:t>
        <w:br/>
        <w:t>— Помилуйте! — йому Ягнятко каже,-&lt;br /&gt;</w:t>
        <w:br/>
        <w:t>На світі я ще й году не прожив.&lt;br /&gt;</w:t>
        <w:br/>
        <w:t>— Так брат твій був.&lt;br /&gt;</w:t>
        <w:br/>
        <w:t>— Нема братів.&lt;br /&gt;</w:t>
        <w:br/>
        <w:t>— Так, може, батько,&lt;br /&gt;</w:t>
        <w:br/>
        <w:t>Коли не дядько...&lt;br /&gt;</w:t>
        <w:br/>
        <w:t>Або ж хто-небудь з ваших був...&lt;br /&gt;</w:t>
        <w:br/>
        <w:t>Хіба не знаю я, не чув,&lt;br /&gt;</w:t>
        <w:br/>
        <w:t>Що ви усі мене б із'їли,&lt;br /&gt;</w:t>
        <w:br/>
        <w:t>Якби вловили?&lt;br /&gt;</w:t>
        <w:br/>
        <w:t>Собаки й вівчарі твої,&lt;br /&gt;</w:t>
        <w:br/>
        <w:t>Усі ви — вороги мої:&lt;br /&gt;</w:t>
        <w:br/>
        <w:t>Од вас мені життя немає...&lt;br /&gt;</w:t>
        <w:br/>
        <w:t>Ще мало я терпів?&lt;br /&gt;</w:t>
        <w:br/>
        <w:t>— Так чим же я вам досадив? —&lt;br /&gt;</w:t>
        <w:br/>
        <w:t>Ягнятко, плачучи, питає.&lt;br /&gt;</w:t>
        <w:br/>
        <w:t>— Цить, капосне! Либонь, не знає...&lt;br /&gt;</w:t>
        <w:br/>
        <w:t>Ще й огризається, щеня!&lt;br /&gt;</w:t>
        <w:br/>
        <w:t>Що ти за птиця?! Ти — Ягня!&lt;br /&gt;</w:t>
        <w:br/>
        <w:t>Як сміло ти мене питати?&lt;br /&gt;</w:t>
        <w:br/>
        <w:t>Вовк, може, їсти захотів!..&lt;br /&gt;</w:t>
        <w:br/>
        <w:t>Не вам про теє, дурням, знати! —&lt;br /&gt;</w:t>
        <w:br/>
        <w:t>І —Вовк Ягнятко задавив...&lt;br /&gt;</w:t>
        <w:br/>
        <w:t>Нащо йому про теє знати,&lt;br /&gt;</w:t>
        <w:br/>
        <w:t>Що, може, плаче бідна мати&lt;br /&gt;</w:t>
        <w:br/>
        <w:t>Та побивається, як рибонька об лід:&lt;br /&gt;</w:t>
        <w:br/>
        <w:t>Він Вовк, він пан... йому не слід...&lt;br /&gt;</w:t>
        <w:br/>
        <w:t>1854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та 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