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дубової гілки зірвався листочок незнаний...</w:t>
      </w:r>
    </w:p>
    <w:p>
      <w:r>
        <w:br/>
        <w:t xml:space="preserve"> З дубової гілки зірвався листочок незнаний&lt;br /&gt;</w:t>
        <w:br/>
        <w:t>I в степ покотився, суворими бурями гнаний,&lt;br /&gt;</w:t>
        <w:br/>
        <w:t>Засох і зів'яв він од холоду, спеки і горя&lt;br /&gt;</w:t>
        <w:br/>
        <w:t>I от докотивсь наостанку до Чорного моря.</w:t>
      </w:r>
    </w:p>
    <w:p>
      <w:r>
        <w:br/>
        <w:t>Край Чорного моря чинара розкидала віти,&lt;br /&gt;</w:t>
        <w:br/>
        <w:t>I вітер літає до неї в гіллі гомоніти;&lt;br /&gt;</w:t>
        <w:br/>
        <w:t>На вітті зеленому райські гойдаються птиці,&lt;br /&gt;</w:t>
        <w:br/>
        <w:t>Співають пісень їй про славу морської цариці.</w:t>
      </w:r>
    </w:p>
    <w:p>
      <w:r>
        <w:br/>
        <w:t>I кволий мандрівець до кореня їй припадає,&lt;br /&gt;</w:t>
        <w:br/>
        <w:t>З глибокою тугою захисту молить-благає,&lt;br /&gt;</w:t>
        <w:br/>
        <w:t>I каже їй так: "Я дубовий листочок нещасний,&lt;br /&gt;</w:t>
        <w:br/>
        <w:t>В суворому краї розцвів та й опав я дочасно.</w:t>
      </w:r>
    </w:p>
    <w:p>
      <w:r>
        <w:br/>
        <w:t>Давно я світами без цілі блуджу самотою,&lt;br /&gt;</w:t>
        <w:br/>
        <w:t>Засох я від спеки, зів'яв я без сну й супокою;&lt;br /&gt;</w:t>
        <w:br/>
        <w:t>Укрий подорожнього в шату свою смарагдoву,&lt;br /&gt;</w:t>
        <w:br/>
        <w:t>За те не одну я повім тобі повість чудову".</w:t>
      </w:r>
    </w:p>
    <w:p>
      <w:r>
        <w:br/>
        <w:t>"Нащо ти мені?— молода йому мовить чинара.-&lt;br /&gt;</w:t>
        <w:br/>
        <w:t>Ти жовтий, зів'ялий і листю моєму не пара.&lt;br /&gt;</w:t>
        <w:br/>
        <w:t>Ти світу набачивсь? Та що ті казки і билиці?&lt;br /&gt;</w:t>
        <w:br/>
        <w:t>Мені надокучили співи і райської птиці.</w:t>
      </w:r>
    </w:p>
    <w:p>
      <w:r>
        <w:br/>
        <w:t>Іди собі далі, мандрівче, тебе я не знаю,&lt;br /&gt;</w:t>
        <w:br/>
        <w:t>Я в пестощах сонця, для нього живу й процвітаю;&lt;br /&gt;</w:t>
        <w:br/>
        <w:t>I віття своє підіймаю у небо просторе,&lt;br /&gt;</w:t>
        <w:br/>
        <w:t>А корінь мій миє студеною хвилею море".</w:t>
      </w:r>
    </w:p>
    <w:p>
      <w:r>
        <w:br/>
        <w:t>Переклад М. Зерова</w:t>
      </w:r>
    </w:p>
    <w:p>
      <w:r>
        <w:br/>
        <w:t>----------------------------------</w:t>
      </w:r>
    </w:p>
    <w:p>
      <w:r>
        <w:br/>
        <w:t>Од рідної гілки дубовий листок одірвало,&lt;br /&gt;</w:t>
        <w:br/>
        <w:t>І в степ закотило, й жорстокою бурею гнало;&lt;br /&gt;</w:t>
        <w:br/>
        <w:t>Зів'яв і засох він від холоду, спеки і горя&lt;br /&gt;</w:t>
        <w:br/>
        <w:t>І ось докотився, нарешті, до Чорного моря.</w:t>
      </w:r>
    </w:p>
    <w:p>
      <w:r>
        <w:br/>
        <w:t>Край Чорного моря чинара стоїть молодая;&lt;br /&gt;</w:t>
        <w:br/>
        <w:t>Шепочеться вітер із нею й гілля їй торкає;&lt;br /&gt;</w:t>
        <w:br/>
        <w:t>На гіллі зеленому райські гойдаються птиці;&lt;br /&gt;</w:t>
        <w:br/>
        <w:t>Співають про вроду урочу морської цариці.</w:t>
      </w:r>
    </w:p>
    <w:p>
      <w:r>
        <w:br/>
        <w:t>Мандрівник підбився під корінь чинарі високій,&lt;br /&gt;</w:t>
        <w:br/>
        <w:t>Притулку на час він благає у тузі глибокій&lt;br /&gt;</w:t>
        <w:br/>
        <w:t>І так він говорить: "Дубовий листочок я хворий,&lt;br /&gt;</w:t>
        <w:br/>
        <w:t>Дочасно я зріс і дозрів у вітчизні суворій.</w:t>
      </w:r>
    </w:p>
    <w:p>
      <w:r>
        <w:br/>
        <w:t>Один без притулку блукаю по світу давно я,&lt;br /&gt;</w:t>
        <w:br/>
        <w:t>Засох я без тіні, зів'яв я без сну та спокою.&lt;br /&gt;</w:t>
        <w:br/>
        <w:t>Сховай же прибульця у листі своїм смарагдовім,&lt;br /&gt;</w:t>
        <w:br/>
        <w:t>Багато я знаю бувальщин чудних і чудових".</w:t>
      </w:r>
    </w:p>
    <w:p>
      <w:r>
        <w:br/>
        <w:t>"Навіщо мені ти? — йому відмовляє чинара.-&lt;br /&gt;</w:t>
        <w:br/>
        <w:t>Ти пилом прибився й синам моїм свіжим не пара.&lt;br /&gt;</w:t>
        <w:br/>
        <w:t>Ти бачив багато — та що там твої небилиці!&lt;br /&gt;</w:t>
        <w:br/>
        <w:t>Давно вже і райські мені надокучили птиці.</w:t>
      </w:r>
    </w:p>
    <w:p>
      <w:r>
        <w:br/>
        <w:t>Іди собі далі, мандрівче, тебе я не знаю!&lt;br /&gt;</w:t>
        <w:br/>
        <w:t>Я з сонцем кохаюсь: для нього живу й розцвітаю;&lt;br /&gt;</w:t>
        <w:br/>
        <w:t>По небу я віти розкинула тут на просторі&lt;br /&gt;</w:t>
        <w:br/>
        <w:t>Й купаю коріння своє у холодному морі".&lt;br /&gt;</w:t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дубової гілки зірвався листочок незнаний...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