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Заєць і рак</w:t>
      </w:r>
    </w:p>
    <w:p>
      <w:r>
        <w:br/>
        <w:t xml:space="preserve"> Вранці заєць біля дуба&lt;br /&gt;</w:t>
        <w:br/>
        <w:t>Одягнувся в білу шубу,&lt;br /&gt;</w:t>
        <w:br/>
        <w:t>Одягнувся, оглянувся,&lt;br /&gt;</w:t>
        <w:br/>
        <w:t>В довгі вуса посміхнувся.&lt;br /&gt;</w:t>
        <w:br/>
        <w:t>— Гарна шуба, шуба гожа,&lt;br /&gt;</w:t>
        <w:br/>
        <w:t>І на полюс з нею можна,&lt;br /&gt;</w:t>
        <w:br/>
        <w:t>Тільки жаль — чобіт нема,&lt;br /&gt;</w:t>
        <w:br/>
        <w:t>А надворі вже зима...</w:t>
      </w:r>
    </w:p>
    <w:p>
      <w:r>
        <w:br/>
        <w:t>Обізвався дятел з клена:&lt;br /&gt;</w:t>
        <w:br/>
        <w:t>— Є знайомий рак у мене,&lt;br /&gt;</w:t>
        <w:br/>
        <w:t>По твоєму він заказу&lt;br /&gt;</w:t>
        <w:br/>
        <w:t>Зшиє чоботи відразу.</w:t>
      </w:r>
    </w:p>
    <w:p>
      <w:r>
        <w:br/>
        <w:t>Не ловив наш заєць гав,&lt;br /&gt;</w:t>
        <w:br/>
        <w:t>А побіг мерщій на став.</w:t>
      </w:r>
    </w:p>
    <w:p>
      <w:r>
        <w:br/>
        <w:t>Всівся заєць на колоду&lt;br /&gt;</w:t>
        <w:br/>
        <w:t>Та й гукає прямо в воду:&lt;br /&gt;</w:t>
        <w:br/>
        <w:t>— Вилізь, раче, із води,&lt;br /&gt;</w:t>
        <w:br/>
        <w:t>Вируч зайця із біди,—&lt;br /&gt;</w:t>
        <w:br/>
        <w:t>Зший новенькі чобітки,&lt;br /&gt;</w:t>
        <w:br/>
        <w:t>Щоб дзвеніли підківки,&lt;br /&gt;</w:t>
        <w:br/>
        <w:t>Щоб і шпори дзеленчали,&lt;br /&gt;</w:t>
        <w:br/>
        <w:t>Злого лиса відганяли.</w:t>
      </w:r>
    </w:p>
    <w:p>
      <w:r>
        <w:br/>
        <w:t>Із води вилазить рак&lt;br /&gt;</w:t>
        <w:br/>
        <w:t>Та й говорить зайцю так:&lt;br /&gt;</w:t>
        <w:br/>
        <w:t>— Я узимку спочиваю&lt;br /&gt;</w:t>
        <w:br/>
        <w:t>І роботи не приймаю,&lt;br /&gt;</w:t>
        <w:br/>
        <w:t>Аби влітку був заказ,&lt;br /&gt;</w:t>
        <w:br/>
        <w:t>Зшив би чоботи ураз.</w:t>
      </w:r>
    </w:p>
    <w:p>
      <w:r>
        <w:br/>
        <w:t>Заєць тихо у одвіт:&lt;br /&gt;</w:t>
        <w:br/>
        <w:t>— Влітку тепло й без чобіт,&lt;br /&gt;</w:t>
        <w:br/>
        <w:t>Влітку завжди забуваю,&lt;br /&gt;</w:t>
        <w:br/>
        <w:t>Що прийде зима до гаю.</w:t>
      </w:r>
    </w:p>
    <w:p>
      <w:r>
        <w:br/>
        <w:t>— Думать треба,— каже рак,—&lt;br /&gt;</w:t>
        <w:br/>
        <w:t>А тепер ходи вже так.&lt;br /&gt;</w:t>
        <w:br/>
        <w:t>До побачення, привіт...</w:t>
      </w:r>
    </w:p>
    <w:p>
      <w:r>
        <w:br/>
        <w:t>Заєць досі без чобіт.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Заєць і 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