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</w:t>
      </w:r>
    </w:p>
    <w:p>
      <w:r>
        <w:br/>
        <w:t xml:space="preserve"> &lt;p&gt;I</w:t>
      </w:r>
    </w:p>
    <w:p>
      <w:r>
        <w:br/>
        <w:t>Золота осiнь...</w:t>
      </w:r>
    </w:p>
    <w:p>
      <w:r>
        <w:br/>
        <w:t>Ах, як не хочеться листу з дерева падати, — вiн аж нiби кров'ю з печалi налився i закривавив лiси.</w:t>
      </w:r>
    </w:p>
    <w:p>
      <w:r>
        <w:br/>
        <w:t>Сумовито рипить дуб, замислився перед зимовим сном ясен, тяжко зiтхаі клен, i тiльки берiзка, жовтаво-зелена й "раскудря-кудря-кудрява", — ген там на узлiссi бiлявим станом своїм кокетуі, нiби на побачення з Левiтаном жде чи, може, Чайковського на симфонiю викликаі.</w:t>
      </w:r>
    </w:p>
    <w:p>
      <w:r>
        <w:br/>
        <w:t>Креслять тригонометричнi фiгури високо в небi запiзнiлi журавлi, запитуючи своїм "кру-кру":</w:t>
      </w:r>
    </w:p>
    <w:p>
      <w:r>
        <w:br/>
        <w:t>— "Чуіш, брате мiй, товаришу мiй?" Вiдлiтаімо!</w:t>
      </w:r>
    </w:p>
    <w:p>
      <w:r>
        <w:br/>
        <w:t>Золота осiнь...</w:t>
      </w:r>
    </w:p>
    <w:p>
      <w:r>
        <w:br/>
        <w:t>От в цей саме час заіць уже збiгав до пIдборщика хутра, той йому вже на всi прорiшки попiдбирав густо-теплi шматочки, вичистив вуха й лапки i посалив на рiпицю бiлий помпон.</w:t>
      </w:r>
    </w:p>
    <w:p>
      <w:r>
        <w:br/>
        <w:t>Набиваються набої крупнпм шротом, витягаються теплi штани й пiджак, мастяться грубiшi чоботи, деруться на онучi теплi пiдштаники, вiдкидаіться набiк веселенький картузик-кепочка, а натомiсть розтягаіться на кулаках сумовито-серйозна капелюха...</w:t>
      </w:r>
    </w:p>
    <w:p>
      <w:r>
        <w:br/>
        <w:t>Коли в качачому полюваннi бiльшу вагу мали помiдори й огiрки, то тут їх замiняють сало й ковбаса.</w:t>
      </w:r>
    </w:p>
    <w:p>
      <w:r>
        <w:br/>
        <w:t>Незмiнною залишаіться стопка.</w:t>
      </w:r>
    </w:p>
    <w:p>
      <w:r>
        <w:br/>
        <w:t>При полюваннi на качки стопка, як ми знаімо, береться, щоб вихлюпувати воду з човна, а при полюваннi на зайця з неї, при певному досвiдi, дуже добре оглядати обрiй; коли дивитись крiзь дно, — мiсцевiсть рельіфнiшаі.</w:t>
      </w:r>
    </w:p>
    <w:p>
      <w:r>
        <w:br/>
        <w:t>Всi вищейменованi твердi, плиннi й газуватi речi розкладаються в певному порядку на канапi, ви ходите й усе кiлька разiв перераховуіте, перевiряючи, чи нiчого не забули:</w:t>
      </w:r>
    </w:p>
    <w:p>
      <w:r>
        <w:br/>
        <w:t>— Штани, значить і! Чоботи і!.. Онучi, значите і!.. Набої і!.. Сало й ковбаса і!.. Гм-гм... і... Чи не мало буде?</w:t>
      </w:r>
    </w:p>
    <w:p>
      <w:r>
        <w:br/>
        <w:t>— Досить, досить! — поспiшаі посемсйство...</w:t>
      </w:r>
    </w:p>
    <w:p>
      <w:r>
        <w:br/>
        <w:t>— А де ж стопка?</w:t>
      </w:r>
    </w:p>
    <w:p>
      <w:r>
        <w:br/>
        <w:t>— Та ось, за рюкзаком!</w:t>
      </w:r>
    </w:p>
    <w:p>
      <w:r>
        <w:br/>
        <w:t>— Поклади в рюкзака, а то закотиться. Ну, все, здаіться. Так я краще заранi виїду, щоб не спiзнитись на поїзд.</w:t>
      </w:r>
    </w:p>
    <w:p>
      <w:r>
        <w:br/>
        <w:t>Ви швиденько одягаітесь, вкладаіте все в рюкзак.</w:t>
      </w:r>
    </w:p>
    <w:p>
      <w:r>
        <w:br/>
        <w:t>— Ну, бувайте, здоровi! Не сумуйте. Денькiв за два-три я буду!</w:t>
      </w:r>
    </w:p>
    <w:p>
      <w:r>
        <w:br/>
        <w:t>— А рушницю ти взяв?</w:t>
      </w:r>
    </w:p>
    <w:p>
      <w:r>
        <w:br/>
        <w:t>— Ай справдi, де ж це вона?</w:t>
      </w:r>
    </w:p>
    <w:p>
      <w:r>
        <w:br/>
        <w:t>— Та я стола нею пiдперла, бо нiжка поламалась...</w:t>
      </w:r>
    </w:p>
    <w:p>
      <w:r>
        <w:br/>
        <w:t>— Та хiба ж можна рушницею?!</w:t>
      </w:r>
    </w:p>
    <w:p>
      <w:r>
        <w:br/>
        <w:t>— А що їй зробиться? Хоч яка-небудь користь iз неї... А то ж...</w:t>
      </w:r>
    </w:p>
    <w:p>
      <w:r>
        <w:br/>
        <w:t>— Ну, годi, годi! Бувай здорова. Поспитай у Катерини Миколаївни, як зайця салом шпигувати, а то ж потiм зiпсуіш... Та купи сала не менш як на трьох зайцiв.</w:t>
      </w:r>
    </w:p>
    <w:p>
      <w:r>
        <w:br/>
        <w:t>— На трьох?</w:t>
      </w:r>
    </w:p>
    <w:p>
      <w:r>
        <w:br/>
        <w:t>— Ну, купуй на п'ять! Я бiльше як п'ять не стрiлятиму.</w:t>
      </w:r>
    </w:p>
    <w:p>
      <w:r>
        <w:br/>
        <w:t>Поїхали...</w:t>
      </w:r>
    </w:p>
    <w:p>
      <w:r>
        <w:br/>
        <w:t>II</w:t>
      </w:r>
    </w:p>
    <w:p>
      <w:r>
        <w:br/>
        <w:t>Полюють зайцiв в основному трьома способами: з пiдйому, з-пiд собак-гончакiв i на засiдах.</w:t>
      </w:r>
    </w:p>
    <w:p>
      <w:r>
        <w:br/>
        <w:t>З пiдйому можна полювати одному й колективом.</w:t>
      </w:r>
    </w:p>
    <w:p>
      <w:r>
        <w:br/>
        <w:t>Iдеш собi один чи рiллею, чи озиминою, чи бур'янами i "витоптуіш" зайця, який, як вiдомо, вдень лежить I вiдпочиваі... Ви пiдходите до його лiгвочка, заіць i вискакуі...</w:t>
      </w:r>
    </w:p>
    <w:p>
      <w:r>
        <w:br/>
        <w:t>Коли полюіте компанiію, тобто колективом, краще йти так званим "котлом", такою нiби дугою, щоб фланги були спереду вiд центра. Заіць як вискочить, примiром, в центрi, то вже йому, iнакше як на сковорiдку, бiгти нема куди.</w:t>
      </w:r>
    </w:p>
    <w:p>
      <w:r>
        <w:br/>
        <w:t>— Як же краще, — спитаіте, — полювати: одному чи колективом?</w:t>
      </w:r>
    </w:p>
    <w:p>
      <w:r>
        <w:br/>
        <w:t>Майже однаково.</w:t>
      </w:r>
    </w:p>
    <w:p>
      <w:r>
        <w:br/>
        <w:t>Коли йдете один, то один промазуіте, коли йдете колективом, то промазуіте колективом.</w:t>
      </w:r>
    </w:p>
    <w:p>
      <w:r>
        <w:br/>
        <w:t>Дуже цiкаво полювати зайцiв з собаками-гончаками.</w:t>
      </w:r>
    </w:p>
    <w:p>
      <w:r>
        <w:br/>
        <w:t>Коли такi собаки і, їх пускають у лiсок чи в байрак, вони бiжать, пiдiймають зайця i "голосом" його гонять.</w:t>
      </w:r>
    </w:p>
    <w:p>
      <w:r>
        <w:br/>
        <w:t>Ви стаіте на путi, де маі бiгти заіць, i мажете по ньому на тiй путi.</w:t>
      </w:r>
    </w:p>
    <w:p>
      <w:r>
        <w:br/>
        <w:t>Та краса заячих ловiв з гончаками не тiльки у вашому промаховi...</w:t>
      </w:r>
    </w:p>
    <w:p>
      <w:r>
        <w:br/>
        <w:t>Ви уявляіте собi, коли цiла зграя гончакiв iде слiдом за зайцем, нiби якийсь оригiнальний, нi в якiй фiлармонiї не бачений i нечуваний, оркестр. Заливаіться флейта, трубить з переливами трубач, рявкаі бас, гуде баритон...</w:t>
      </w:r>
    </w:p>
    <w:p>
      <w:r>
        <w:br/>
        <w:t>"Скiльки жару, скiльки страстi в голосах..."</w:t>
      </w:r>
    </w:p>
    <w:p>
      <w:r>
        <w:br/>
        <w:t>Ех, якби в наших оркестрах з такою пристрастю грали оркестранти, — якi б були симфонiї!</w:t>
      </w:r>
    </w:p>
    <w:p>
      <w:r>
        <w:br/>
        <w:t>Стоїш, слухаіш, рве серце тобi груди, поломенiі в тебе мозок, i ти мажеш, мажеш, мажеш...</w:t>
      </w:r>
    </w:p>
    <w:p>
      <w:r>
        <w:br/>
        <w:t>На засiди ви виходите, коли вже добре стемнiі... Виходите в великому дубленому кожусi. Хазяїн вас питаі:</w:t>
      </w:r>
    </w:p>
    <w:p>
      <w:r>
        <w:br/>
        <w:t>— Може б, i свитку ще надягли?</w:t>
      </w:r>
    </w:p>
    <w:p>
      <w:r>
        <w:br/>
        <w:t>— Нi, — кажете, — не треба. Не так уже воно й холодно. I вiтру нема. Та й первак у вас з комiром. Теплий первак, я його добре пiдпережу, воно не продме.</w:t>
      </w:r>
    </w:p>
    <w:p>
      <w:r>
        <w:br/>
        <w:t>Засiдаіте бiля величезного колгоспного ожереду соломи...</w:t>
      </w:r>
    </w:p>
    <w:p>
      <w:r>
        <w:br/>
        <w:t>Нiч темна, бадьора.</w:t>
      </w:r>
    </w:p>
    <w:p>
      <w:r>
        <w:br/>
        <w:t>На небi, над ожередом, — зорi, на землi, пiд ожередом, — зайцi.</w:t>
      </w:r>
    </w:p>
    <w:p>
      <w:r>
        <w:br/>
        <w:t>Сiли, закутались.</w:t>
      </w:r>
    </w:p>
    <w:p>
      <w:r>
        <w:br/>
        <w:t>— Ну, налiтайте, которi тут зайцi і!</w:t>
      </w:r>
    </w:p>
    <w:p>
      <w:r>
        <w:br/>
        <w:t>Тихо-тихо...</w:t>
      </w:r>
    </w:p>
    <w:p>
      <w:r>
        <w:br/>
        <w:t>Аж ось десь аж iз сусiднього села:</w:t>
      </w:r>
    </w:p>
    <w:p>
      <w:r>
        <w:br/>
        <w:t>— "Котила-а-а-ася..."</w:t>
      </w:r>
    </w:p>
    <w:p>
      <w:r>
        <w:br/>
        <w:t>I тихо.</w:t>
      </w:r>
    </w:p>
    <w:p>
      <w:r>
        <w:br/>
        <w:t>Ще щiльнiше закутуітесь у кожуха...</w:t>
      </w:r>
    </w:p>
    <w:p>
      <w:r>
        <w:br/>
        <w:t>Замислюітесь...</w:t>
      </w:r>
    </w:p>
    <w:p>
      <w:r>
        <w:br/>
        <w:t>Мимоволi iз грудей:</w:t>
      </w:r>
    </w:p>
    <w:p>
      <w:r>
        <w:br/>
        <w:t>Ой, зiйди, зiйди, ясен мiсяцю,</w:t>
      </w:r>
    </w:p>
    <w:p>
      <w:r>
        <w:br/>
        <w:t>Як млиновеі коло...</w:t>
      </w:r>
    </w:p>
    <w:p>
      <w:r>
        <w:br/>
        <w:t>I знову тихо.</w:t>
      </w:r>
    </w:p>
    <w:p>
      <w:r>
        <w:br/>
        <w:t>Голова на солому хилиться, хилиться, хилиться... Пiд кожухом тепло-тепло...</w:t>
      </w:r>
    </w:p>
    <w:p>
      <w:r>
        <w:br/>
        <w:t>I на серцi тепло-тепло...</w:t>
      </w:r>
    </w:p>
    <w:p>
      <w:r>
        <w:br/>
        <w:t>* * *</w:t>
      </w:r>
    </w:p>
    <w:p>
      <w:r>
        <w:br/>
        <w:t>Раптом над вухом:</w:t>
      </w:r>
    </w:p>
    <w:p>
      <w:r>
        <w:br/>
        <w:t>— Доброго ранку! Заснули?!</w:t>
      </w:r>
    </w:p>
    <w:p>
      <w:r>
        <w:br/>
        <w:t>— Драстуйте! Невже заснув?!</w:t>
      </w:r>
    </w:p>
    <w:p>
      <w:r>
        <w:br/>
        <w:t>— А вже й снiданок на столi! Ходiмте!</w:t>
      </w:r>
    </w:p>
    <w:p>
      <w:r>
        <w:br/>
        <w:t>— Ходiмо.</w:t>
      </w:r>
    </w:p>
    <w:p>
      <w:r>
        <w:br/>
        <w:t>— А де ж ваша рушниця?</w:t>
      </w:r>
    </w:p>
    <w:p>
      <w:r>
        <w:br/>
        <w:t>— Нема... Дивись. Сюди-туди — нема рушницi.</w:t>
      </w:r>
    </w:p>
    <w:p>
      <w:r>
        <w:br/>
        <w:t>— Та то так! Тут у нас не зiвай! Пiдслiдили, значить, i хапнули. Ну, нiчого: може, десь випливе...</w:t>
      </w:r>
    </w:p>
    <w:p>
      <w:r>
        <w:br/>
        <w:t>— Неприімно! Не кажiть хоч нiкому!</w:t>
      </w:r>
    </w:p>
    <w:p>
      <w:r>
        <w:br/>
        <w:t>III</w:t>
      </w:r>
    </w:p>
    <w:p>
      <w:r>
        <w:br/>
        <w:t>Додому ви все-таки зайпя привезли.</w:t>
      </w:r>
    </w:p>
    <w:p>
      <w:r>
        <w:br/>
        <w:t>— А де ж рушниця? — питаіться посемейство.</w:t>
      </w:r>
    </w:p>
    <w:p>
      <w:r>
        <w:br/>
        <w:t>— Курок трошки закапризив: занiс до майстра. Увечерi ви їсте нашпигованого салом зайця. За столом урочисто: перший в цьому сезонi заіць.</w:t>
      </w:r>
    </w:p>
    <w:p>
      <w:r>
        <w:br/>
        <w:t>Трапезу дiлить з вами i ваш вiрний по полюванню товариш.</w:t>
      </w:r>
    </w:p>
    <w:p>
      <w:r>
        <w:br/>
        <w:t>— Будьмо!</w:t>
      </w:r>
    </w:p>
    <w:p>
      <w:r>
        <w:br/>
        <w:t>— Будьмо!</w:t>
      </w:r>
    </w:p>
    <w:p>
      <w:r>
        <w:br/>
        <w:t>По вечерi ви благальне дивитесь на вiрного товариша, а вiн, прощаючись, заплiтаіться:</w:t>
      </w:r>
    </w:p>
    <w:p>
      <w:r>
        <w:br/>
        <w:t>— Ти ж не забудь узавтра занести, що на зайця позичав.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