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Замісць сонетів i октав</w:t>
      </w:r>
    </w:p>
    <w:p>
      <w:r>
        <w:br/>
        <w:t xml:space="preserve"> Григорію Савичу Сковороді присвячую</w:t>
      </w:r>
    </w:p>
    <w:p>
      <w:r>
        <w:br/>
        <w:t>* * *</w:t>
      </w:r>
    </w:p>
    <w:p>
      <w:r>
        <w:br/>
        <w:t>Уже світає, а ще імла...&lt;br /&gt;</w:t>
        <w:br/>
        <w:t>На небі зморшка лягла.&lt;br /&gt;</w:t>
        <w:br/>
        <w:t>— Яка зайшла ж мені печаль!</w:t>
      </w:r>
    </w:p>
    <w:p>
      <w:r>
        <w:br/>
        <w:t>Промінні заори воралися у хмари.&lt;br /&gt;</w:t>
        <w:br/>
        <w:t>Чую — фанфари!&lt;br /&gt;</w:t>
        <w:br/>
        <w:t>— Яка зайшла ж мені печаль...</w:t>
      </w:r>
    </w:p>
    <w:p>
      <w:r>
        <w:br/>
        <w:t>Ой не фанфари то, а сурми та гармати.&lt;br /&gt;</w:t>
        <w:br/>
        <w:t>Лежи, не прокидайся, моя мати!..</w:t>
      </w:r>
    </w:p>
    <w:p>
      <w:r>
        <w:br/>
        <w:t>Прокляття всім, прокляття всім, хто звіром став!&lt;br /&gt;</w:t>
        <w:br/>
        <w:t>(Замість сонетів і октав).</w:t>
      </w:r>
    </w:p>
    <w:p>
      <w:r>
        <w:br/>
        <w:t>ОСІНЬ</w:t>
      </w:r>
    </w:p>
    <w:p>
      <w:r>
        <w:br/>
        <w:t>На культурах усього світу майові губки поросли.</w:t>
      </w:r>
    </w:p>
    <w:p>
      <w:r>
        <w:br/>
        <w:t>Осінь. По містах вже о четвертій — електричні ліхтарі. А в селі ступнів щось у десять (тінь од чабана) додому отару женуть.</w:t>
      </w:r>
    </w:p>
    <w:p>
      <w:r>
        <w:br/>
        <w:t>Вони казали: можна ж купити старого кармазину, сяк-так заслати смітник і посадовити культуру (тільки голову піддержувати треба!) — ачей ізнов до нас промовить.</w:t>
      </w:r>
    </w:p>
    <w:p>
      <w:r>
        <w:br/>
        <w:t>А листя падало. І голова на в'язах не держалась. Тоді — вкинулись в еклектику. Взяли трохи цегли і стільки ж музики. Думали — перемежениться... А листя падало. І голова на в'язах не держалась.</w:t>
      </w:r>
    </w:p>
    <w:p>
      <w:r>
        <w:br/>
        <w:t>На культурах усього світу майові губки поросли.</w:t>
      </w:r>
    </w:p>
    <w:p>
      <w:r>
        <w:br/>
        <w:t>АНТИСТРОФА</w:t>
      </w:r>
    </w:p>
    <w:p>
      <w:r>
        <w:br/>
        <w:t>Дорослі й семилітні: "Ой, яблочко, да куда котишся".</w:t>
      </w:r>
    </w:p>
    <w:p>
      <w:r>
        <w:br/>
        <w:t>Так. Народ у толоку, а поети в борозну.</w:t>
      </w:r>
    </w:p>
    <w:p>
      <w:r>
        <w:br/>
        <w:t>Годі ж кривитись на фабричну: предтеча завше менш талановитий за месії.</w:t>
      </w:r>
    </w:p>
    <w:p>
      <w:r>
        <w:br/>
        <w:t>ТЕРОР</w:t>
      </w:r>
    </w:p>
    <w:p>
      <w:r>
        <w:br/>
        <w:t>Ізнову беремо євангеліє, філософів, поетів. Людина, що казала: убивати гріх! — на ранок з простреленою головою. Й собаки за тіло на смітнику гризуться.</w:t>
      </w:r>
    </w:p>
    <w:p>
      <w:r>
        <w:br/>
        <w:t>Лежи, не прокидайся, моя мати!</w:t>
      </w:r>
    </w:p>
    <w:p>
      <w:r>
        <w:br/>
        <w:t>Велика ідея потребує жертв. Але хіба то є жертва, коли звір звіра їсть?</w:t>
      </w:r>
    </w:p>
    <w:p>
      <w:r>
        <w:br/>
        <w:t>— не прокидайся, мати...</w:t>
      </w:r>
    </w:p>
    <w:p>
      <w:r>
        <w:br/>
        <w:t>Жорстокий естетизме! — й коли ти перестанеш любувати з перерізаного горла? —</w:t>
      </w:r>
    </w:p>
    <w:p>
      <w:r>
        <w:br/>
        <w:t>Звір звіра їсть.</w:t>
      </w:r>
    </w:p>
    <w:p>
      <w:r>
        <w:br/>
        <w:t>АНТИСТРОФА</w:t>
      </w:r>
    </w:p>
    <w:p>
      <w:r>
        <w:br/>
        <w:t>Аероплани й усе довершенство техніки — до чого це, коли люди одне другому в вічі не дивляться?</w:t>
      </w:r>
    </w:p>
    <w:p>
      <w:r>
        <w:br/>
        <w:t>Не хватайте озлоблених у тюрми: вони самі собі тюрма. &lt;.p&gt;</w:t>
      </w:r>
    </w:p>
    <w:p>
      <w:r>
        <w:br/>
        <w:t>Університет, музеї й бібліотеки не дадуть того, що можуть дати карі,&lt;br /&gt;</w:t>
        <w:br/>
        <w:t>сірі,&lt;br /&gt;</w:t>
        <w:br/>
        <w:t>блакитні...</w:t>
      </w:r>
    </w:p>
    <w:p>
      <w:r>
        <w:br/>
        <w:t>ЛЮ</w:t>
      </w:r>
    </w:p>
    <w:p>
      <w:r>
        <w:br/>
        <w:t>Сплю — не сплю. Чиюсь вволяю волю. Лю.</w:t>
      </w:r>
    </w:p>
    <w:p>
      <w:r>
        <w:br/>
        <w:t>І раптом якось повно! Люлі-лю...</w:t>
      </w:r>
    </w:p>
    <w:p>
      <w:r>
        <w:br/>
        <w:t>Півні (вікно) і повінь зеленого пива (крізь вікно) — все згучить на О.</w:t>
      </w:r>
    </w:p>
    <w:p>
      <w:r>
        <w:br/>
        <w:t>— Не розумію. "Марсель Етьєн! Марсель Етьєн!" — кричали з прапорами. Тепер тліють в землі. Ти кажеш — і я умру?</w:t>
      </w:r>
    </w:p>
    <w:p>
      <w:r>
        <w:br/>
        <w:t>Геть через усе життя прослалося леґато (гудок на заводі). Годі! Заголубій і на мою долю. Люлі-лю... І тільки пташка за вікнами: тріолями, тріолями!</w:t>
      </w:r>
    </w:p>
    <w:p>
      <w:r>
        <w:br/>
        <w:t>А як же краса? і невмирущість? — Пригадую (аж смішно): повік з тобою! — заприсягала кохана. —</w:t>
      </w:r>
    </w:p>
    <w:p>
      <w:r>
        <w:br/>
        <w:t>Очевидячки люди лише по духу енгармонійні. Бо всі трагедії й драми — врешті є консонанси.</w:t>
      </w:r>
    </w:p>
    <w:p>
      <w:r>
        <w:br/>
        <w:t>— Вставайте! — у місто вступила нова влада!</w:t>
      </w:r>
    </w:p>
    <w:p>
      <w:r>
        <w:br/>
        <w:t>Розплющую очі ("консонанси").</w:t>
      </w:r>
    </w:p>
    <w:p>
      <w:r>
        <w:br/>
        <w:t>На стіні від сонця густорамне вікно як огнистий дієз.</w:t>
      </w:r>
    </w:p>
    <w:p>
      <w:r>
        <w:br/>
        <w:t>АНТИСТРОФА</w:t>
      </w:r>
    </w:p>
    <w:p>
      <w:r>
        <w:br/>
        <w:t>Іще й тоді, як над безмежною водою паслися табуни вітрів; —</w:t>
      </w:r>
    </w:p>
    <w:p>
      <w:r>
        <w:br/>
        <w:t>Іще й тоді, як гори затряслись, пореплась земля, а по шорсткій, гострій, як мечі, траві різні поповзли потвори —</w:t>
      </w:r>
    </w:p>
    <w:p>
      <w:r>
        <w:br/>
        <w:t>— Хмари, на сонці хмари гралися безтурботні. Ніжні форми дитинні! — витончені обриси! — кому вони були потрібні?</w:t>
      </w:r>
    </w:p>
    <w:p>
      <w:r>
        <w:br/>
        <w:t>Дикун, наївшися сирого м'яса, довго стежив за ними незрозумілими очима й несвідомо нюхав квітку, подібну до будяка.</w:t>
      </w:r>
    </w:p>
    <w:p>
      <w:r>
        <w:br/>
        <w:t>НАЙВИЩА СИЛА</w:t>
      </w:r>
    </w:p>
    <w:p>
      <w:r>
        <w:br/>
        <w:t>— Одягайсь на розстріл! — крикнув хтось і постукав двері.</w:t>
      </w:r>
    </w:p>
    <w:p>
      <w:r>
        <w:br/>
        <w:t>Я прокинувся. Вітер розчинив вікно. Зеленіло й добрішало небо. А над усім містом велизечний рояль грав...</w:t>
      </w:r>
    </w:p>
    <w:p>
      <w:r>
        <w:br/>
        <w:t>І зрозумів я — настав Великдень.</w:t>
      </w:r>
    </w:p>
    <w:p>
      <w:r>
        <w:br/>
        <w:t>АНТИСТРОФА</w:t>
      </w:r>
    </w:p>
    <w:p>
      <w:r>
        <w:br/>
        <w:t>Я ніколи не покохаю жінку, котрій бракує слуху.</w:t>
      </w:r>
    </w:p>
    <w:p>
      <w:r>
        <w:br/>
        <w:t>Молюсь не самому Духу — та й не Матерії.</w:t>
      </w:r>
    </w:p>
    <w:p>
      <w:r>
        <w:br/>
        <w:t>До речі: соціялізм ніякими гарматами не встановити.</w:t>
      </w:r>
    </w:p>
    <w:p>
      <w:r>
        <w:br/>
        <w:t>РИТМ</w:t>
      </w:r>
    </w:p>
    <w:p>
      <w:r>
        <w:br/>
        <w:t>Kоли йде дві стурнких дівчині — ще й мак червоний в косах —&lt;br /&gt;</w:t>
        <w:br/>
        <w:t>— десь далеко! молоді плянети!</w:t>
      </w:r>
    </w:p>
    <w:p>
      <w:r>
        <w:br/>
        <w:t>Пливуть. Струнчать. Атоми утоми — на світ, у світ із тьми! Танцюють, куряву збивають... Сонця стають у коло. А від майви по всесвіту всьому.</w:t>
      </w:r>
    </w:p>
    <w:p>
      <w:r>
        <w:br/>
        <w:t>Дві дівчині.</w:t>
      </w:r>
    </w:p>
    <w:p>
      <w:r>
        <w:br/>
        <w:t>АНТИСТРОФА</w:t>
      </w:r>
    </w:p>
    <w:p>
      <w:r>
        <w:br/>
        <w:t>Налила голодним дітям молока, — сама сіла та й задумалась...</w:t>
      </w:r>
    </w:p>
    <w:p>
      <w:r>
        <w:br/>
        <w:t>А по гладишці, мов з очей незрячих, сльози покотились. Одна швидше, вперед. А друга,&lt;br /&gt;</w:t>
        <w:br/>
        <w:t>мов знехотя,&lt;br /&gt;</w:t>
        <w:br/>
        <w:t>за нею,&lt;br /&gt;</w:t>
        <w:br/>
        <w:t>слідом...&lt;br /&gt;</w:t>
        <w:br/>
        <w:t>Дві дівчині.</w:t>
      </w:r>
    </w:p>
    <w:p>
      <w:r>
        <w:br/>
        <w:t>ЕВОЕ!</w:t>
      </w:r>
    </w:p>
    <w:p>
      <w:r>
        <w:br/>
        <w:t>Творці революції здебільшого лірики. Революція єсть траґічна лірика, а не драма, як то подейкують.&lt;br /&gt;</w:t>
        <w:br/>
        <w:t>Евое!</w:t>
      </w:r>
    </w:p>
    <w:p>
      <w:r>
        <w:br/>
        <w:t>За плугом ходити наші нащадки готуватимуться не менш, як зараз готуються в балетній студії. І на людину. Що не вмітиме пісні, дивитимуться як на справжнього контрреволюціонера.</w:t>
      </w:r>
    </w:p>
    <w:p>
      <w:r>
        <w:br/>
        <w:t>Все на світі від примружених очей.&lt;br /&gt;</w:t>
        <w:br/>
        <w:t>Евое!</w:t>
      </w:r>
    </w:p>
    <w:p>
      <w:r>
        <w:br/>
        <w:t>АНТИСТРОФА</w:t>
      </w:r>
    </w:p>
    <w:p>
      <w:r>
        <w:br/>
        <w:t>Приставайте до партії, де на людину дивляться як на скарб світовий і де всі як один проти кари на смерть.</w:t>
      </w:r>
    </w:p>
    <w:p>
      <w:r>
        <w:br/>
        <w:t>Хай вас називають творцями за шторами, сантименталістами... Хіба це так важно?</w:t>
      </w:r>
    </w:p>
    <w:p>
      <w:r>
        <w:br/>
        <w:t>У нас іще й досі попіл висипають не на город, а десь у куточок, під тин.</w:t>
      </w:r>
    </w:p>
    <w:p>
      <w:r>
        <w:br/>
        <w:t>ХТО СКАЖЕ</w:t>
      </w:r>
    </w:p>
    <w:p>
      <w:r>
        <w:br/>
        <w:t>Крапнув щось дощ — і всі асфальти у сисипному тифі...</w:t>
      </w:r>
    </w:p>
    <w:p>
      <w:r>
        <w:br/>
        <w:t>Молодий новеліст: — не хочу, не можу писати! Місто гнітить, життя нервує.</w:t>
      </w:r>
    </w:p>
    <w:p>
      <w:r>
        <w:br/>
        <w:t>Я мовчав. Поблизу десь бомба...</w:t>
      </w:r>
    </w:p>
    <w:p>
      <w:r>
        <w:br/>
        <w:t>Якби отак, знаєте, на село. Скупатись, по росі походити.</w:t>
      </w:r>
    </w:p>
    <w:p>
      <w:r>
        <w:br/>
        <w:t>"Бий саботажника!" — прочитав я на 'дному з плакатів.</w:t>
      </w:r>
    </w:p>
    <w:p>
      <w:r>
        <w:br/>
        <w:t>А за нами старчихи, простягаючи руки. —</w:t>
      </w:r>
    </w:p>
    <w:p>
      <w:r>
        <w:br/>
        <w:t>АНТИСТРОФА</w:t>
      </w:r>
    </w:p>
    <w:p>
      <w:r>
        <w:br/>
        <w:t>Трава росте, де захоче. Вітер шпурляє в калюжу наказ про мобілізацію. Молочка! — плаче дитина, а тут же й хліба за душею нема.</w:t>
      </w:r>
    </w:p>
    <w:p>
      <w:r>
        <w:br/>
        <w:t>Хто скаже: що єсть контрреволюція?</w:t>
      </w:r>
    </w:p>
    <w:p>
      <w:r>
        <w:br/>
        <w:t>ШОВІНІСТИЧНЕ</w:t>
      </w:r>
    </w:p>
    <w:p>
      <w:r>
        <w:br/>
        <w:t>Беруть хліб, угіль, цукор і так, немов до чарки, приказують:&lt;br /&gt;</w:t>
        <w:br/>
        <w:t>— Ну хай же вам Бог посилає... та щоб ми ще не раз на вашій землі пироги їли.&lt;br /&gt;</w:t>
        <w:br/>
        <w:t>А ми, позиваючи сусіда за межу, одказуємо:&lt;br /&gt;</w:t>
        <w:br/>
        <w:t>— Дай, Боже, дай...</w:t>
      </w:r>
    </w:p>
    <w:p>
      <w:r>
        <w:br/>
        <w:t>Іноді так: небо ясне, а вода з стріх капле.</w:t>
      </w:r>
    </w:p>
    <w:p>
      <w:r>
        <w:br/>
        <w:t>АНТИСТРОФА</w:t>
      </w:r>
    </w:p>
    <w:p>
      <w:r>
        <w:br/>
        <w:t>Праві йдуть назад, але голову намагаються держати вперед.</w:t>
      </w:r>
    </w:p>
    <w:p>
      <w:r>
        <w:br/>
        <w:t>Ліві мчать уперед, але голову скрутили назад.</w:t>
      </w:r>
    </w:p>
    <w:p>
      <w:r>
        <w:br/>
        <w:t>Як не хваліть учення Христа, а все-таки й він на ослах їздив і приймав осанну.</w:t>
      </w:r>
    </w:p>
    <w:p>
      <w:r>
        <w:br/>
        <w:t>ІСПИТ</w:t>
      </w:r>
    </w:p>
    <w:p>
      <w:r>
        <w:br/>
        <w:t>Тільки що почали ми землю любить, взяли заступа в руки, колоші закачали...&lt;br /&gt;</w:t>
        <w:br/>
        <w:t>— ради Бога, манжети надіньте, що-небудь їм скажіть: вони питають, чи єсть у нас культура!</w:t>
      </w:r>
    </w:p>
    <w:p>
      <w:r>
        <w:br/>
        <w:t>Якісь цибаті чужоземці покурювали крізь пенсне.</w:t>
      </w:r>
    </w:p>
    <w:p>
      <w:r>
        <w:br/>
        <w:t>А навколо злидні — як гудина, як гич! А навколо землі, столочена, руда...</w:t>
      </w:r>
    </w:p>
    <w:p>
      <w:r>
        <w:br/>
        <w:t>Тут ходив Сковорода.</w:t>
      </w:r>
    </w:p>
    <w:p>
      <w:r>
        <w:br/>
        <w:t>АНТИСТРОФА</w:t>
      </w:r>
    </w:p>
    <w:p>
      <w:r>
        <w:br/>
        <w:t>Найглибший, найвеличніший і разом з тим найпростіший зміст, укладений на двох-трьох нотах, — оце й є справжній гімн.</w:t>
      </w:r>
    </w:p>
    <w:p>
      <w:r>
        <w:br/>
        <w:t>Без конкурсів, без нагород напишіть ви сучасне "Христос Воскрес".</w:t>
      </w:r>
    </w:p>
    <w:p>
      <w:r>
        <w:br/>
        <w:t>ПОРОЖНЕЧА</w:t>
      </w:r>
    </w:p>
    <w:p>
      <w:r>
        <w:br/>
        <w:t>Умиваюсь. Вода — мов металофони. Занавіска — вітер з прапорами!</w:t>
      </w:r>
    </w:p>
    <w:p>
      <w:r>
        <w:br/>
        <w:t>У дворі тополі і жінки.&lt;br /&gt;</w:t>
        <w:br/>
        <w:t>— Ну кажу ж вам: місто кругом оточено.&lt;br /&gt;</w:t>
        <w:br/>
        <w:t>— Ой світе мій!..</w:t>
      </w:r>
    </w:p>
    <w:p>
      <w:r>
        <w:br/>
        <w:t>Зачинилось вікно. Ходить вода в глечику — віяло на стелі...</w:t>
      </w:r>
    </w:p>
    <w:p>
      <w:r>
        <w:br/>
        <w:t>— А це вчора робітники на заводах...&lt;br /&gt;</w:t>
        <w:br/>
        <w:t>( — — — виразно чути канонаду).</w:t>
      </w:r>
    </w:p>
    <w:p>
      <w:r>
        <w:br/>
        <w:t>Буде дощ.</w:t>
      </w:r>
    </w:p>
    <w:p>
      <w:r>
        <w:br/>
        <w:t>АНТИСТРОФА</w:t>
      </w:r>
    </w:p>
    <w:p>
      <w:r>
        <w:br/>
        <w:t>Місто в мальованих плакатах: людина людину коле.</w:t>
      </w:r>
    </w:p>
    <w:p>
      <w:r>
        <w:br/>
        <w:t>Читаємо списки розстріляних і дивуємось, що на провінції погроми.</w:t>
      </w:r>
    </w:p>
    <w:p>
      <w:r>
        <w:br/>
        <w:t>Все можна виправдати високою метою — та тільки не порожнечу душі.</w:t>
      </w:r>
    </w:p>
    <w:p>
      <w:r>
        <w:br/>
        <w:t>КУКІЛЬ</w:t>
      </w:r>
    </w:p>
    <w:p>
      <w:r>
        <w:br/>
        <w:t>Стріляють серце, стріляють душу — нічого їм не жаль.</w:t>
      </w:r>
    </w:p>
    <w:p>
      <w:r>
        <w:br/>
        <w:t>...Сіло собі край вікна, засунуло пучечку і рота, маму визирає. А мати лежить посеред улиці з півхунтом хліба у руці...</w:t>
      </w:r>
    </w:p>
    <w:p>
      <w:r>
        <w:br/>
        <w:t>Над двадцятим віком кукіль та Парсифаль.</w:t>
      </w:r>
    </w:p>
    <w:p>
      <w:r>
        <w:br/>
        <w:t>АНТИСТРОФА</w:t>
      </w:r>
    </w:p>
    <w:p>
      <w:r>
        <w:br/>
        <w:t>Грати Скрябіна тюремним наглядачам — це ще не є революція.</w:t>
      </w:r>
    </w:p>
    <w:p>
      <w:r>
        <w:br/>
        <w:t>Орел, Тризубець, Серп і Молот... І кожне виступає як своє.</w:t>
      </w:r>
    </w:p>
    <w:p>
      <w:r>
        <w:br/>
        <w:t>Своє ж рушниця в нас убила.&lt;br /&gt;</w:t>
        <w:br/>
        <w:t>Своє на дні душі лежить.</w:t>
      </w:r>
    </w:p>
    <w:p>
      <w:r>
        <w:br/>
        <w:t>Хіба й собі поцілувать пантофлю Папи?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Замісць сонетів i октав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