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"Земельна рента"</w:t>
      </w:r>
    </w:p>
    <w:p>
      <w:r>
        <w:br/>
        <w:t xml:space="preserve"> &lt;p&gt;1942 року в Києві, як ми знаємо, урядували рейхскомісар, гауляйтер Еріх Кох.</w:t>
      </w:r>
    </w:p>
    <w:p>
      <w:r>
        <w:br/>
        <w:t>Так оцей самий гауляйтер запросили пана міністра східних земель Розенберга одвідати свої володіння.</w:t>
      </w:r>
    </w:p>
    <w:p>
      <w:r>
        <w:br/>
        <w:t>Пан рейхсміністр урочисто прибули й об'їхали з паном гауляйтером загарбані землі…</w:t>
      </w:r>
    </w:p>
    <w:p>
      <w:r>
        <w:br/>
        <w:t>Об'їхали й повернулися до Києва.</w:t>
      </w:r>
    </w:p>
    <w:p>
      <w:r>
        <w:br/>
        <w:t>На цей час вони викликали до Києва на нараду всіх генерал— і гебітскомісарів.</w:t>
      </w:r>
    </w:p>
    <w:p>
      <w:r>
        <w:br/>
        <w:t>Порадившись, пан міністр з паном гауляйтером і з усіма генерал— і гебітскомісарами влаштували урочисту прогулянку на Аскольдову могилу.</w:t>
      </w:r>
    </w:p>
    <w:p>
      <w:r>
        <w:br/>
        <w:t>— Панове! Ви подивіться на цю чудесну панораму! Усі ці неосяжні простори землі родючої тепер наші, німецькі… Від Дніпра аж до Чорного моря всі ці лани безмежні ми заселимо німцями. Ми поділимо ці землі на ділянки і роздамо німецьким фермерам. Українці будуть як робоча сила. А через 25 літ тут буде справжня Німеччина!</w:t>
      </w:r>
    </w:p>
    <w:p>
      <w:r>
        <w:br/>
        <w:t>І що ви там не кажіть, а державний розум — то таки державний розум.</w:t>
      </w:r>
    </w:p>
    <w:p>
      <w:r>
        <w:br/>
        <w:t>Він — передбачає.</w:t>
      </w:r>
    </w:p>
    <w:p>
      <w:r>
        <w:br/>
        <w:t>Не помилився міністр східних земель — пан Розенберг.</w:t>
      </w:r>
    </w:p>
    <w:p>
      <w:r>
        <w:br/>
        <w:t>В чому йому можна закинути — так це тільки в скромності.</w:t>
      </w:r>
    </w:p>
    <w:p>
      <w:r>
        <w:br/>
        <w:t>Що ж вийшло?</w:t>
      </w:r>
    </w:p>
    <w:p>
      <w:r>
        <w:br/>
        <w:t>Не тільки на безмежних українських ланах, а й на Кубані, на Донщині, на Північному Кавказі, в Криму, в Бессарабії і аж до самісіньких Карпат маємо силу-силенну земельних ділянок з німецькими фермерами, якщо не на них, то в них.</w:t>
      </w:r>
    </w:p>
    <w:p>
      <w:r>
        <w:br/>
        <w:t>Одержали ці ділянки німецькі фермери у довічне володіння.</w:t>
      </w:r>
    </w:p>
    <w:p>
      <w:r>
        <w:br/>
        <w:t>Лежать німецькі фермери у радянських неосяжних землях, лежать — "хазяйнують".</w:t>
      </w:r>
    </w:p>
    <w:p>
      <w:r>
        <w:br/>
        <w:t>І роботи ніби небагато: лежи собі потихеньку, догнивай. І користь з того неабияка фашистським фюрерам, бо, як публікує швейцарська газета "Базлер арбейтерцейтунг", фюрери ці мають в іноземних банках кругленькі капітали готівкою і в цінних паперах.</w:t>
      </w:r>
    </w:p>
    <w:p>
      <w:r>
        <w:br/>
        <w:t>Геббельс має — 4.635 тисяч доларів</w:t>
      </w:r>
    </w:p>
    <w:p>
      <w:r>
        <w:br/>
        <w:t>Герінг " — " — 3.575 " — "</w:t>
      </w:r>
    </w:p>
    <w:p>
      <w:r>
        <w:br/>
        <w:t>Ріббентроп " — " — 3.165 " — "</w:t>
      </w:r>
    </w:p>
    <w:p>
      <w:r>
        <w:br/>
        <w:t>Гесс " — " — 2.045 " — "</w:t>
      </w:r>
    </w:p>
    <w:p>
      <w:r>
        <w:br/>
        <w:t>Гіммлер " — " — 2.000 " — "</w:t>
      </w:r>
    </w:p>
    <w:p>
      <w:r>
        <w:br/>
        <w:t>"Діточкам на молочко"…</w:t>
      </w:r>
    </w:p>
    <w:p>
      <w:r>
        <w:br/>
        <w:t>"Фермери" лежать, земля собі крутиться, грошики набігають…</w:t>
      </w:r>
    </w:p>
    <w:p>
      <w:r>
        <w:br/>
        <w:t>Поки фюрери на шибеницях гойдатимуться — дивись, ще по мільйончику набіжить…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"Земельна рента"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