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 з квіткою</w:t>
      </w:r>
    </w:p>
    <w:p>
      <w:r>
        <w:br/>
        <w:t xml:space="preserve"> &lt;p&gt;Кілька днів поїзд наш їде. Навіть машиніст не знає, куди він нас везе. Стримає паровіз серед пушти і не раз кілька годин стоїть.</w:t>
      </w:r>
    </w:p>
    <w:p>
      <w:r>
        <w:br/>
        <w:t>Тоді виходимо з возів, щоб розпростувати ноги. Ноги непевно доторкаються чужої землі. Квітки здивовано дивляться на нас, ворони стадами злітаються з піль. Кричать на нас: "Пощо прийшли?!" За полями, на обрію, високий, синій мур... Карпати. За ними наша земля, а на ній — ворог. Всім нам це одно на гадці: що він там робить? Наслухуємо, чи вітер не наднесе голосу якого.</w:t>
      </w:r>
    </w:p>
    <w:p>
      <w:r>
        <w:br/>
        <w:t>Нема. Тільки гадки біжать.</w:t>
      </w:r>
    </w:p>
    <w:p>
      <w:r>
        <w:br/>
        <w:t>Так їх багато, як тих ворон на полі, і такі ж вони чорні, тії гадки.</w:t>
      </w:r>
    </w:p>
    <w:p>
      <w:r>
        <w:br/>
        <w:t>В купе лишається тільки одна жінка.</w:t>
      </w:r>
    </w:p>
    <w:p>
      <w:r>
        <w:br/>
        <w:t>Сидить у кутку і на колінах тримає з квіткою глечик.</w:t>
      </w:r>
    </w:p>
    <w:p>
      <w:r>
        <w:br/>
        <w:t>Квітка червоно цвіте.</w:t>
      </w:r>
    </w:p>
    <w:p>
      <w:r>
        <w:br/>
        <w:t>На ній щось блищить, — роса чи сльози?</w:t>
      </w:r>
    </w:p>
    <w:p>
      <w:r>
        <w:br/>
        <w:t>Жінка очей з тої квітки не зводить.</w:t>
      </w:r>
    </w:p>
    <w:p>
      <w:r>
        <w:br/>
        <w:t>Що вона бачить у ній?...</w:t>
      </w:r>
    </w:p>
    <w:p>
      <w:r>
        <w:br/>
        <w:t>Мабуть, усе, що лишила дома.</w:t>
      </w:r>
    </w:p>
    <w:p>
      <w:r>
        <w:br/>
        <w:t>Усе...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 з квіткою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