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 і лелеки</w:t>
      </w:r>
    </w:p>
    <w:p>
      <w:r>
        <w:br/>
        <w:t xml:space="preserve"> Жінки інакші в серпні. Всім інакші.&lt;br /&gt;</w:t>
        <w:br/>
        <w:t>І дим в очах вже туманець — не чад.&lt;br /&gt;</w:t>
        <w:br/>
        <w:t>Звіваються слова, як дим, мізерні наші.&lt;br /&gt;</w:t>
        <w:br/>
        <w:t>Пізнай себе в очах — в безжальності свічад.</w:t>
      </w:r>
    </w:p>
    <w:p>
      <w:r>
        <w:br/>
        <w:t>Лежать вони в пісках. На хвилях. Поролонах.&lt;br /&gt;</w:t>
        <w:br/>
        <w:t>Пругкі і юні. Вицвілі й старі.&lt;br /&gt;</w:t>
        <w:br/>
        <w:t>І тулять білий світ в безтямності до лона,&lt;br /&gt;</w:t>
        <w:br/>
        <w:t>І кожен погляд губиться в зорі.</w:t>
      </w:r>
    </w:p>
    <w:p>
      <w:r>
        <w:br/>
        <w:t>Щось літом сталось. Щось і не світилось.&lt;br /&gt;</w:t>
        <w:br/>
        <w:t>Хтось був. Когось нема. Серпанок серпня є.&lt;br /&gt;</w:t>
        <w:br/>
        <w:t>Вже серпик місяця зжинає те світило,&lt;br /&gt;</w:t>
        <w:br/>
        <w:t>Що їм в жагучі чоловічки б'є.</w:t>
      </w:r>
    </w:p>
    <w:p>
      <w:r>
        <w:br/>
        <w:t>Ще й ці лелеки дивноперим шумом&lt;br /&gt;</w:t>
        <w:br/>
        <w:t>В летючім танці затопили пляж —&lt;br /&gt;</w:t>
        <w:br/>
        <w:t>У небесах вони зависли ніжним сумом —&lt;br /&gt;</w:t>
        <w:br/>
        <w:t>Прощальний і зачаєний віраж.</w:t>
      </w:r>
    </w:p>
    <w:p>
      <w:r>
        <w:br/>
        <w:t>Лелеки над жінками. Незвичайні&lt;br /&gt;</w:t>
        <w:br/>
        <w:t>Лелечать кола. Губ гірка зола.&lt;br /&gt;</w:t>
        <w:br/>
        <w:t>А чом у тебе очі, чом такі зачаєні,&lt;br /&gt;</w:t>
        <w:br/>
        <w:t>Ти ж не лежиш — летиш, я чую шум крила.</w:t>
      </w:r>
    </w:p>
    <w:p>
      <w:r>
        <w:br/>
        <w:t>Ця дивна злагодженість і небес і долу —&lt;br /&gt;</w:t>
        <w:br/>
        <w:t>Лелечих вогких крил, жіночих білих рук.&lt;br /&gt;</w:t>
        <w:br/>
        <w:t>Куди ж тебе несе, таку золоточолу?&lt;br /&gt;</w:t>
        <w:br/>
        <w:t>Усі жінки летять. І світ летить навкруг.</w:t>
      </w:r>
    </w:p>
    <w:p>
      <w:r>
        <w:br/>
        <w:t>Там у пісках небес лежать собі лелеки,&lt;br /&gt;</w:t>
        <w:br/>
        <w:t>А тут жінки летять у вирій всі як є,&lt;br /&gt;</w:t>
        <w:br/>
        <w:t>І клекіт їх, жіночий дивний клекіт,&lt;br /&gt;</w:t>
        <w:br/>
        <w:t>За серце дивним щемом дістає...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 і лелеки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