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легенда</w:t>
      </w:r>
    </w:p>
    <w:p>
      <w:r>
        <w:br/>
        <w:t xml:space="preserve"> ПІСНЯ ПЕРША</w:t>
      </w:r>
    </w:p>
    <w:p>
      <w:r>
        <w:br/>
        <w:t>Ходили ми світами немалими,&lt;br /&gt;</w:t>
        <w:br/>
        <w:t>Гвинтівки ремінь терся на плечі,&lt;br /&gt;</w:t>
        <w:br/>
        <w:t>В твоєму серці лінами ясними&lt;br /&gt;</w:t>
        <w:br/>
        <w:t>Доріг і вод дзвенять важкі ключі.&lt;br /&gt;</w:t>
        <w:br/>
        <w:t>За бронзовим гарячим небокраєм&lt;br /&gt;</w:t>
        <w:br/>
        <w:t>Нові світанки руки підвели,&lt;br /&gt;</w:t>
        <w:br/>
        <w:t>В них досить є і слави, і хвали,&lt;br /&gt;</w:t>
        <w:br/>
        <w:t>А сліз і крові їм не треба, знаєм, —&lt;br /&gt;</w:t>
        <w:br/>
        <w:t>Лиш неба цвіт і посміх немовляти,&lt;br /&gt;</w:t>
        <w:br/>
        <w:t>І хліб, і труд, і золото ріллі,&lt;br /&gt;</w:t>
        <w:br/>
        <w:t>І привіти синів старенька мати&lt;br /&gt;</w:t>
        <w:br/>
        <w:t>На цій землі.</w:t>
      </w:r>
    </w:p>
    <w:p>
      <w:r>
        <w:br/>
        <w:t>— Ну, повернись, який ти є?&lt;br /&gt;</w:t>
        <w:br/>
        <w:t>Не диха ніч, вогонь не б'є,&lt;br /&gt;</w:t>
        <w:br/>
        <w:t>Бліндаж заріс, затихнув бій.&lt;br /&gt;</w:t>
        <w:br/>
        <w:t>Молодший мій, найменший мій!&lt;br /&gt;</w:t>
        <w:br/>
        <w:t>Тебе носив подій потік.&lt;br /&gt;</w:t>
        <w:br/>
        <w:t>Либонь згадаю, — шостий рік,&lt;br /&gt;</w:t>
        <w:br/>
        <w:t>Як ти пішов. Радянський дім...&lt;br /&gt;</w:t>
        <w:br/>
        <w:t>Який котився згар і грім,&lt;br /&gt;</w:t>
        <w:br/>
        <w:t>А він горів, але не впав,&lt;br /&gt;</w:t>
        <w:br/>
        <w:t>Земля ушосте зелень трав&lt;br /&gt;</w:t>
        <w:br/>
        <w:t>Змінила, вийшла з лихоліть,&lt;br /&gt;</w:t>
        <w:br/>
        <w:t>А він вас жде, а він стоїть.</w:t>
      </w:r>
    </w:p>
    <w:p>
      <w:r>
        <w:br/>
        <w:t>І син, дві краплі із лиця —&lt;br /&gt;</w:t>
        <w:br/>
        <w:t>В усьому схожий на отця,&lt;br /&gt;</w:t>
        <w:br/>
        <w:t>Обнявся з батьком, на плече&lt;br /&gt;</w:t>
        <w:br/>
        <w:t>Лягли долоні гаряче.&lt;br /&gt;</w:t>
        <w:br/>
        <w:t>— Привіз ти щастя? — Я привіз,&lt;br /&gt;</w:t>
        <w:br/>
        <w:t>Я кривді йшов напереріз&lt;br /&gt;</w:t>
        <w:br/>
        <w:t>І заслужив його. — То так.&lt;br /&gt;</w:t>
        <w:br/>
        <w:t>Це хто ж з тобою? — Це хлоп'як&lt;br /&gt;</w:t>
        <w:br/>
        <w:t>Із Кам'янця, нехай в сім'ї&lt;br /&gt;</w:t>
        <w:br/>
        <w:t>У нас живе... — Були бої,&lt;br /&gt;</w:t>
        <w:br/>
        <w:t>І все минуло. Поїзди&lt;br /&gt;</w:t>
        <w:br/>
        <w:t>Впряглись до іншої їзди,&lt;br /&gt;</w:t>
        <w:br/>
        <w:t>Шумні і світлі, як Дунай,&lt;br /&gt;</w:t>
        <w:br/>
        <w:t>Пішли із фронту в рідний край&lt;br /&gt;</w:t>
        <w:br/>
        <w:t>Через віслянські два мости,&lt;br /&gt;</w:t>
        <w:br/>
        <w:t>Через Перемишль, де пости&lt;br /&gt;</w:t>
        <w:br/>
        <w:t>Погранзастав пильнують вніч&lt;br /&gt;</w:t>
        <w:br/>
        <w:t>З вітрами в полі віч-на-віч,&lt;br /&gt;</w:t>
        <w:br/>
        <w:t>На Львів, Тернопіль, Кам'янець,&lt;br /&gt;</w:t>
        <w:br/>
        <w:t>І не один зітхнув боєць,&lt;br /&gt;</w:t>
        <w:br/>
        <w:t>Що скоро вгледить двір, і дім,&lt;br /&gt;</w:t>
        <w:br/>
        <w:t>І те, що в серці звав своїм&lt;br /&gt;</w:t>
        <w:br/>
        <w:t>Коханням щирим. Всі шляхи&lt;br /&gt;</w:t>
        <w:br/>
        <w:t>Вели додому. Дітлахи&lt;br /&gt;</w:t>
        <w:br/>
        <w:t>Із школи вийшли в ранній час.&lt;br /&gt;</w:t>
        <w:br/>
        <w:t>— Зайдіть, ми просимо, до нас&lt;br /&gt;</w:t>
        <w:br/>
        <w:t>Та розкажіть нам хоч одну&lt;br /&gt;</w:t>
        <w:br/>
        <w:t>Історійку, — чи про війну,&lt;br /&gt;</w:t>
        <w:br/>
        <w:t>Чи про героя, чи про бій,&lt;br /&gt;</w:t>
        <w:br/>
        <w:t>Про нічку на передовій,&lt;br /&gt;</w:t>
        <w:br/>
        <w:t>І взагалі, про все, про все!-</w:t>
      </w:r>
    </w:p>
    <w:p>
      <w:r>
        <w:br/>
        <w:t>Що скажеш їм? Любов несе&lt;br /&gt;</w:t>
        <w:br/>
        <w:t>Солдата в школу. Ось поріг.&lt;br /&gt;</w:t>
        <w:br/>
        <w:t>Його забути я не зміг&lt;br /&gt;</w:t>
        <w:br/>
        <w:t>З дитячих літ. В метіль важку&lt;br /&gt;</w:t>
        <w:br/>
        <w:t>Бувало прийдеш на сніжку,&lt;br /&gt;</w:t>
        <w:br/>
        <w:t>А в школі тиша. Сторож-дід&lt;br /&gt;</w:t>
        <w:br/>
        <w:t>Змете з порога сніг і слід&lt;br /&gt;</w:t>
        <w:br/>
        <w:t>Твоїх чобіт: — Така ще рань,&lt;br /&gt;</w:t>
        <w:br/>
        <w:t>А ти вже встав? Ну, йди, поглянь,&lt;br /&gt;</w:t>
        <w:br/>
        <w:t>Як грубка топиться. Іди, —&lt;br /&gt;</w:t>
        <w:br/>
        <w:t>А по снігу нові сліди,&lt;br /&gt;</w:t>
        <w:br/>
        <w:t>Десятків два хлоп'ячих ніг&lt;br /&gt;</w:t>
        <w:br/>
        <w:t>Вже стугонить об той поріг.&lt;br /&gt;</w:t>
        <w:br/>
        <w:t>Далеке юності крило,&lt;br /&gt;</w:t>
        <w:br/>
        <w:t>Тебе війною не змело.&lt;br /&gt;</w:t>
        <w:br/>
        <w:t>І не зломило! В Кам'янці&lt;br /&gt;</w:t>
        <w:br/>
        <w:t>Я вперше був, і три бійці,&lt;br /&gt;</w:t>
        <w:br/>
        <w:t>Герої нашого полка,&lt;br /&gt;</w:t>
        <w:br/>
        <w:t>Ввійшли у клас. Чиясь рука&lt;br /&gt;</w:t>
        <w:br/>
        <w:t>Дала сигнал об тій порі,&lt;br /&gt;</w:t>
        <w:br/>
        <w:t>І дружно встали школярі,&lt;br /&gt;</w:t>
        <w:br/>
        <w:t>Вітали нас. Про ніч одну&lt;br /&gt;</w:t>
        <w:br/>
        <w:t>Я розповів, як на Дону&lt;br /&gt;</w:t>
        <w:br/>
        <w:t>Мене присипало в землі,&lt;br /&gt;</w:t>
        <w:br/>
        <w:t>Які криваві мозолі&lt;br /&gt;</w:t>
        <w:br/>
        <w:t>І рани й радощі живі&lt;br /&gt;</w:t>
        <w:br/>
        <w:t>Несли ми в ночі грозові.&lt;br /&gt;</w:t>
        <w:br/>
        <w:t>Хлоп'ята сіли за буквар,&lt;br /&gt;</w:t>
        <w:br/>
        <w:t>Читали віршика, як з хмар&lt;br /&gt;</w:t>
        <w:br/>
        <w:t>Веселка сяє після злив,&lt;br /&gt;</w:t>
        <w:br/>
        <w:t>А колоски колгоспних нив&lt;br /&gt;</w:t>
        <w:br/>
        <w:t>На сонці спіють. Лиш одне&lt;br /&gt;</w:t>
        <w:br/>
        <w:t>Білявочубе, мовчазне&lt;br /&gt;</w:t>
        <w:br/>
        <w:t>Хлоп'я сиділо. Не в очах,&lt;br /&gt;</w:t>
        <w:br/>
        <w:t>Не в молодих в'юнких плечах&lt;br /&gt;</w:t>
        <w:br/>
        <w:t>Осмута тліла. В мить яку&lt;br /&gt;</w:t>
        <w:br/>
        <w:t>Загледів я скупу й гірку&lt;br /&gt;</w:t>
        <w:br/>
        <w:t>Дитячу усмішку. Від зла&lt;br /&gt;</w:t>
        <w:br/>
        <w:t>Вона сковзнула й проповзла,&lt;br /&gt;</w:t>
        <w:br/>
        <w:t>Чи від гіркоти? Зрозумій.&lt;br /&gt;</w:t>
        <w:br/>
        <w:t>— Чому мовчиш, маленький мій?&lt;br /&gt;</w:t>
        <w:br/>
        <w:t>А він буквар перегорта,&lt;br /&gt;</w:t>
        <w:br/>
        <w:t>А вчитель каже: — Сирота.</w:t>
      </w:r>
    </w:p>
    <w:p>
      <w:r>
        <w:br/>
        <w:t>Був час, у нього батько був,&lt;br /&gt;</w:t>
        <w:br/>
        <w:t>Пішов на фронт і не вернув.&lt;br /&gt;</w:t>
        <w:br/>
        <w:t>Прийшли два слова горьові,&lt;br /&gt;</w:t>
        <w:br/>
        <w:t>Що носять пошти польові.&lt;br /&gt;</w:t>
        <w:br/>
        <w:t>Була у нього мати, він&lt;br /&gt;</w:t>
        <w:br/>
        <w:t>Ходив у піонерзагін,&lt;br /&gt;</w:t>
        <w:br/>
        <w:t>Вона йому пісні плела,&lt;br /&gt;</w:t>
        <w:br/>
        <w:t>Вона його в загін вела,&lt;br /&gt;</w:t>
        <w:br/>
        <w:t>Сорочка свіжа, мовби льон,&lt;br /&gt;</w:t>
        <w:br/>
        <w:t>На ліжко клала в тихий сон,&lt;br /&gt;</w:t>
        <w:br/>
        <w:t>А ранком кликала:— Синок,&lt;br /&gt;</w:t>
        <w:br/>
        <w:t>Вставай, у школі вже дзвінок&lt;br /&gt;</w:t>
        <w:br/>
        <w:t>Ударить скоро. — І рука&lt;br /&gt;</w:t>
        <w:br/>
        <w:t>Її ласкава і легка,&lt;br /&gt;</w:t>
        <w:br/>
        <w:t>Його підводила: — Вставай,&lt;br /&gt;</w:t>
        <w:br/>
        <w:t>Мій кучерявий синій май,&lt;br /&gt;</w:t>
        <w:br/>
        <w:t>Вставай, пора! — її, вночі&lt;br /&gt;</w:t>
        <w:br/>
        <w:t>Ввалившись, німці-гримачі&lt;br /&gt;</w:t>
        <w:br/>
        <w:t>І людолови, повели&lt;br /&gt;</w:t>
        <w:br/>
        <w:t>І серед міста, де гули&lt;br /&gt;</w:t>
        <w:br/>
        <w:t>Вітри осінні, як бої,&lt;br /&gt;</w:t>
        <w:br/>
        <w:t>Вночі повісили її.</w:t>
      </w:r>
    </w:p>
    <w:p>
      <w:r>
        <w:br/>
        <w:t>А він буквар перегорта.&lt;br /&gt;</w:t>
        <w:br/>
        <w:t>А вчитель каже: — Сирота&lt;br /&gt;</w:t>
        <w:br/>
        <w:t>Ходив по місту цілі дні.&lt;br /&gt;</w:t>
        <w:br/>
        <w:t>Рідні нема, так ми ж зрідні,&lt;br /&gt;</w:t>
        <w:br/>
        <w:t>Ховали хлопця двоє літ&lt;br /&gt;</w:t>
        <w:br/>
        <w:t>Із ночі в ніч, а ледве світ&lt;br /&gt;</w:t>
        <w:br/>
        <w:t>Забризка зорями в вікно&lt;br /&gt;</w:t>
        <w:br/>
        <w:t>І ранку сиве полотно&lt;br /&gt;</w:t>
        <w:br/>
        <w:t>Застеле небо, вже й нема&lt;br /&gt;</w:t>
        <w:br/>
        <w:t>Його на місці, чи зима,&lt;br /&gt;</w:t>
        <w:br/>
        <w:t>Чи сніг, чи осені пітьма.&lt;br /&gt;</w:t>
        <w:br/>
        <w:t>Збере він хліба — тих кришок,&lt;br /&gt;</w:t>
        <w:br/>
        <w:t>Малий і сірий, мов пташок,&lt;br /&gt;</w:t>
        <w:br/>
        <w:t>І сяде, з'їсть, а чи не з'їсть,&lt;br /&gt;</w:t>
        <w:br/>
        <w:t>А все чекає добру вість.&lt;br /&gt;</w:t>
        <w:br/>
        <w:t>Він, може, сам усе повість?&lt;br /&gt;</w:t>
        <w:br/>
        <w:t>Олексо, чуєш? — Ні, кажіть,&lt;br /&gt;</w:t>
        <w:br/>
        <w:t>Ви краще вмієте.&lt;br /&gt;</w:t>
        <w:br/>
        <w:t>— А жить&lt;br /&gt;</w:t>
        <w:br/>
        <w:t>Збирався хлопець, аж яснів.&lt;br /&gt;</w:t>
        <w:br/>
        <w:t>Було прокинеться від снів:&lt;br /&gt;</w:t>
        <w:br/>
        <w:t>"Наснились наші! Я піду".&lt;br /&gt;</w:t>
        <w:br/>
        <w:t>І в сотий раз по тім сліду,&lt;br /&gt;</w:t>
        <w:br/>
        <w:t>Що обходив, що обдивив,&lt;br /&gt;</w:t>
        <w:br/>
        <w:t>Біжить за місто й серед нив,&lt;br /&gt;</w:t>
        <w:br/>
        <w:t>Де їх снаряд обмолотив,&lt;br /&gt;</w:t>
        <w:br/>
        <w:t>Де їх зорали тягачі,&lt;br /&gt;</w:t>
        <w:br/>
        <w:t>Гарячі кулі-сівачі&lt;br /&gt;</w:t>
        <w:br/>
        <w:t>Важким посіяли свинцем —&lt;br /&gt;</w:t>
        <w:br/>
        <w:t>Стоїть з просвітленим лицем,&lt;br /&gt;</w:t>
        <w:br/>
        <w:t>Як сірий стовпчик. Вигляда.&lt;br /&gt;</w:t>
        <w:br/>
        <w:t>Чекать — біда, двійна біда.&lt;br /&gt;</w:t>
        <w:br/>
        <w:t>Листівку знайде — принесе&lt;br /&gt;</w:t>
        <w:br/>
        <w:t>І прочитає; над усе&lt;br /&gt;</w:t>
        <w:br/>
        <w:t>Любив те слово: — Це літак&lt;br /&gt;</w:t>
        <w:br/>
        <w:t>Над полем бою чи атак,&lt;br /&gt;</w:t>
        <w:br/>
        <w:t>Від наших кинув! — Захова&lt;br /&gt;</w:t>
        <w:br/>
        <w:t>І закарбує ті слова&lt;br /&gt;</w:t>
        <w:br/>
        <w:t>В своєму серці, де жива&lt;br /&gt;</w:t>
        <w:br/>
        <w:t>Тремтить надія. І за ним,&lt;br /&gt;</w:t>
        <w:br/>
        <w:t>В'юнким, неспійманим, малим,&lt;br /&gt;</w:t>
        <w:br/>
        <w:t>Катів табуння, мов сліпе,&lt;br /&gt;</w:t>
        <w:br/>
        <w:t>Ходило. Він значок ЮП,&lt;br /&gt;</w:t>
        <w:br/>
        <w:t>Червоний галстук приберіг,&lt;br /&gt;</w:t>
        <w:br/>
        <w:t>Як давнє щастя, все, що міг.</w:t>
      </w:r>
    </w:p>
    <w:p>
      <w:r>
        <w:br/>
        <w:t>В сорок четвертім день при дні&lt;br /&gt;</w:t>
        <w:br/>
        <w:t>Гриміли залпи, і в огні&lt;br /&gt;</w:t>
        <w:br/>
        <w:t>Горіли обрії, з моста&lt;br /&gt;</w:t>
        <w:br/>
        <w:t>Завіса куряви густа&lt;br /&gt;</w:t>
        <w:br/>
        <w:t>Щодень сивіла, з-над дубів&lt;br /&gt;</w:t>
        <w:br/>
        <w:t>Немов сто тисяч голубів&lt;br /&gt;</w:t>
        <w:br/>
        <w:t>Обсіли площу. Гомін, гук,&lt;br /&gt;</w:t>
        <w:br/>
        <w:t>Фашисти падають на брук,&lt;br /&gt;</w:t>
        <w:br/>
        <w:t>Гранати рвуться з-попід рук.</w:t>
      </w:r>
    </w:p>
    <w:p>
      <w:r>
        <w:br/>
        <w:t>Мов кораблі, серед полів&lt;br /&gt;</w:t>
        <w:br/>
        <w:t>Хитались танки, ген лелів&lt;br /&gt;</w:t>
        <w:br/>
        <w:t>Потік піхоти, з-попід хмар&lt;br /&gt;</w:t>
        <w:br/>
        <w:t>Червоний стяг, наш перший дар,&lt;br /&gt;</w:t>
        <w:br/>
        <w:t>Не стяг — стяжок, ясний, мов жар,&lt;br /&gt;</w:t>
        <w:br/>
        <w:t>З'явивсь над школою. Була&lt;br /&gt;</w:t>
        <w:br/>
        <w:t>В нім перша дяка і хвала,&lt;br /&gt;</w:t>
        <w:br/>
        <w:t>І крапля щастя й волі грім,&lt;br /&gt;</w:t>
        <w:br/>
        <w:t>І кров розстріляних на нім&lt;br /&gt;</w:t>
        <w:br/>
        <w:t>Горіла трепетно-ясна.&lt;br /&gt;</w:t>
        <w:br/>
        <w:t>І люди встали, наче сна&lt;br /&gt;</w:t>
        <w:br/>
        <w:t>Збулись тяжкого в ночі злій.&lt;br /&gt;</w:t>
        <w:br/>
        <w:t>Поглянь, боєць, і зрозумій!</w:t>
      </w:r>
    </w:p>
    <w:p>
      <w:r>
        <w:br/>
        <w:t>Той прапорець поклав межу&lt;br /&gt;</w:t>
        <w:br/>
        <w:t>Між днем і ніччю, не скажу,&lt;br /&gt;</w:t>
        <w:br/>
        <w:t>Хто в ніч тривожну від безсонь&lt;br /&gt;</w:t>
        <w:br/>
        <w:t>Підняв його, немов огонь,&lt;br /&gt;</w:t>
        <w:br/>
        <w:t>Ви здогадалися либонь.&lt;br /&gt;</w:t>
        <w:br/>
        <w:t>— Палай, сказав, і гнівом сій! —&lt;br /&gt;</w:t>
        <w:br/>
        <w:t>То наш, малий наш Олексій...</w:t>
      </w:r>
    </w:p>
    <w:p>
      <w:r>
        <w:br/>
        <w:t>А в нього посмішка із віч,&lt;br /&gt;</w:t>
        <w:br/>
        <w:t>Неначе не про нього й річ;&lt;br /&gt;</w:t>
        <w:br/>
        <w:t>Сидить, буквар перегорта,&lt;br /&gt;</w:t>
        <w:br/>
        <w:t>А вчитель шепче: сирота.</w:t>
      </w:r>
    </w:p>
    <w:p>
      <w:r>
        <w:br/>
        <w:t>На п'ятий чи на шостий день&lt;br /&gt;</w:t>
        <w:br/>
        <w:t>Світанком синім, як ясень,&lt;br /&gt;</w:t>
        <w:br/>
        <w:t>Приїхав батько. Сталінград&lt;br /&gt;</w:t>
        <w:br/>
        <w:t>І переправ букринських чад,&lt;br /&gt;</w:t>
        <w:br/>
        <w:t>І даль підкиївська крута,&lt;br /&gt;</w:t>
        <w:br/>
        <w:t>Бомбьожок чорна ряснота&lt;br /&gt;</w:t>
        <w:br/>
        <w:t>Від нього дихала. З-під брів,&lt;br /&gt;</w:t>
        <w:br/>
        <w:t>Як тихий промінь вечорів,&lt;br /&gt;</w:t>
        <w:br/>
        <w:t>Ясніло. Серця стук зборов:&lt;br /&gt;</w:t>
        <w:br/>
        <w:t>— Мій син живий? — Та жив, здоров.&lt;br /&gt;</w:t>
        <w:br/>
        <w:t>— А жінка?&lt;br /&gt;</w:t>
        <w:br/>
        <w:t>— Тату! — крикнув син.&lt;br /&gt;</w:t>
        <w:br/>
        <w:t>Припав до нього... Скільки днин&lt;br /&gt;</w:t>
        <w:br/>
        <w:t>Ходили вдвох, рука в руці,&lt;br /&gt;</w:t>
        <w:br/>
        <w:t>І щастя й смуток на лиці.</w:t>
      </w:r>
    </w:p>
    <w:p>
      <w:r>
        <w:br/>
        <w:t>Ми пригощали щиро їх,&lt;br /&gt;</w:t>
        <w:br/>
        <w:t>І не шукали слова втіх,&lt;br /&gt;</w:t>
        <w:br/>
        <w:t>Бо горе — то стіна німа,&lt;br /&gt;</w:t>
        <w:br/>
        <w:t>Для нього слів людських нема,&lt;br /&gt;</w:t>
        <w:br/>
        <w:t>І треба ту стіну в роках&lt;br /&gt;</w:t>
        <w:br/>
        <w:t>Лупать по крихті, по частках, —&lt;br /&gt;</w:t>
        <w:br/>
        <w:t>Само забудеться нехай.&lt;br /&gt;</w:t>
        <w:br/>
        <w:t>Частина жде, боям не край.&lt;br /&gt;</w:t>
        <w:br/>
        <w:t>Мотори хлопці завели,&lt;br /&gt;</w:t>
        <w:br/>
        <w:t>I диму сивого вали&lt;br /&gt;</w:t>
        <w:br/>
        <w:t>Десь за Тернопіль попливли.&lt;br /&gt;</w:t>
        <w:br/>
        <w:t>Лежать нові шляхи й мости.&lt;br /&gt;</w:t>
        <w:br/>
        <w:t>Бувай здоров! Здоров рости,&lt;br /&gt;</w:t>
        <w:br/>
        <w:t>Мiй сину! Скоро вже прийду. —&lt;br /&gt;</w:t>
        <w:br/>
        <w:t>Про щастя мрів, а стрів біду.</w:t>
      </w:r>
    </w:p>
    <w:p>
      <w:r>
        <w:br/>
        <w:t>Оповідають, що в бою&lt;br /&gt;</w:t>
        <w:br/>
        <w:t>За Ельбою, в чужім краю,&lt;br /&gt;</w:t>
        <w:br/>
        <w:t>Останній вибух пролунав,&lt;br /&gt;</w:t>
        <w:br/>
        <w:t>Фугас останній ліг між трав,&lt;br /&gt;</w:t>
        <w:br/>
        <w:t>Останній крик припав к землі,&lt;br /&gt;</w:t>
        <w:br/>
        <w:t>Останній танк поповз в імлі&lt;br /&gt;</w:t>
        <w:br/>
        <w:t>Якраз на батька. — Що ж, повзи, —&lt;br /&gt;</w:t>
        <w:br/>
        <w:t>Сказав він тихо. Дві грози&lt;br /&gt;</w:t>
        <w:br/>
        <w:t>Поніс в руці, метнув в броню&lt;br /&gt;</w:t>
        <w:br/>
        <w:t>І сам згорів у тім огню.&lt;br /&gt;</w:t>
        <w:br/>
        <w:t>Із страхом жить — прожить, як мрець.&lt;br /&gt;</w:t>
        <w:br/>
        <w:t>Лягти в бою— святий кінець,&lt;br /&gt;</w:t>
        <w:br/>
        <w:t>Твого життя гілля густе&lt;br /&gt;</w:t>
        <w:br/>
        <w:t>Вітчизні в серці проросте.&lt;br /&gt;</w:t>
        <w:br/>
        <w:t>Бійці, що з ним разом були,&lt;br /&gt;</w:t>
        <w:br/>
        <w:t>Ту звістку нам передали,&lt;br /&gt;</w:t>
        <w:br/>
        <w:t>Прийшли два слова горьові,&lt;br /&gt;</w:t>
        <w:br/>
        <w:t>Що носять пошти польові,&lt;br /&gt;</w:t>
        <w:br/>
        <w:t>І все. — Буквар перегорта&lt;br /&gt;</w:t>
        <w:br/>
        <w:t>Малий смуглявий сирота.</w:t>
      </w:r>
    </w:p>
    <w:p>
      <w:r>
        <w:br/>
        <w:t>А в мене серце б'є, як дзвін,&lt;br /&gt;</w:t>
        <w:br/>
        <w:t>Хлоп'ята з школи йдуть. А він?</w:t>
      </w:r>
    </w:p>
    <w:p>
      <w:r>
        <w:br/>
        <w:t>Їм тепло, затишно в дому,&lt;br /&gt;</w:t>
        <w:br/>
        <w:t>Є ласка отча, — а йому?</w:t>
      </w:r>
    </w:p>
    <w:p>
      <w:r>
        <w:br/>
        <w:t>Їх мати в ліжко покладе,&lt;br /&gt;</w:t>
        <w:br/>
        <w:t>У нього ж — хто? І мати — де?</w:t>
      </w:r>
    </w:p>
    <w:p>
      <w:r>
        <w:br/>
        <w:t>І я обняв його, притис,&lt;br /&gt;</w:t>
        <w:br/>
        <w:t>Як свого сина. Сонця спис&lt;br /&gt;</w:t>
        <w:br/>
        <w:t>Кресав над поїздом огні.&lt;br /&gt;</w:t>
        <w:br/>
        <w:t>І, от ми вдвох, ми не одні.</w:t>
      </w:r>
    </w:p>
    <w:p>
      <w:r>
        <w:br/>
        <w:t>Приймай нас, батьку, на поріг,&lt;br /&gt;</w:t>
        <w:br/>
        <w:t>Постав на стіл, що приберіг,&lt;br /&gt;</w:t>
        <w:br/>
        <w:t>Хильнем за молодість круту,&lt;br /&gt;</w:t>
        <w:br/>
        <w:t>За мого сина-сироту,&lt;br /&gt;</w:t>
        <w:br/>
        <w:t>За весняні ясні шляхи!</w:t>
      </w:r>
    </w:p>
    <w:p>
      <w:r>
        <w:br/>
        <w:t>...У двір куряться порохи&lt;br /&gt;</w:t>
        <w:br/>
        <w:t>З дороги другої.</w:t>
      </w:r>
    </w:p>
    <w:p>
      <w:r>
        <w:br/>
        <w:t>ПІСНЯ ДРУГА</w:t>
      </w:r>
    </w:p>
    <w:p>
      <w:r>
        <w:br/>
        <w:t>Відчиним двері на широкі ниви,&lt;br /&gt;</w:t>
        <w:br/>
        <w:t>На обрії, на води, на міста,&lt;br /&gt;</w:t>
        <w:br/>
        <w:t>Нехай любові віковічне диво,&lt;br /&gt;</w:t>
        <w:br/>
        <w:t>Катраном пахне, в серці вироста.</w:t>
      </w:r>
    </w:p>
    <w:p>
      <w:r>
        <w:br/>
        <w:t>Нехай любові сила розмаїта&lt;br /&gt;</w:t>
        <w:br/>
        <w:t>Хвилює дух і помисел живий,&lt;br /&gt;</w:t>
        <w:br/>
        <w:t>Цвіте, як сонце всередині літа,&lt;br /&gt;</w:t>
        <w:br/>
        <w:t>Стоїть при нас, як вірний вартовий.</w:t>
      </w:r>
    </w:p>
    <w:p>
      <w:r>
        <w:br/>
        <w:t>І понесуть її жагучі руки&lt;br /&gt;</w:t>
        <w:br/>
        <w:t>Грозою й вітром в сивім ковилі,&lt;br /&gt;</w:t>
        <w:br/>
        <w:t>І з неї родяться сини і внуки&lt;br /&gt;</w:t>
        <w:br/>
        <w:t>На цій землі!</w:t>
      </w:r>
    </w:p>
    <w:p>
      <w:r>
        <w:br/>
        <w:t>— Теплушкою чи на коні,&lt;br /&gt;</w:t>
        <w:br/>
        <w:t>Ти мчав у рідній стороні?&lt;br /&gt;</w:t>
        <w:br/>
        <w:t>Минуло літо, стихнув бій,&lt;br /&gt;</w:t>
        <w:br/>
        <w:t>Мій середульший, сину мій!</w:t>
      </w:r>
    </w:p>
    <w:p>
      <w:r>
        <w:br/>
        <w:t>— Усяк бувало, батьку, всяк,&lt;br /&gt;</w:t>
        <w:br/>
        <w:t>Добро, що дома, що атак&lt;br /&gt;</w:t>
        <w:br/>
        <w:t>Улігся шал, що далина&lt;br /&gt;</w:t>
        <w:br/>
        <w:t>Зернить колосся, наливна.</w:t>
      </w:r>
    </w:p>
    <w:p>
      <w:r>
        <w:br/>
        <w:t>— Це хто ж з тобою? — Це жона. —&lt;br /&gt;</w:t>
        <w:br/>
        <w:t>Воно ж стояло, те дівча —&lt;br /&gt;</w:t>
        <w:br/>
        <w:t>Зеленошумне смереча,&lt;br /&gt;</w:t>
        <w:br/>
        <w:t>Так, мов зоря із тьми століть&lt;br /&gt;</w:t>
        <w:br/>
        <w:t>Понад життям новим стоїть.&lt;br /&gt;</w:t>
        <w:br/>
        <w:t>Повз нього б'ються ручаї&lt;br /&gt;</w:t>
        <w:br/>
        <w:t>І чайка кличе: чий, чиї?&lt;br /&gt;</w:t>
        <w:br/>
        <w:t>І неба раннього намет&lt;br /&gt;</w:t>
        <w:br/>
        <w:t>Стріча над нею сонця лет.</w:t>
      </w:r>
    </w:p>
    <w:p>
      <w:r>
        <w:br/>
        <w:t>— А звідки ж? — Звідки? Білорусь,&lt;br /&gt;</w:t>
        <w:br/>
        <w:t>Цю землю знаєте, ручусь,&lt;br /&gt;</w:t>
        <w:br/>
        <w:t>Мені там кожен за сябра&lt;br /&gt;</w:t>
        <w:br/>
        <w:t>Бажав і щастя і добра.</w:t>
      </w:r>
    </w:p>
    <w:p>
      <w:r>
        <w:br/>
        <w:t>Там дім навпіл, і світ навпіл,&lt;br /&gt;</w:t>
        <w:br/>
        <w:t>І ліс шумить, як рідний діл,&lt;br /&gt;</w:t>
        <w:br/>
        <w:t>І що на серці — те в житті,&lt;br /&gt;</w:t>
        <w:br/>
        <w:t>І горе й радощі святі.</w:t>
      </w:r>
    </w:p>
    <w:p>
      <w:r>
        <w:br/>
        <w:t>Радянське братство! Світ пройди,&lt;br /&gt;</w:t>
        <w:br/>
        <w:t>А приведуть тебе сліди&lt;br /&gt;</w:t>
        <w:br/>
        <w:t>До мирних вйосок, до сяліб,&lt;br /&gt;</w:t>
        <w:br/>
        <w:t>Де завше знайдеш сіль і хліб.&lt;br /&gt;</w:t>
        <w:br/>
        <w:t>І там, як тут, пройшла війна,&lt;br /&gt;</w:t>
        <w:br/>
        <w:t>І там пливла боїв луна.&lt;br /&gt;</w:t>
        <w:br/>
        <w:t>Із тих країв моя жона.</w:t>
      </w:r>
    </w:p>
    <w:p>
      <w:r>
        <w:br/>
        <w:t>— Щасливий з нею? — Я скажу.&lt;br /&gt;</w:t>
        <w:br/>
        <w:t>Ми батьківщину за межу&lt;br /&gt;</w:t>
        <w:br/>
        <w:t>Уже проходили, в імлі&lt;br /&gt;</w:t>
        <w:br/>
        <w:t>Ширококрилі журавлі&lt;br /&gt;</w:t>
        <w:br/>
        <w:t>У гніздах клекотом своїм&lt;br /&gt;</w:t>
        <w:br/>
        <w:t>Нам поворот віщали в дім.</w:t>
      </w:r>
    </w:p>
    <w:p>
      <w:r>
        <w:br/>
        <w:t>І синь озер, і темінь пущ,&lt;br /&gt;</w:t>
        <w:br/>
        <w:t>І на шляху шипшини кущ,&lt;br /&gt;</w:t>
        <w:br/>
        <w:t>І кожен камінь на шосе&lt;br /&gt;</w:t>
        <w:br/>
        <w:t>Немов кричав, що день несе&lt;br /&gt;</w:t>
        <w:br/>
        <w:t>Нам перемогу. Так бува,&lt;br /&gt;</w:t>
        <w:br/>
        <w:t>Що й мертве в вірі ожива,&lt;br /&gt;</w:t>
        <w:br/>
        <w:t>А ми живі, і грозова&lt;br /&gt;</w:t>
        <w:br/>
        <w:t>Заходить ніч, заходить бій,&lt;br /&gt;</w:t>
        <w:br/>
        <w:t>Як звісно, на передовій.</w:t>
      </w:r>
    </w:p>
    <w:p>
      <w:r>
        <w:br/>
        <w:t>І задвигтіла з жароти&lt;br /&gt;</w:t>
        <w:br/>
        <w:t>Земля, ні звестись, ні пройти,&lt;br /&gt;</w:t>
        <w:br/>
        <w:t>Хіба що руку простягти,&lt;br /&gt;</w:t>
        <w:br/>
        <w:t>З баклаги випить, — так води&lt;br /&gt;</w:t>
        <w:br/>
        <w:t>Нема ні краплі, — лиш сліди&lt;br /&gt;</w:t>
        <w:br/>
        <w:t>Броні жаркої, як в печі,&lt;br /&gt;</w:t>
        <w:br/>
        <w:t>Карбують танки й тягачі.</w:t>
      </w:r>
    </w:p>
    <w:p>
      <w:r>
        <w:br/>
        <w:t>З обслуги в нас бійців ще два&lt;br /&gt;</w:t>
        <w:br/>
        <w:t>Живих лишилось, і слова:&lt;br /&gt;</w:t>
        <w:br/>
        <w:t>— Огонь! Огонь! — лиш чуть мені,&lt;br /&gt;</w:t>
        <w:br/>
        <w:t>Ті ж зглухли в скреготі броні.&lt;br /&gt;</w:t>
        <w:br/>
        <w:t>За хвилю-дві накрив фугас&lt;br /&gt;</w:t>
        <w:br/>
        <w:t>Обох бійців, я в пізній час&lt;br /&gt;</w:t>
        <w:br/>
        <w:t>Знайшов одного, поволік,&lt;br /&gt;</w:t>
        <w:br/>
        <w:t>Підняв, поніс, на цілий вік&lt;br /&gt;</w:t>
        <w:br/>
        <w:t>Це не забудеться! Приніс&lt;br /&gt;</w:t>
        <w:br/>
        <w:t>У крайню хату, попід ліс,&lt;br /&gt;</w:t>
        <w:br/>
        <w:t>Поклав на ліжко, а дівча&lt;br /&gt;</w:t>
        <w:br/>
        <w:t>Мені рушницю із плеча&lt;br /&gt;</w:t>
        <w:br/>
        <w:t>Зняло, піднесло каганець.&lt;br /&gt;</w:t>
        <w:br/>
        <w:t>— Ти жив, боєць? Не вмер, боєць?</w:t>
      </w:r>
    </w:p>
    <w:p>
      <w:r>
        <w:br/>
        <w:t>— Я ще живу, — шепоче він, —&lt;br /&gt;</w:t>
        <w:br/>
        <w:t>Я не помру, — лице з одмін&lt;br /&gt;</w:t>
        <w:br/>
        <w:t>Не взнаєш, — чиста біль-збіла.&lt;br /&gt;</w:t>
        <w:br/>
        <w:t>Пакети наші два взяла,&lt;br /&gt;</w:t>
        <w:br/>
        <w:t>З плеча його і до плеча&lt;br /&gt;</w:t>
        <w:br/>
        <w:t>Давай вгортать, як дитинча.</w:t>
      </w:r>
    </w:p>
    <w:p>
      <w:r>
        <w:br/>
        <w:t>Схилилась — впали дві коси,&lt;br /&gt;</w:t>
        <w:br/>
        <w:t>Загледиш їх — і вже неси,&lt;br /&gt;</w:t>
        <w:br/>
        <w:t>І згадуй очі, рух, лице,&lt;br /&gt;</w:t>
        <w:br/>
        <w:t>Тих кіс тугих важке кільце.</w:t>
      </w:r>
    </w:p>
    <w:p>
      <w:r>
        <w:br/>
        <w:t>Вона звелась — і теплий зір&lt;br /&gt;</w:t>
        <w:br/>
        <w:t>Мене опік; від давніх пір&lt;br /&gt;</w:t>
        <w:br/>
        <w:t>Я пам'ятаю в шумі нив&lt;br /&gt;</w:t>
        <w:br/>
        <w:t>Весняне небо після злив&lt;br /&gt;</w:t>
        <w:br/>
        <w:t>І, наче пошуги жар-птиць,&lt;br /&gt;</w:t>
        <w:br/>
        <w:t>Останній спалах блискавиць.</w:t>
      </w:r>
    </w:p>
    <w:p>
      <w:r>
        <w:br/>
        <w:t>Можливо, блискавиць крило&lt;br /&gt;</w:t>
        <w:br/>
        <w:t>Ці горді коси заплело?&lt;br /&gt;</w:t>
        <w:br/>
        <w:t>І, може, їхній синій жар&lt;br /&gt;</w:t>
        <w:br/>
        <w:t>Віддав цим очам цвіт і яр?&lt;br /&gt;</w:t>
        <w:br/>
        <w:t>Хто знає? Я стояв німий,&lt;br /&gt;</w:t>
        <w:br/>
        <w:t>Не чув, як просять: — Руки змий, —&lt;br /&gt;</w:t>
        <w:br/>
        <w:t>Мабуть, вдесяте. — Ось вода.&lt;br /&gt;</w:t>
        <w:br/>
        <w:t>Він буде жити, не біда.&lt;br /&gt;</w:t>
        <w:br/>
        <w:t>Ти не журись, ти не хились,&lt;br /&gt;</w:t>
        <w:br/>
        <w:t>Іще побачитесь колись. —</w:t>
      </w:r>
    </w:p>
    <w:p>
      <w:r>
        <w:br/>
        <w:t>І вже я знав, її словам&lt;br /&gt;</w:t>
        <w:br/>
        <w:t>Повірить можна, я ж не сам,&lt;br /&gt;</w:t>
        <w:br/>
        <w:t>А вдвох ми вірили. Взяла&lt;br /&gt;</w:t>
        <w:br/>
        <w:t>Рушник гарячий, до чола&lt;br /&gt;</w:t>
        <w:br/>
        <w:t>Бійцю поклала, а для ніг&lt;br /&gt;</w:t>
        <w:br/>
        <w:t>Окріп нагріла, щоби міг&lt;br /&gt;</w:t>
        <w:br/>
        <w:t>Боєць зігрітись. При огні&lt;br /&gt;</w:t>
        <w:br/>
        <w:t>Зв'язала два бинти лляні,&lt;br /&gt;</w:t>
        <w:br/>
        <w:t>Немов зв'язала світ мені!</w:t>
      </w:r>
    </w:p>
    <w:p>
      <w:r>
        <w:br/>
        <w:t>А з слів, нашептаних вночі,&lt;br /&gt;</w:t>
        <w:br/>
        <w:t>А з того літепла в печі,&lt;br /&gt;</w:t>
        <w:br/>
        <w:t>Що руки ставили її,&lt;br /&gt;</w:t>
        <w:br/>
        <w:t>Неначе в серце ручаї&lt;br /&gt;</w:t>
        <w:br/>
        <w:t>Текли гарячі. Друг-боєць&lt;br /&gt;</w:t>
        <w:br/>
        <w:t>Шептав, наморений вкінець,&lt;br /&gt;</w:t>
        <w:br/>
        <w:t>В безпам'яті: "Не пив, не їв,&lt;br /&gt;</w:t>
        <w:br/>
        <w:t>Дарма, а зараз солов'їв&lt;br /&gt;</w:t>
        <w:br/>
        <w:t>Послухав би". І вже вона&lt;br /&gt;</w:t>
        <w:br/>
        <w:t>Над ним, як рідна сторона,&lt;br /&gt;</w:t>
        <w:br/>
        <w:t>Схилилась кревно, з рук її&lt;br /&gt;</w:t>
        <w:br/>
        <w:t>Летять, щебечуть солов'ї —&lt;br /&gt;</w:t>
        <w:br/>
        <w:t>Смоленські, мінські із лісів,&lt;br /&gt;</w:t>
        <w:br/>
        <w:t>Лади — на сотні голосів,&lt;br /&gt;</w:t>
        <w:br/>
        <w:t>Співучі курські, з-за Дінця&lt;br /&gt;</w:t>
        <w:br/>
        <w:t>Криллям ласкавим до крильця,&lt;br /&gt;</w:t>
        <w:br/>
        <w:t>Полтавські, сиві, наче дим,&lt;br /&gt;</w:t>
        <w:br/>
        <w:t>Ірпіньські тьохкають над ним,&lt;br /&gt;</w:t>
        <w:br/>
        <w:t>І тиха посмішка із віч&lt;br /&gt;</w:t>
        <w:br/>
        <w:t>Йому не сходить в довгу ніч.</w:t>
      </w:r>
    </w:p>
    <w:p>
      <w:r>
        <w:br/>
        <w:t>А попросив би він, щоб бір&lt;br /&gt;</w:t>
        <w:br/>
        <w:t>Шумів йому до ранніх зір,&lt;br /&gt;</w:t>
        <w:br/>
        <w:t>Чи щоб Дніпра широкий біг&lt;br /&gt;</w:t>
        <w:br/>
        <w:t>Плескав човнами біля ніг, —</w:t>
      </w:r>
    </w:p>
    <w:p>
      <w:r>
        <w:br/>
        <w:t>Усе було б: з дівочих кіс&lt;br /&gt;</w:t>
        <w:br/>
        <w:t>Шумів би віковічний ліс,&lt;br /&gt;</w:t>
        <w:br/>
        <w:t>В очах засяяла б до дна&lt;br /&gt;</w:t>
        <w:br/>
        <w:t>Дніпра блакитна тишина.</w:t>
      </w:r>
    </w:p>
    <w:p>
      <w:r>
        <w:br/>
        <w:t>Я полюбив її. Які&lt;br /&gt;</w:t>
        <w:br/>
        <w:t>Слова безбарвні і легкі&lt;br /&gt;</w:t>
        <w:br/>
        <w:t>Ми в це вкладаєм почуття!&lt;br /&gt;</w:t>
        <w:br/>
        <w:t>А треба ж, як мале дитя,&lt;br /&gt;</w:t>
        <w:br/>
        <w:t>Його нести, глядіть, ростить,&lt;br /&gt;</w:t>
        <w:br/>
        <w:t>В нещасті — не занапастить,&lt;br /&gt;</w:t>
        <w:br/>
        <w:t>І жити з ним за кожним днем&lt;br /&gt;</w:t>
        <w:br/>
        <w:t>Одною кров'ю і вогнем.&lt;br /&gt;</w:t>
        <w:br/>
        <w:t>Я певно знаю, що любов&lt;br /&gt;</w:t>
        <w:br/>
        <w:t>Не вимага клятьби й розмов,&lt;br /&gt;</w:t>
        <w:br/>
        <w:t>А тільки вірності потік&lt;br /&gt;</w:t>
        <w:br/>
        <w:t>Її живить із віку в вік.</w:t>
      </w:r>
    </w:p>
    <w:p>
      <w:r>
        <w:br/>
        <w:t>Вона мене в бою вела,&lt;br /&gt;</w:t>
        <w:br/>
        <w:t>Оберігаючи від зла,&lt;br /&gt;</w:t>
        <w:br/>
        <w:t>Вона давала барви мрій&lt;br /&gt;</w:t>
        <w:br/>
        <w:t>Судьбі обстріляній моїй,&lt;br /&gt;</w:t>
        <w:br/>
        <w:t>З чола втирала стільки літ&lt;br /&gt;</w:t>
        <w:br/>
        <w:t>Трудний, солдатський, чорний піт,&lt;br /&gt;</w:t>
        <w:br/>
        <w:t>Любов моя! В ту довгу ніч&lt;br /&gt;</w:t>
        <w:br/>
        <w:t>Я не просив у неї стріч,&lt;br /&gt;</w:t>
        <w:br/>
        <w:t>А тільки б згадку в світлі дні,&lt;br /&gt;</w:t>
        <w:br/>
        <w:t>Якщо вернуся по війні.</w:t>
      </w:r>
    </w:p>
    <w:p>
      <w:r>
        <w:br/>
        <w:t>Вона сказала: — йди, вертай.&lt;br /&gt;</w:t>
        <w:br/>
        <w:t>Твоїй дорозі ще не край,&lt;br /&gt;</w:t>
        <w:br/>
        <w:t>Я ждатиму... — І до воріт&lt;br /&gt;</w:t>
        <w:br/>
        <w:t>Вела за руку, ще й на світ&lt;br /&gt;</w:t>
        <w:br/>
        <w:t>Не значилось. Ще димна даль&lt;br /&gt;</w:t>
        <w:br/>
        <w:t>Бриніла в зорях, мов кришталь.</w:t>
      </w:r>
    </w:p>
    <w:p>
      <w:r>
        <w:br/>
        <w:t>В солдатську знов попав сім'ю,&lt;br /&gt;</w:t>
        <w:br/>
        <w:t>Я ще не раз горів в бою,&lt;br /&gt;</w:t>
        <w:br/>
        <w:t>Не раз, не двічі серед піль&lt;br /&gt;</w:t>
        <w:br/>
        <w:t>Залізна плакала метіль.</w:t>
      </w:r>
    </w:p>
    <w:p>
      <w:r>
        <w:br/>
        <w:t>І в тиху погідь, чи в грозу,&lt;br /&gt;</w:t>
        <w:br/>
        <w:t>Чи йду, чи ранений повзу, —&lt;br /&gt;</w:t>
        <w:br/>
        <w:t>Далеке чую щоразу:&lt;br /&gt;</w:t>
        <w:br/>
        <w:t>— Я ждатиму. — У тихім сні&lt;br /&gt;</w:t>
        <w:br/>
        <w:t>Бува спочину, і мені&lt;br /&gt;</w:t>
        <w:br/>
        <w:t>Насниться дальній рідний край,&lt;br /&gt;</w:t>
        <w:br/>
        <w:t>Коханих кіс ясний розмай,&lt;br /&gt;</w:t>
        <w:br/>
        <w:t>Її жагучих рук теплінь,&lt;br /&gt;</w:t>
        <w:br/>
        <w:t>І вже вона легка, як тінь,&lt;br /&gt;</w:t>
        <w:br/>
        <w:t>Стоїть: — Я ждатиму... Іди.</w:t>
      </w:r>
    </w:p>
    <w:p>
      <w:r>
        <w:br/>
        <w:t>Минуло літо. Від біди&lt;br /&gt;</w:t>
        <w:br/>
        <w:t>Ми світ закрили назавжди,&lt;br /&gt;</w:t>
        <w:br/>
        <w:t>Війна скінчилась. Їдь, солдат,&lt;br /&gt;</w:t>
        <w:br/>
        <w:t>До рідних міст, до піль і хат.&lt;br /&gt;</w:t>
        <w:br/>
        <w:t>І я поїхав. Я вертав&lt;br /&gt;</w:t>
        <w:br/>
        <w:t>Крізь тишу давніх переправ,&lt;br /&gt;</w:t>
        <w:br/>
        <w:t>Через окопчики, де ми&lt;br /&gt;</w:t>
        <w:br/>
        <w:t>Лежали в них серед зими,&lt;br /&gt;</w:t>
        <w:br/>
        <w:t>Через порослі бліндажі,&lt;br /&gt;</w:t>
        <w:br/>
        <w:t>Де гільзи тліли на межі,&lt;br /&gt;</w:t>
        <w:br/>
        <w:t>Через літа, де бився гнів&lt;br /&gt;</w:t>
        <w:br/>
        <w:t>Забутих гроз, забутих снів.</w:t>
      </w:r>
    </w:p>
    <w:p>
      <w:r>
        <w:br/>
        <w:t>Здавалось, небо осяйне&lt;br /&gt;</w:t>
        <w:br/>
        <w:t>Хотіло зупинить мене,&lt;br /&gt;</w:t>
        <w:br/>
        <w:t>І кожен стовпчик переправ,&lt;br /&gt;</w:t>
        <w:br/>
        <w:t>Немов чіплявся за рукав,&lt;br /&gt;</w:t>
        <w:br/>
        <w:t>Траншея у траві густій&lt;br /&gt;</w:t>
        <w:br/>
        <w:t>Шептала вслід: "Боєць, постій,&lt;br /&gt;</w:t>
        <w:br/>
        <w:t>Любов пожде, а я ж одна,&lt;br /&gt;</w:t>
        <w:br/>
        <w:t>Самітна в полі, мовчазна".&lt;br /&gt;</w:t>
        <w:br/>
        <w:t>І я з любов'ю рядом ніс&lt;br /&gt;</w:t>
        <w:br/>
        <w:t>І гук доріг, і шум беріз,&lt;br /&gt;</w:t>
        <w:br/>
        <w:t>Мостів розбитих тихий дзвін,&lt;br /&gt;</w:t>
        <w:br/>
        <w:t>Полків моїх крилатий гін,&lt;br /&gt;</w:t>
        <w:br/>
        <w:t>І незабутні дружби дні,&lt;br /&gt;</w:t>
        <w:br/>
        <w:t>І в чужині й не в чужині.</w:t>
      </w:r>
    </w:p>
    <w:p>
      <w:r>
        <w:br/>
        <w:t>У ночі темні й голубі&lt;br /&gt;</w:t>
        <w:br/>
        <w:t>Я мрію вигадав собі,&lt;br /&gt;</w:t>
        <w:br/>
        <w:t>Що я приїхав, я зустрів&lt;br /&gt;</w:t>
        <w:br/>
        <w:t>Ласкавий зір з-під темних брів&lt;br /&gt;</w:t>
        <w:br/>
        <w:t>І крик сердечний: "Любий мій!"&lt;br /&gt;</w:t>
        <w:br/>
        <w:t>На дальній станції малій.</w:t>
      </w:r>
    </w:p>
    <w:p>
      <w:r>
        <w:br/>
        <w:t>А вийшло все простіш. В дворі&lt;br /&gt;</w:t>
        <w:br/>
        <w:t>Під жовтим виблиском зорі&lt;br /&gt;</w:t>
        <w:br/>
        <w:t>Скрипів колодязь в тишині,&lt;br /&gt;</w:t>
        <w:br/>
        <w:t>Попить схотілося мені.&lt;br /&gt;</w:t>
        <w:br/>
        <w:t>Ну, що ж, як так, то й підійти.&lt;br /&gt;</w:t>
        <w:br/>
        <w:t>— Водички можна? — Ой, це ти?&lt;br /&gt;</w:t>
        <w:br/>
        <w:t>Далекий мій! — І кіс кільце&lt;br /&gt;</w:t>
        <w:br/>
        <w:t>Мені на груди, і лице&lt;br /&gt;</w:t>
        <w:br/>
        <w:t>В сльозах раптових щастя й мук,&lt;br /&gt;</w:t>
        <w:br/>
        <w:t>І світлий трепет рідних рук.&lt;br /&gt;</w:t>
        <w:br/>
        <w:t>У ту хвилину цілий світ&lt;br /&gt;</w:t>
        <w:br/>
        <w:t>Зі всіх садів і росних віт&lt;br /&gt;</w:t>
        <w:br/>
        <w:t>В цвітінні колисав мене,&lt;br /&gt;</w:t>
        <w:br/>
        <w:t>Стожарів сяйво огняне&lt;br /&gt;</w:t>
        <w:br/>
        <w:t>На мене сипалось, трава&lt;br /&gt;</w:t>
        <w:br/>
        <w:t>Всії землі, немов жива,&lt;br /&gt;</w:t>
        <w:br/>
        <w:t>Мені шуміла, так бува...</w:t>
      </w:r>
    </w:p>
    <w:p>
      <w:r>
        <w:br/>
        <w:t>Оце і все, не більш повім.&lt;br /&gt;</w:t>
        <w:br/>
        <w:t>Веди нас, батьку, в рідний дім,&lt;br /&gt;</w:t>
        <w:br/>
        <w:t>Приймай нас, батьку, на поріг,&lt;br /&gt;</w:t>
        <w:br/>
        <w:t>Постав на стіл, що приберіг.&lt;br /&gt;</w:t>
        <w:br/>
        <w:t>Вшануєм рани у бою,&lt;br /&gt;</w:t>
        <w:br/>
        <w:t>Жону мою — любов мою,&lt;br /&gt;</w:t>
        <w:br/>
        <w:t>Ясні шляхи й трудні шляхи!</w:t>
      </w:r>
    </w:p>
    <w:p>
      <w:r>
        <w:br/>
        <w:t>...У двір куряться порохи&lt;br /&gt;</w:t>
        <w:br/>
        <w:t>З дороги третьої.</w:t>
      </w:r>
    </w:p>
    <w:p>
      <w:r>
        <w:br/>
        <w:t>ПІСНЯ ТРЕТЯ</w:t>
      </w:r>
    </w:p>
    <w:p>
      <w:r>
        <w:br/>
        <w:t>I третій день бреде поза туманом,&lt;br /&gt;</w:t>
        <w:br/>
        <w:t>Землі горбатій світить береги,&lt;br /&gt;</w:t>
        <w:br/>
        <w:t>І сад зроста, як туча над лиманом,&lt;br /&gt;</w:t>
        <w:br/>
        <w:t>Із наших рук, із поту і снаги.</w:t>
      </w:r>
    </w:p>
    <w:p>
      <w:r>
        <w:br/>
        <w:t>Бджола, як промінь, буде в нім бриніти,&lt;br /&gt;</w:t>
        <w:br/>
        <w:t>І завихрить цвітіння синій дим,&lt;br /&gt;</w:t>
        <w:br/>
        <w:t>І яблуні крислаті темні віти&lt;br /&gt;</w:t>
        <w:br/>
        <w:t>Засиплють землю плодом наливним.</w:t>
      </w:r>
    </w:p>
    <w:p>
      <w:r>
        <w:br/>
        <w:t>Поклін тому, хто вносить чесну зладу&lt;br /&gt;</w:t>
        <w:br/>
        <w:t>В людські серця одверті і незлі,&lt;br /&gt;</w:t>
        <w:br/>
        <w:t>Приходьте, пийте радість мого саду&lt;br /&gt;</w:t>
        <w:br/>
        <w:t>На цій землі.</w:t>
      </w:r>
    </w:p>
    <w:p>
      <w:r>
        <w:br/>
        <w:t>— І третій мій прибув з фронтів,&lt;br /&gt;</w:t>
        <w:br/>
        <w:t>Давай чоломкатись. Хотів&lt;br /&gt;</w:t>
        <w:br/>
        <w:t>Тебе спитати, як жилось,&lt;br /&gt;</w:t>
        <w:br/>
        <w:t>Чи ріки там, як наша Рось,&lt;br /&gt;</w:t>
        <w:br/>
        <w:t>Клекочуть-плинуть, чи земля&lt;br /&gt;</w:t>
        <w:br/>
        <w:t>Під сонцем колос нахиля?&lt;br /&gt;</w:t>
        <w:br/>
        <w:t>Та вже спочинь, а потім. Ти&lt;br /&gt;</w:t>
        <w:br/>
        <w:t>Зумів те щастя зберегти,&lt;br /&gt;</w:t>
        <w:br/>
        <w:t>Що в серці мав? Не розгубив&lt;br /&gt;</w:t>
        <w:br/>
        <w:t>Його між битв і чорних злив?</w:t>
      </w:r>
    </w:p>
    <w:p>
      <w:r>
        <w:br/>
        <w:t>— Ні, батьку. Крізь смертельний бій&lt;br /&gt;</w:t>
        <w:br/>
        <w:t>Доробок свій, набуток свій&lt;br /&gt;</w:t>
        <w:br/>
        <w:t>Я вніс до нього, щоб колись&lt;br /&gt;</w:t>
        <w:br/>
        <w:t>Воно розквітло, подивись.</w:t>
      </w:r>
    </w:p>
    <w:p>
      <w:r>
        <w:br/>
        <w:t>І син, — хай батько поміча, —&lt;br /&gt;</w:t>
        <w:br/>
        <w:t>Здійма повагом із плеча&lt;br /&gt;</w:t>
        <w:br/>
        <w:t>Мішок солдатський. — Поміж пліч&lt;br /&gt;</w:t>
        <w:br/>
        <w:t>Його я ніс не день, не ніч,&lt;br /&gt;</w:t>
        <w:br/>
        <w:t>У сорок першім день при дні&lt;br /&gt;</w:t>
        <w:br/>
        <w:t>Збирав заграви огняні,&lt;br /&gt;</w:t>
        <w:br/>
        <w:t>І пил доріг, і шум беріз,&lt;br /&gt;</w:t>
        <w:br/>
        <w:t>І ручаї пекучих сліз,&lt;br /&gt;</w:t>
        <w:br/>
        <w:t>Пшениці силу наливну,&lt;br /&gt;</w:t>
        <w:br/>
        <w:t>І площ померхлу сивину&lt;br /&gt;</w:t>
        <w:br/>
        <w:t>В мішок я клав. І важчав він.&lt;br /&gt;</w:t>
        <w:br/>
        <w:t>У сорок третім Краснодін,&lt;br /&gt;</w:t>
        <w:br/>
        <w:t>В пожарі київські вали&lt;br /&gt;</w:t>
        <w:br/>
        <w:t>Йому ваги ще додали.&lt;br /&gt;</w:t>
        <w:br/>
        <w:t>Руїн хрещатицьких зотлінь&lt;br /&gt;</w:t>
        <w:br/>
        <w:t>Освєнціма похмура тінь,&lt;br /&gt;</w:t>
        <w:br/>
        <w:t>І все, що гірко на війні, —&lt;br /&gt;</w:t>
        <w:br/>
        <w:t>В моїм мішку лягло на дні.</w:t>
      </w:r>
    </w:p>
    <w:p>
      <w:r>
        <w:br/>
        <w:t>Щоб не розв'язувать повік, —&lt;br /&gt;</w:t>
        <w:br/>
        <w:t>Його в'язав стрічками рік,&lt;br /&gt;</w:t>
        <w:br/>
        <w:t>А пилюгою ста доріг&lt;br /&gt;</w:t>
        <w:br/>
        <w:t>Припорошив його, як міг,&lt;br /&gt;</w:t>
        <w:br/>
        <w:t>Карпатським дубом закрутив,&lt;br /&gt;</w:t>
        <w:br/>
        <w:t>Щоб він плеча не ваготив.&lt;br /&gt;</w:t>
        <w:br/>
        <w:t>Здолали ворога — і це&lt;br /&gt;</w:t>
        <w:br/>
        <w:t>Мішок зробило, мов пірце,&lt;br /&gt;</w:t>
        <w:br/>
        <w:t>Його вже інші дні трясуть,&lt;br /&gt;</w:t>
        <w:br/>
        <w:t>Але це відступ — а не суть.</w:t>
      </w:r>
    </w:p>
    <w:p>
      <w:r>
        <w:br/>
        <w:t>І син руками обома&lt;br /&gt;</w:t>
        <w:br/>
        <w:t>На стіл мішок свій підійма&lt;br /&gt;</w:t>
        <w:br/>
        <w:t>І сипле з нього все, що є:&lt;br /&gt;</w:t>
        <w:br/>
        <w:t>— Дивіться, — каже, — це моє&lt;br /&gt;</w:t>
        <w:br/>
        <w:t>Багатство кревне. Дві малі&lt;br /&gt;</w:t>
        <w:br/>
        <w:t>Лежать троянди на столі,&lt;br /&gt;</w:t>
        <w:br/>
        <w:t>Прив'ялі, зсохлі, в пилюзі,&lt;br /&gt;</w:t>
        <w:br/>
        <w:t>Калини кетяг, як в грозі,&lt;br /&gt;</w:t>
        <w:br/>
        <w:t>Обламаний, і липи цвіт, —&lt;br /&gt;</w:t>
        <w:br/>
        <w:t>Йому б жовтіть біля воріт, —&lt;br /&gt;</w:t>
        <w:br/>
        <w:t>Ховає сім'я. Чорний дуб,&lt;br /&gt;</w:t>
        <w:br/>
        <w:t>З огню врятований і згуб,&lt;br /&gt;</w:t>
        <w:br/>
        <w:t>Тугого жолудя кладе,&lt;br /&gt;</w:t>
        <w:br/>
        <w:t>Сосни пагіння молоде.&lt;br /&gt;</w:t>
        <w:br/>
        <w:t>Дві шишки бронзові з Карпат&lt;br /&gt;</w:t>
        <w:br/>
        <w:t>Знайшов солдат, приніс солдат.</w:t>
      </w:r>
    </w:p>
    <w:p>
      <w:r>
        <w:br/>
        <w:t>А підібрав ще на путі&lt;br /&gt;</w:t>
        <w:br/>
        <w:t>Кленові зерна золоті,&lt;br /&gt;</w:t>
        <w:br/>
        <w:t>А обірвав із переправ&lt;br /&gt;</w:t>
        <w:br/>
        <w:t>Колісьми збиті стебла трав.</w:t>
      </w:r>
    </w:p>
    <w:p>
      <w:r>
        <w:br/>
        <w:t>І на столі тому за мить,&lt;br /&gt;</w:t>
        <w:br/>
        <w:t>Здається, білий сад шумить,&lt;br /&gt;</w:t>
        <w:br/>
        <w:t>Карпатські б'ються ручаї,&lt;br /&gt;</w:t>
        <w:br/>
        <w:t>І на столі — чужі краї,&lt;br /&gt;</w:t>
        <w:br/>
        <w:t>Мов на землі лежать тісній.&lt;br /&gt;</w:t>
        <w:br/>
        <w:t>— Цей жолудь з дуба — свідок мій.</w:t>
      </w:r>
    </w:p>
    <w:p>
      <w:r>
        <w:br/>
        <w:t>В малій Моравії вночі&lt;br /&gt;</w:t>
        <w:br/>
        <w:t>Фашиста гнали, зір ключі&lt;br /&gt;</w:t>
        <w:br/>
        <w:t>Пливли над нами, батальйон&lt;br /&gt;</w:t>
        <w:br/>
        <w:t>Розбиту роту взяв в полон.</w:t>
      </w:r>
    </w:p>
    <w:p>
      <w:r>
        <w:br/>
        <w:t>Де дуб у небо свій намет&lt;br /&gt;</w:t>
        <w:br/>
        <w:t>Підняв, під дубом кулемет&lt;br /&gt;</w:t>
        <w:br/>
        <w:t>Стояв холодний, а за ним&lt;br /&gt;</w:t>
        <w:br/>
        <w:t>Видінням згорбленим, німим,&lt;br /&gt;</w:t>
        <w:br/>
        <w:t>Без крихти хліба, без снаги,&lt;br /&gt;</w:t>
        <w:br/>
        <w:t>На два прикутий ланцюги&lt;br /&gt;</w:t>
        <w:br/>
        <w:t>До кулемета, наче мрець,&lt;br /&gt;</w:t>
        <w:br/>
        <w:t>Лежав знесилений стрілець.</w:t>
      </w:r>
    </w:p>
    <w:p>
      <w:r>
        <w:br/>
        <w:t>— Ти хто? — питаю. — Я словак.&lt;br /&gt;</w:t>
        <w:br/>
        <w:t>— Чому прикутий? — Для атак,&lt;br /&gt;</w:t>
        <w:br/>
        <w:t>Як ви проб'єтесь перший раз,&lt;br /&gt;</w:t>
        <w:br/>
        <w:t>Стрілять до згину був наказ.&lt;br /&gt;</w:t>
        <w:br/>
        <w:t>А щоб не втік я — ланцюги&lt;br /&gt;</w:t>
        <w:br/>
        <w:t>До рук, як бачиш, до ноги...</w:t>
      </w:r>
    </w:p>
    <w:p>
      <w:r>
        <w:br/>
        <w:t>І оповив серця нам жаль,&lt;br /&gt;</w:t>
        <w:br/>
        <w:t>Добро, що я старий коваль.&lt;br /&gt;</w:t>
        <w:br/>
        <w:t>— Давай-но ношу, брат, свою,&lt;br /&gt;</w:t>
        <w:br/>
        <w:t>Я діло знаю, розкую.</w:t>
      </w:r>
    </w:p>
    <w:p>
      <w:r>
        <w:br/>
        <w:t>І він підвівся із землі,&lt;br /&gt;</w:t>
        <w:br/>
        <w:t>І дві сльози, як два жалі,&lt;br /&gt;</w:t>
        <w:br/>
        <w:t>Текли по щоках, бив поклін,&lt;br /&gt;</w:t>
        <w:br/>
        <w:t>Неначе ми святі, а він&lt;br /&gt;</w:t>
        <w:br/>
        <w:t>Невольник чорний, без рідні.&lt;br /&gt;</w:t>
        <w:br/>
        <w:t>Він, правда, й був таким в ті дні.</w:t>
      </w:r>
    </w:p>
    <w:p>
      <w:r>
        <w:br/>
        <w:t>— Додому йди з біди та лих,&lt;br /&gt;</w:t>
        <w:br/>
        <w:t>Стрічай жону, дітей малих.&lt;br /&gt;</w:t>
        <w:br/>
        <w:t>— Мене затримають? — Ніде.&lt;br /&gt;</w:t>
        <w:br/>
        <w:t>І знай, що слово в нас тверде,&lt;br /&gt;</w:t>
        <w:br/>
        <w:t>Як з дуба різьблене. Іди! —&lt;br /&gt;</w:t>
        <w:br/>
        <w:t>І він пішов, легкі сліди&lt;br /&gt;</w:t>
        <w:br/>
        <w:t>Завіяв вітер. Наш комбат,&lt;br /&gt;</w:t>
        <w:br/>
        <w:t>Що це сказав йому, як брат,&lt;br /&gt;</w:t>
        <w:br/>
        <w:t>Підняв і нас, бо й нам іти,&lt;br /&gt;</w:t>
        <w:br/>
        <w:t>Бо треба славу берегти, —&lt;br /&gt;</w:t>
        <w:br/>
        <w:t>Червоний стяг.&lt;br /&gt;</w:t>
        <w:br/>
        <w:t>Сосна оця&lt;br /&gt;</w:t>
        <w:br/>
        <w:t>Також посвідчить за бійця.</w:t>
      </w:r>
    </w:p>
    <w:p>
      <w:r>
        <w:br/>
        <w:t>За Тарнобжегом на горбі,&lt;br /&gt;</w:t>
        <w:br/>
        <w:t>Де в очеретах голубі&lt;br /&gt;</w:t>
        <w:br/>
        <w:t>Од Вісли заводі ясні&lt;br /&gt;</w:t>
        <w:br/>
        <w:t>Колишуть сон старій сосні,&lt;br /&gt;</w:t>
        <w:br/>
        <w:t>Мені зустрівся сивий дід,&lt;br /&gt;</w:t>
        <w:br/>
        <w:t>Чи — дзяд, як вимовити слід&lt;br /&gt;</w:t>
        <w:br/>
        <w:t>По-польському. Він розповів,&lt;br /&gt;</w:t>
        <w:br/>
        <w:t>Що мав і внуків, і синів.&lt;br /&gt;</w:t>
        <w:br/>
        <w:t>І двох синів, і трьох внучат&lt;br /&gt;</w:t>
        <w:br/>
        <w:t>Майданека поглинув чад.</w:t>
      </w:r>
    </w:p>
    <w:p>
      <w:r>
        <w:br/>
        <w:t>І він самітний, без надій,&lt;br /&gt;</w:t>
        <w:br/>
        <w:t>На нивці — смужці пісковій,&lt;br /&gt;</w:t>
        <w:br/>
        <w:t>Коню підклавши сіпа жмут,&lt;br /&gt;</w:t>
        <w:br/>
        <w:t>Сам на підпряжку ліз в хомут.&lt;br /&gt;</w:t>
        <w:br/>
        <w:t>Ту нивку плугом колупав,&lt;br /&gt;</w:t>
        <w:br/>
        <w:t>Пісок із потом налипав&lt;br /&gt;</w:t>
        <w:br/>
        <w:t>На руки, до очей, до брів,&lt;br /&gt;</w:t>
        <w:br/>
        <w:t>Як сіре шмаття сірих днів.&lt;br /&gt;</w:t>
        <w:br/>
        <w:t>Ми коней підпрягли своїх:&lt;br /&gt;</w:t>
        <w:br/>
        <w:t>— Давай поможемо, не гріх! —&lt;br /&gt;</w:t>
        <w:br/>
        <w:t>І закурів тісний опруг,&lt;br /&gt;</w:t>
        <w:br/>
        <w:t>І затремтів благенький плуг...&lt;br /&gt;</w:t>
        <w:br/>
        <w:t>— Ми, брат, не з цеї сторони,&lt;br /&gt;</w:t>
        <w:br/>
        <w:t>В нас у колгоспі всі лани,&lt;br /&gt;</w:t>
        <w:br/>
        <w:t>Там не піском, зерном-разком,&lt;br /&gt;</w:t>
        <w:br/>
        <w:t>Пшениця шепче колоском!</w:t>
      </w:r>
    </w:p>
    <w:p>
      <w:r>
        <w:br/>
        <w:t>І вже нам снився рідний лан,&lt;br /&gt;</w:t>
        <w:br/>
        <w:t>Крізь хмар гряду, крізь даль-туман,&lt;br /&gt;</w:t>
        <w:br/>
        <w:t>І житнє зерно у руці,&lt;br /&gt;</w:t>
        <w:br/>
        <w:t>Неначе сонця промінці,&lt;br /&gt;</w:t>
        <w:br/>
        <w:t>Лягало в борозну суху.&lt;br /&gt;</w:t>
        <w:br/>
        <w:t>Ще довго видивсь на шляху&lt;br /&gt;</w:t>
        <w:br/>
        <w:t>Горбатий плуг і сонний кінь,&lt;br /&gt;</w:t>
        <w:br/>
        <w:t>І дід, як довга сива тінь.&lt;br /&gt;</w:t>
        <w:br/>
        <w:t>За Тарнобжегом даль тісна,&lt;br /&gt;</w:t>
        <w:br/>
        <w:t>І нивка та, і та сосна...</w:t>
      </w:r>
    </w:p>
    <w:p>
      <w:r>
        <w:br/>
        <w:t>— А ця троянда... — Син замовк.&lt;br /&gt;</w:t>
        <w:br/>
        <w:t>Та я вже бачу: ніч, як вовк,&lt;br /&gt;</w:t>
        <w:br/>
        <w:t>Бреде до нього вдалині&lt;br /&gt;</w:t>
        <w:br/>
        <w:t>У прикарпатській стороні,&lt;br /&gt;</w:t>
        <w:br/>
        <w:t>А він лежить, отак, як біг,&lt;br /&gt;</w:t>
        <w:br/>
        <w:t>Упав на кам'яний поріг.&lt;br /&gt;</w:t>
        <w:br/>
        <w:t>І смерть холодна і німа&lt;br /&gt;</w:t>
        <w:br/>
        <w:t>Сіда на груди, і пітьма&lt;br /&gt;</w:t>
        <w:br/>
        <w:t>Із вороном-вороначем&lt;br /&gt;</w:t>
        <w:br/>
        <w:t>Кружляє тихо над плечем.&lt;br /&gt;</w:t>
        <w:br/>
        <w:t>На чорній Тисі гомін хвиль,&lt;br /&gt;</w:t>
        <w:br/>
        <w:t>У головах — сухий ковиль,&lt;br /&gt;</w:t>
        <w:br/>
        <w:t>Троянди дикої кущрк&lt;br /&gt;</w:t>
        <w:br/>
        <w:t>Багрянцем тліє біля щок.&lt;br /&gt;</w:t>
        <w:br/>
        <w:t>Її лелітки осяйні&lt;br /&gt;</w:t>
        <w:br/>
        <w:t>Червоно-чорними в ці дні&lt;br /&gt;</w:t>
        <w:br/>
        <w:t>За мить зробилися. Чорній&lt;br /&gt;</w:t>
        <w:br/>
        <w:t>З його останніх смертних мрій,&lt;br /&gt;</w:t>
        <w:br/>
        <w:t>Мала трояндо! Зацвітеш&lt;br /&gt;</w:t>
        <w:br/>
        <w:t>Новим цвітком, як знак пожеж,&lt;br /&gt;</w:t>
        <w:br/>
        <w:t>І в голубому громі пущ&lt;br /&gt;</w:t>
        <w:br/>
        <w:t>Стоятимеш — огненний кущ,&lt;br /&gt;</w:t>
        <w:br/>
        <w:t>Як вічний пам'ятник, і дім&lt;br /&gt;</w:t>
        <w:br/>
        <w:t>Бійцю, що ліг в краю твоїм.</w:t>
      </w:r>
    </w:p>
    <w:p>
      <w:r>
        <w:br/>
        <w:t>Та він не вмер іще, бо дух&lt;br /&gt;</w:t>
        <w:br/>
        <w:t>Надії жив. Гуцул-пастух&lt;br /&gt;</w:t>
        <w:br/>
        <w:t>Його знайшов, і муці край, —&lt;br /&gt;</w:t>
        <w:br/>
        <w:t>До турм своїх, на тихий плай&lt;br /&gt;</w:t>
        <w:br/>
        <w:t>Приніс бійця. — О, братку мій,&lt;br /&gt;</w:t>
        <w:br/>
        <w:t>То що то є, то жах, не бій,&lt;br /&gt;</w:t>
        <w:br/>
        <w:t>Смертоубивство! — Ложка й ніж&lt;br /&gt;</w:t>
        <w:br/>
        <w:t>Лягли до хліба: — Пий та їж,&lt;br /&gt;</w:t>
        <w:br/>
        <w:t>Та оживай, мій братку, в нас. —&lt;br /&gt;</w:t>
        <w:br/>
        <w:t>І він ожив. А в ранній час, —&lt;br /&gt;</w:t>
        <w:br/>
        <w:t>Коли прощався, пастухи&lt;br /&gt;</w:t>
        <w:br/>
        <w:t>Йому вказали з гір шляхи,&lt;br /&gt;</w:t>
        <w:br/>
        <w:t>І на прощання сто трембіт&lt;br /&gt;</w:t>
        <w:br/>
        <w:t>Ревнули лунами у світ.&lt;br /&gt;</w:t>
        <w:br/>
        <w:t>Пробився в роту з полонин,&lt;br /&gt;</w:t>
        <w:br/>
        <w:t>А був боєць той третій син.&lt;br /&gt;</w:t>
        <w:br/>
        <w:t>Він знов підвівся над столом,&lt;br /&gt;</w:t>
        <w:br/>
        <w:t>І знову прояснів чолом,&lt;br /&gt;</w:t>
        <w:br/>
        <w:t>І посміхнувся, й витер піт:&lt;br /&gt;</w:t>
        <w:br/>
        <w:t>— А це, мій батьку, липи цвіт. —&lt;br /&gt;</w:t>
        <w:br/>
        <w:t>Зернят бурштинові тільця,&lt;br /&gt;</w:t>
        <w:br/>
        <w:t>Мов грілись у руці бійця, —&lt;br /&gt;</w:t>
        <w:br/>
        <w:t>Це Югославії дари.&lt;br /&gt;</w:t>
        <w:br/>
        <w:t>Ми йшли згори і догори,&lt;br /&gt;</w:t>
        <w:br/>
        <w:t>І темний шума й білий сад,&lt;br /&gt;</w:t>
        <w:br/>
        <w:t>Майдани бронзові Белград&lt;br /&gt;</w:t>
        <w:br/>
        <w:t>Прослав для нас:— Спочинь, боєць,&lt;br /&gt;</w:t>
        <w:br/>
        <w:t>Боям — кінець, та не кінець&lt;br /&gt;</w:t>
        <w:br/>
        <w:t>Братанню нашому повік! —</w:t>
      </w:r>
    </w:p>
    <w:p>
      <w:r>
        <w:br/>
        <w:t>Дівчат схвильований потік&lt;br /&gt;</w:t>
        <w:br/>
        <w:t>Пшеничним зерном обсипав&lt;br /&gt;</w:t>
        <w:br/>
        <w:t>Знамена наші, від заграв&lt;br /&gt;</w:t>
        <w:br/>
        <w:t>Вони сивіли. Зерна ж ті&lt;br /&gt;</w:t>
        <w:br/>
        <w:t>Зірчасті, в складках золоті,&lt;br /&gt;</w:t>
        <w:br/>
        <w:t>Стікали вниз... Які жнива&lt;br /&gt;</w:t>
        <w:br/>
        <w:t>Знайшла їх туга вікова!&lt;br /&gt;</w:t>
        <w:br/>
        <w:t>Плескало, билося, пливло&lt;br /&gt;</w:t>
        <w:br/>
        <w:t>Людських надій ясне крило&lt;br /&gt;</w:t>
        <w:br/>
        <w:t>Радянські живіо! — гуло&lt;br /&gt;</w:t>
        <w:br/>
        <w:t>На площах людних із трибун,&lt;br /&gt;</w:t>
        <w:br/>
        <w:t>Оркестри били в сотні лун,&lt;br /&gt;</w:t>
        <w:br/>
        <w:t>І у натхненні про бої&lt;br /&gt;</w:t>
        <w:br/>
        <w:t>Поет читав пісні свої.</w:t>
      </w:r>
    </w:p>
    <w:p>
      <w:r>
        <w:br/>
        <w:t>Мене ж обсипало дівча&lt;br /&gt;</w:t>
        <w:br/>
        <w:t>Жовтавим цвітом, з-за плеча&lt;br /&gt;</w:t>
        <w:br/>
        <w:t>Всміхнулось щиро. — Це на здрав,&lt;br /&gt;</w:t>
        <w:br/>
        <w:t>Щоб ти наш край не забував.&lt;br /&gt;</w:t>
        <w:br/>
        <w:t>Запам'ятай-но цвіт із лип:&lt;br /&gt;</w:t>
        <w:br/>
        <w:t>В осінній день, мов смолоскип,&lt;br /&gt;</w:t>
        <w:br/>
        <w:t>Багріє липа, а ввесні&lt;br /&gt;</w:t>
        <w:br/>
        <w:t>Пагіння теплі і ясні&lt;br /&gt;</w:t>
        <w:br/>
        <w:t>Пускає в небо, в сніжну ж ніч&lt;br /&gt;</w:t>
        <w:br/>
        <w:t>Скрипіння в неї — бурі клич.&lt;br /&gt;</w:t>
        <w:br/>
        <w:t>На цвіт поглянеш в гожі дні,&lt;br /&gt;</w:t>
        <w:br/>
        <w:t>Згадаєш край наш — ми зрідні&lt;br /&gt;</w:t>
        <w:br/>
        <w:t>І в час цвітіння, і в жнива,&lt;br /&gt;</w:t>
        <w:br/>
        <w:t>Й тоді, як буря завива.&lt;br /&gt;</w:t>
        <w:br/>
        <w:t>А це край дальнього села&lt;br /&gt;</w:t>
        <w:br/>
        <w:t>Русинка-мати подала&lt;br /&gt;</w:t>
        <w:br/>
        <w:t>В дарунок яблуко: із'їж.&lt;br /&gt;</w:t>
        <w:br/>
        <w:t>Крислата, в тьмі многодоріж,&lt;br /&gt;</w:t>
        <w:br/>
        <w:t>Шуміла яблуня, її&lt;br /&gt;</w:t>
        <w:br/>
        <w:t>Палили блиски-літаї,&lt;br /&gt;</w:t>
        <w:br/>
        <w:t>Віки снували воєн дим&lt;br /&gt;</w:t>
        <w:br/>
        <w:t>Під темним стовбуром старим.</w:t>
      </w:r>
    </w:p>
    <w:p>
      <w:r>
        <w:br/>
        <w:t>— Ми люди бідні, лиш оту&lt;br /&gt;</w:t>
        <w:br/>
        <w:t>Крислату яблуню в цвіту,&lt;br /&gt;</w:t>
        <w:br/>
        <w:t>Опруг землі та жах тюрми —&lt;br /&gt;</w:t>
        <w:br/>
        <w:t>То все, що маєм, бідні ми.&lt;br /&gt;</w:t>
        <w:br/>
        <w:t>А ти візьми, боєць, поїж,&lt;br /&gt;</w:t>
        <w:br/>
        <w:t>А ти ще людям розповіж,&lt;br /&gt;</w:t>
        <w:br/>
        <w:t>Що ми не скупимось, коб нам,&lt;br /&gt;</w:t>
        <w:br/>
        <w:t>Чи вже не нам, то хоч синам,&lt;br /&gt;</w:t>
        <w:br/>
        <w:t>Землі вділили. І нехай&lt;br /&gt;</w:t>
        <w:br/>
        <w:t>Яблбня наша в цілий край&lt;br /&gt;</w:t>
        <w:br/>
        <w:t>Гілля нахилить, крізь туман,&lt;br /&gt;</w:t>
        <w:br/>
        <w:t>На чеський ліс, на польський лан,&lt;br /&gt;</w:t>
        <w:br/>
        <w:t>На руську землю. Щоб вночі&lt;br /&gt;</w:t>
        <w:br/>
        <w:t>Її не краяли мечі&lt;br /&gt;</w:t>
        <w:br/>
        <w:t>Вельмож мадьярських. їж синок!&lt;br /&gt;</w:t>
        <w:br/>
        <w:t>А сонця промінь, мов клинок,&lt;br /&gt;</w:t>
        <w:br/>
        <w:t>Уже згасав, і з темноти&lt;br /&gt;</w:t>
        <w:br/>
        <w:t>Заграви бронзові щити&lt;br /&gt;</w:t>
        <w:br/>
        <w:t>Горіли в горах. До сих пір&lt;br /&gt;</w:t>
        <w:br/>
        <w:t>Все сниться та обора-двір&lt;br /&gt;</w:t>
        <w:br/>
        <w:t>І материнський синій зір,&lt;br /&gt;</w:t>
        <w:br/>
        <w:t>Що палить ночі темноту,&lt;br /&gt;</w:t>
        <w:br/>
        <w:t>Що гріє яблуню в цвіту.</w:t>
      </w:r>
    </w:p>
    <w:p>
      <w:r>
        <w:br/>
        <w:t>Оце і всі мої скарби.&lt;br /&gt;</w:t>
        <w:br/>
        <w:t>Що хочеш, батьку, те й роби,&lt;br /&gt;</w:t>
        <w:br/>
        <w:t>А я з мішка свого до дна&lt;br /&gt;</w:t>
        <w:br/>
        <w:t>Зберу до дного сімена,&lt;br /&gt;</w:t>
        <w:br/>
        <w:t>Не в пустирі, не на межу,&lt;br /&gt;</w:t>
        <w:br/>
        <w:t>В колгоспнім полі посаджу&lt;br /&gt;</w:t>
        <w:br/>
        <w:t>Могутній сад. Нехай зів'є&lt;br /&gt;</w:t>
        <w:br/>
        <w:t>Любов мою, життя моє.</w:t>
      </w:r>
    </w:p>
    <w:p>
      <w:r>
        <w:br/>
        <w:t>Ніхто під дубом до ноги&lt;br /&gt;</w:t>
        <w:br/>
        <w:t>Кувать не буде ланцюги,&lt;br /&gt;</w:t>
        <w:br/>
        <w:t>Троянди дикої кущок&lt;br /&gt;</w:t>
        <w:br/>
        <w:t>Не оросить змертвілих щок,&lt;br /&gt;</w:t>
        <w:br/>
        <w:t>Ніхто над цвітом в довгі дні&lt;br /&gt;</w:t>
        <w:br/>
        <w:t>Ридать не буде при мені.&lt;br /&gt;</w:t>
        <w:br/>
        <w:t>Приймай нас, батьку, як зумій,&lt;br /&gt;</w:t>
        <w:br/>
        <w:t>Людського братства — саду мій,&lt;br /&gt;</w:t>
        <w:br/>
        <w:t>Цвіти, скрашай земні шляхи!</w:t>
      </w:r>
    </w:p>
    <w:p>
      <w:r>
        <w:br/>
        <w:t>...У двір куряться порохи&lt;br /&gt;</w:t>
        <w:br/>
        <w:t>Путі четвертої.</w:t>
      </w:r>
    </w:p>
    <w:p>
      <w:r>
        <w:br/>
        <w:t>ПІСНЯ ЧЕТВЕРТА</w:t>
      </w:r>
    </w:p>
    <w:p>
      <w:r>
        <w:br/>
        <w:t>Несемо бурю й тучі понавислі&lt;br /&gt;</w:t>
        <w:br/>
        <w:t>У гудзуватих яросних руках,&lt;br /&gt;</w:t>
        <w:br/>
        <w:t>І сяє світоч ленінської мислі&lt;br /&gt;</w:t>
        <w:br/>
        <w:t>По голубих, земних материках.</w:t>
      </w:r>
    </w:p>
    <w:p>
      <w:r>
        <w:br/>
        <w:t>Серця налиті сонцем і жагою,&lt;br /&gt;</w:t>
        <w:br/>
        <w:t>Уста припали до глибин ключа,&lt;br /&gt;</w:t>
        <w:br/>
        <w:t>Легендою в століттях дорогою&lt;br /&gt;</w:t>
        <w:br/>
        <w:t>Веде полки правиця Ілліча.</w:t>
      </w:r>
    </w:p>
    <w:p>
      <w:r>
        <w:br/>
        <w:t>І смертні люди — у безсмерті чисті,&lt;br /&gt;</w:t>
        <w:br/>
        <w:t>Кують життя, як добрі ковалі.&lt;br /&gt;</w:t>
        <w:br/>
        <w:t>І комунізму золоті горністи&lt;br /&gt;</w:t>
        <w:br/>
        <w:t>Віщують щастя матері-землі.</w:t>
      </w:r>
    </w:p>
    <w:p>
      <w:r>
        <w:br/>
        <w:t>— Тепер найстарший мій, сідай,&lt;br /&gt;</w:t>
        <w:br/>
        <w:t>Оповідай, який то край,&lt;br /&gt;</w:t>
        <w:br/>
        <w:t>Тебе приймав, з яких долин&lt;br /&gt;</w:t>
        <w:br/>
        <w:t>Ти пив, де літ гарячий плин&lt;br /&gt;</w:t>
        <w:br/>
        <w:t>Поклав на чуба сивину,&lt;br /&gt;</w:t>
        <w:br/>
        <w:t>А в очі — іскру огняну?&lt;br /&gt;</w:t>
        <w:br/>
        <w:t>— Я, батьку, вам привіз добра.&lt;br /&gt;</w:t>
        <w:br/>
        <w:t>Не золота, не серебра,&lt;br /&gt;</w:t>
        <w:br/>
        <w:t>Не слави гук, не цвіт полів,&lt;br /&gt;</w:t>
        <w:br/>
        <w:t>А найдорожчих троє слів&lt;br /&gt;</w:t>
        <w:br/>
        <w:t>Привіз у серці.&lt;br /&gt;</w:t>
        <w:br/>
        <w:t>У бою&lt;br /&gt;</w:t>
        <w:br/>
        <w:t>Свій полк, як батьківську сім'ю,&lt;br /&gt;</w:t>
        <w:br/>
        <w:t>Я згуртував у довгі дні&lt;br /&gt;</w:t>
        <w:br/>
        <w:t>При тім гвардійськім знамені.</w:t>
      </w:r>
    </w:p>
    <w:p>
      <w:r>
        <w:br/>
        <w:t>І троє слів мій полк вели.&lt;br /&gt;</w:t>
        <w:br/>
        <w:t>Було журби, було й хвали,&lt;br /&gt;</w:t>
        <w:br/>
        <w:t>І ран, і радощів яса,&lt;br /&gt;</w:t>
        <w:br/>
        <w:t>І піт з чола, немов роса.</w:t>
      </w:r>
    </w:p>
    <w:p>
      <w:r>
        <w:br/>
        <w:t>Було нам трудно в шостий день.&lt;br /&gt;</w:t>
        <w:br/>
        <w:t>На фланзі бій точивсь, лишень&lt;br /&gt;</w:t>
        <w:br/>
        <w:t>Земля в жару, огонь і пил,&lt;br /&gt;</w:t>
        <w:br/>
        <w:t>І небо сиве, мов ковил,&lt;br /&gt;</w:t>
        <w:br/>
        <w:t>Вкривало нас. Тримайсь, боєць,&lt;br /&gt;</w:t>
        <w:br/>
        <w:t>Невже впадем? Невже кінець?&lt;br /&gt;</w:t>
        <w:br/>
        <w:t>Світанком темним на межі&lt;br /&gt;</w:t>
        <w:br/>
        <w:t>Бійці в розбитім бліндажі&lt;br /&gt;</w:t>
        <w:br/>
        <w:t>Вели розмову:</w:t>
      </w:r>
    </w:p>
    <w:p>
      <w:r>
        <w:br/>
        <w:t>...От і йдуть,&lt;br /&gt;</w:t>
        <w:br/>
        <w:t>А в полі — ночі каламуть,&lt;br /&gt;</w:t>
        <w:br/>
        <w:t>Вітри осінні за плечем, —&lt;br /&gt;</w:t>
        <w:br/>
        <w:t>Всі командири з Іллічем.&lt;br /&gt;</w:t>
        <w:br/>
        <w:t>Ідуть, а темінь, тишина,&lt;br /&gt;</w:t>
        <w:br/>
        <w:t>І стрівсь їм, братці, старшина.&lt;br /&gt;</w:t>
        <w:br/>
        <w:t>Ілліч питає: — Все як слід?&lt;br /&gt;</w:t>
        <w:br/>
        <w:t>Який бійцям даєш обід?&lt;br /&gt;</w:t>
        <w:br/>
        <w:t>Який приварок на бійця?&lt;br /&gt;</w:t>
        <w:br/>
        <w:t>Чи не жалієш їм винця?&lt;br /&gt;</w:t>
        <w:br/>
        <w:t>— Є хліб і одіж, і табак? —&lt;br /&gt;</w:t>
        <w:br/>
        <w:t>Питає ще раз. — Дай лиш знак,&lt;br /&gt;</w:t>
        <w:br/>
        <w:t>Щоб не терпів солдат в бою! —&lt;br /&gt;</w:t>
        <w:br/>
        <w:t>І руку подає свою.</w:t>
      </w:r>
    </w:p>
    <w:p>
      <w:r>
        <w:br/>
        <w:t>І старшина відповіла:&lt;br /&gt;</w:t>
        <w:br/>
        <w:t>— Є тютюнець і єсть їда,&lt;br /&gt;</w:t>
        <w:br/>
        <w:t>Та щось ніхто не п'є, не їсть,&lt;br /&gt;</w:t>
        <w:br/>
        <w:t>Бо із полка надходить вість,&lt;br /&gt;</w:t>
        <w:br/>
        <w:t>Бо шостий день вогнем січе,&lt;br /&gt;</w:t>
        <w:br/>
        <w:t>Бо кров спливає гаряче.&lt;br /&gt;</w:t>
        <w:br/>
        <w:t>Стоїть солдат, немов стіна,&lt;br /&gt;</w:t>
        <w:br/>
        <w:t>Не лічить ран, бо не одна, —&lt;br /&gt;</w:t>
        <w:br/>
        <w:t>Сказав товариш старшина.</w:t>
      </w:r>
    </w:p>
    <w:p>
      <w:r>
        <w:br/>
        <w:t>Замовк оповідач. В імлі&lt;br /&gt;</w:t>
        <w:br/>
        <w:t>Світало світло край землі,&lt;br /&gt;</w:t>
        <w:br/>
        <w:t>І полк пішов у бій, у січ,&lt;br /&gt;</w:t>
        <w:br/>
        <w:t>І очі мружив нам Ілліч,&lt;br /&gt;</w:t>
        <w:br/>
        <w:t>Живі, ласкаві, у вогні&lt;br /&gt;</w:t>
        <w:br/>
        <w:t>На тім гвардійськім знамені.</w:t>
      </w:r>
    </w:p>
    <w:p>
      <w:r>
        <w:br/>
        <w:t>І троє слів мій полк вело,&lt;br /&gt;</w:t>
        <w:br/>
        <w:t>Як змаху дужого крило,&lt;br /&gt;</w:t>
        <w:br/>
        <w:t>Я їх скажу, — ти зрозумій:&lt;br /&gt;</w:t>
        <w:br/>
        <w:t>В Москві, на площі дорогій,&lt;br /&gt;</w:t>
        <w:br/>
        <w:t>У сопок першім з темних піль&lt;br /&gt;</w:t>
        <w:br/>
        <w:t>Вихрила сніжна заметіль.&lt;br /&gt;</w:t>
        <w:br/>
        <w:t>І вітер б'є, і сніг несе,&lt;br /&gt;</w:t>
        <w:br/>
        <w:t>І на Можайському шосе&lt;br /&gt;</w:t>
        <w:br/>
        <w:t>Стоять за танками в імлі&lt;br /&gt;</w:t>
        <w:br/>
        <w:t>Фашистські чорні патрулі.&lt;br /&gt;</w:t>
        <w:br/>
        <w:t>Мене бажання привело&lt;br /&gt;</w:t>
        <w:br/>
        <w:t>Уздріти ленінське чоло,&lt;br /&gt;</w:t>
        <w:br/>
        <w:t>І серце опалив, повір,&lt;br /&gt;</w:t>
        <w:br/>
        <w:t>Заплющений могутній зір.&lt;br /&gt;</w:t>
        <w:br/>
        <w:t>— Товариш Ленін, скоро злам?&lt;br /&gt;</w:t>
        <w:br/>
        <w:t>Товариш Ленін, трудно нам!&lt;br /&gt;</w:t>
        <w:br/>
        <w:t>Чи скоро наш удар, чи ні?&lt;br /&gt;</w:t>
        <w:br/>
        <w:t>Бо дні пливуть, жорстокі дні,&lt;br /&gt;</w:t>
        <w:br/>
        <w:t>З Дінця й Орла до фінських хат&lt;br /&gt;</w:t>
        <w:br/>
        <w:t>Не спить солдат і жде солдат,&lt;br /&gt;</w:t>
        <w:br/>
        <w:t>Товариш Ленін! —&lt;br /&gt;</w:t>
        <w:br/>
        <w:t>І тоді&lt;br /&gt;</w:t>
        <w:br/>
        <w:t>Розверзлись сутінки бліді,&lt;br /&gt;</w:t>
        <w:br/>
        <w:t>Із чорних ночі берегів,&lt;br /&gt;</w:t>
        <w:br/>
        <w:t>У морі сивому снігів,&lt;br /&gt;</w:t>
        <w:br/>
        <w:t>На площі Красній, між алей,&lt;br /&gt;</w:t>
        <w:br/>
        <w:t>Як броненосець, — Мавзолей&lt;br /&gt;</w:t>
        <w:br/>
        <w:t>Поплив у бій. І на крилі,&lt;br /&gt;</w:t>
        <w:br/>
        <w:t>Над центром рідної землі,&lt;br /&gt;</w:t>
        <w:br/>
        <w:t>У небезпеки на краю,&lt;br /&gt;</w:t>
        <w:br/>
        <w:t>Піднісши руку вдаль свою,&lt;br /&gt;</w:t>
        <w:br/>
        <w:t>Стояв живий наш Ленін. Я&lt;br /&gt;</w:t>
        <w:br/>
        <w:t>Збагнув усе: одна сім'я,&lt;br /&gt;</w:t>
        <w:br/>
        <w:t>Народів братство вікове&lt;br /&gt;</w:t>
        <w:br/>
        <w:t>За ним, як мур, стоїть, живе.&lt;br /&gt;</w:t>
        <w:br/>
        <w:t>І крикнув я через фронти:&lt;br /&gt;</w:t>
        <w:br/>
        <w:t>— Товариш Ленін, де пройти&lt;br /&gt;</w:t>
        <w:br/>
        <w:t>Полку моєму в пломені,&lt;br /&gt;</w:t>
        <w:br/>
        <w:t>Якими бути нам в ці дні? —&lt;br /&gt;</w:t>
        <w:br/>
        <w:t>І чую на передовій:&lt;br /&gt;</w:t>
        <w:br/>
        <w:t>— Солдате вірний, зрозумій:&lt;br /&gt;</w:t>
        <w:br/>
        <w:t>Будь, як народ. — І троє слів&lt;br /&gt;</w:t>
        <w:br/>
        <w:t>З тих пір у серці я лелів,&lt;br /&gt;</w:t>
        <w:br/>
        <w:t>Як мрії золоту ріку,&lt;br /&gt;</w:t>
        <w:br/>
        <w:t>Ношу й нестиму на віку&lt;br /&gt;</w:t>
        <w:br/>
        <w:t>До крайніх днів.&lt;br /&gt;</w:t>
        <w:br/>
        <w:t>— Брати мої,&lt;br /&gt;</w:t>
        <w:br/>
        <w:t>Я знаю, ви пройшли бої,&lt;br /&gt;</w:t>
        <w:br/>
        <w:t>Цих троє слів і вас вели&lt;br /&gt;</w:t>
        <w:br/>
        <w:t>Крізь ночі й огненні вали,&lt;br /&gt;</w:t>
        <w:br/>
        <w:t>Цих троє слів і в вас живуть,&lt;br /&gt;</w:t>
        <w:br/>
        <w:t>Найвищим щастям стелять путь.</w:t>
      </w:r>
    </w:p>
    <w:p>
      <w:r>
        <w:br/>
        <w:t>Чи так?&lt;br /&gt;</w:t>
        <w:br/>
        <w:t>— То так! — і з-за стола&lt;br /&gt;</w:t>
        <w:br/>
        <w:t>Синів ця думка підвела,&lt;br /&gt;</w:t>
        <w:br/>
        <w:t>Як світле сонце. Сироту&lt;br /&gt;</w:t>
        <w:br/>
        <w:t>Один привіз, другий — святу&lt;br /&gt;</w:t>
        <w:br/>
        <w:t>Любов велику, третій — плід&lt;br /&gt;</w:t>
        <w:br/>
        <w:t>І зерна дружби в дні побід.&lt;br /&gt;</w:t>
        <w:br/>
        <w:t>А всі разом у дні круті&lt;br /&gt;</w:t>
        <w:br/>
        <w:t>Найвище щастя у житті.&lt;br /&gt;</w:t>
        <w:br/>
        <w:t>Так, як народ наш — принесли,&lt;br /&gt;</w:t>
        <w:br/>
        <w:t>Бо з ним і мріяли й росли.&lt;br /&gt;</w:t>
        <w:br/>
        <w:t>Четвертий вів:&lt;br /&gt;</w:t>
        <w:br/>
        <w:t>— У хвилю злу,&lt;br /&gt;</w:t>
        <w:br/>
        <w:t>Смертельно ранений, в пилу,&lt;br /&gt;</w:t>
        <w:br/>
        <w:t>Я умирав не раз вночі,&lt;br /&gt;</w:t>
        <w:br/>
        <w:t>Надії згублені ключі&lt;br /&gt;</w:t>
        <w:br/>
        <w:t>Всихали в серці. Троє ж слів&lt;br /&gt;</w:t>
        <w:br/>
        <w:t>З огню ночей і з тьми полів&lt;br /&gt;</w:t>
        <w:br/>
        <w:t>Скресали іскрами в жару:&lt;br /&gt;</w:t>
        <w:br/>
        <w:t>Будь, як народ. І не помру...</w:t>
      </w:r>
    </w:p>
    <w:p>
      <w:r>
        <w:br/>
        <w:t>Стрічав людей я в чужині,&lt;br /&gt;</w:t>
        <w:br/>
        <w:t>В лихій, сумній самотині,&lt;br /&gt;</w:t>
        <w:br/>
        <w:t>На роздоріжжях вікових,&lt;br /&gt;</w:t>
        <w:br/>
        <w:t>У безнадії, ледь живих.&lt;br /&gt;</w:t>
        <w:br/>
        <w:t>Шкуринка хліба їм крута&lt;br /&gt;</w:t>
        <w:br/>
        <w:t>І день над ними — сирота,&lt;br /&gt;</w:t>
        <w:br/>
        <w:t>Чому ж ти дивишся, кажи?&lt;br /&gt;</w:t>
        <w:br/>
        <w:t>Будь, як народі Допоможи...</w:t>
      </w:r>
    </w:p>
    <w:p>
      <w:r>
        <w:br/>
        <w:t>Я помічав їх звідусіль,&lt;br /&gt;</w:t>
        <w:br/>
        <w:t>Ділив по-братськи хліб і сіль,&lt;br /&gt;</w:t>
        <w:br/>
        <w:t>І троє слів у їхній дім&lt;br /&gt;</w:t>
        <w:br/>
        <w:t>Летіли, як весняний грім.&lt;br /&gt;</w:t>
        <w:br/>
        <w:t>Я повертався в ранню рань&lt;br /&gt;</w:t>
        <w:br/>
        <w:t>У рідний край. Куди не глянь,&lt;br /&gt;</w:t>
        <w:br/>
        <w:t>Руїни тліють, димовій.&lt;br /&gt;</w:t>
        <w:br/>
        <w:t>О, рідна земле, краю мій!&lt;br /&gt;</w:t>
        <w:br/>
        <w:t>Коли зів'єш ти саду цвіт?&lt;br /&gt;</w:t>
        <w:br/>
        <w:t>А троє слів тих — заповіт —&lt;br /&gt;</w:t>
        <w:br/>
        <w:t>Шумлять, мов зеленню дуби:&lt;br /&gt;</w:t>
        <w:br/>
        <w:t>Будь, як народ! Надійсь! Люби!&lt;br /&gt;</w:t>
        <w:br/>
        <w:t>Люби її в тяжкій порі,&lt;br /&gt;</w:t>
        <w:br/>
        <w:t>Люби при вранішній зорі,&lt;br /&gt;</w:t>
        <w:br/>
        <w:t>В паланні домен, в шумі нив,&lt;br /&gt;</w:t>
        <w:br/>
        <w:t>Неси стремлінь її мотив,&lt;br /&gt;</w:t>
        <w:br/>
        <w:t>Як вічну віру у світи,&lt;br /&gt;</w:t>
        <w:br/>
        <w:t>Бо іншої не знайдеш ти&lt;br /&gt;</w:t>
        <w:br/>
        <w:t>Вітчизни милої. Борись,&lt;br /&gt;</w:t>
        <w:br/>
        <w:t>Умри, а люди, знай, колись&lt;br /&gt;</w:t>
        <w:br/>
        <w:t>Тебе згадають, як велів.&lt;br /&gt;</w:t>
        <w:br/>
        <w:t>І знову в серці юмін слів:&lt;br /&gt;</w:t>
        <w:br/>
        <w:t>Як Ленін будь! Як Ленін будь!</w:t>
      </w:r>
    </w:p>
    <w:p>
      <w:r>
        <w:br/>
        <w:t>І син замовк. Вечірня путь&lt;br /&gt;</w:t>
        <w:br/>
        <w:t>Димками віє, з-понад них&lt;br /&gt;</w:t>
        <w:br/>
        <w:t>В вечірніх зорях молодих&lt;br /&gt;</w:t>
        <w:br/>
        <w:t>Ширококрилі журавлі&lt;br /&gt;</w:t>
        <w:br/>
        <w:t>Летять до матері-землі.</w:t>
      </w:r>
    </w:p>
    <w:p>
      <w:r>
        <w:br/>
        <w:t>ЕПІЛОГ</w:t>
      </w:r>
    </w:p>
    <w:p>
      <w:r>
        <w:br/>
        <w:t>За вікном курить легка пороша,&lt;br /&gt;</w:t>
        <w:br/>
        <w:t>В срібні пальці свищуть дерева,&lt;br /&gt;</w:t>
        <w:br/>
        <w:t>Білими листами листоноша&lt;br /&gt;</w:t>
        <w:br/>
        <w:t>Многотрудну землю засіва.</w:t>
      </w:r>
    </w:p>
    <w:p>
      <w:r>
        <w:br/>
        <w:t>В хаті світло сяє, в хаті тиша,&lt;br /&gt;</w:t>
        <w:br/>
        <w:t>І в сім'ї, при батьківськім столі,&lt;br /&gt;</w:t>
        <w:br/>
        <w:t>Сирота-хлопчак сидить і пише&lt;br /&gt;</w:t>
        <w:br/>
        <w:t>Пісеньку про щастя на землі.</w:t>
      </w:r>
    </w:p>
    <w:p>
      <w:r>
        <w:br/>
        <w:t>Не виходить слово рівно й гладко,&lt;br /&gt;</w:t>
        <w:br/>
        <w:t>То нічого, — хлопчик не дитя,&lt;br /&gt;</w:t>
        <w:br/>
        <w:t>Піонерська багряна краватка&lt;br /&gt;</w:t>
        <w:br/>
        <w:t>Увібрала кольори життя.</w:t>
      </w:r>
    </w:p>
    <w:p>
      <w:r>
        <w:br/>
        <w:t>В другій хаті пригасає світло,&lt;br /&gt;</w:t>
        <w:br/>
        <w:t>І скрипить колиска, й ніч глуха,&lt;br /&gt;</w:t>
        <w:br/>
        <w:t>Сон кошлаті підіймає мітли,&lt;br /&gt;</w:t>
        <w:br/>
        <w:t>З матір'ю дитину колиха.</w:t>
      </w:r>
    </w:p>
    <w:p>
      <w:r>
        <w:br/>
        <w:t>— Люлі, мій маленький, люлі, люлі!&lt;br /&gt;</w:t>
        <w:br/>
        <w:t>І зникає сніг, як зорепад,&lt;br /&gt;</w:t>
        <w:br/>
        <w:t>Вже весна синіє, вже зозулі&lt;br /&gt;</w:t>
        <w:br/>
        <w:t>Білим цвітом обсипають сад.</w:t>
      </w:r>
    </w:p>
    <w:p>
      <w:r>
        <w:br/>
        <w:t>Він шумить, могутній, попід тучі,&lt;br /&gt;</w:t>
        <w:br/>
        <w:t>Світлокорий в опаді росин,&lt;br /&gt;</w:t>
        <w:br/>
        <w:t>Так, як руки підвели робучі,&lt;br /&gt;</w:t>
        <w:br/>
        <w:t>Як гадав про щастя третій син.</w:t>
      </w:r>
    </w:p>
    <w:p>
      <w:r>
        <w:br/>
        <w:t>Не страшні хмаровища навислі,&lt;br /&gt;</w:t>
        <w:br/>
        <w:t>Не страшні йому тумани злі,&lt;br /&gt;</w:t>
        <w:br/>
        <w:t>Сяє світоч ленінської мислі,&lt;br /&gt;</w:t>
        <w:br/>
        <w:t>На твоїй і на моїй землі.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