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Зірка Почесного легіону</w:t>
      </w:r>
    </w:p>
    <w:p>
      <w:r>
        <w:br/>
        <w:t xml:space="preserve"> Одважних зірко, що віддавна —&lt;br /&gt;</w:t>
        <w:br/>
        <w:t>Живі чи мертві — всім ти славна!&lt;br /&gt;</w:t>
        <w:br/>
        <w:t>Знадливий блиск примарний твій&lt;br /&gt;</w:t>
        <w:br/>
        <w:t>Мільйони поривав на бій.&lt;br /&gt;</w:t>
        <w:br/>
        <w:t>Творіння неба, метеоре,&lt;br /&gt;</w:t>
        <w:br/>
        <w:t>Чом на Землі ти гаснеш скоро?</w:t>
      </w:r>
    </w:p>
    <w:p>
      <w:r>
        <w:br/>
        <w:t>Безсмертя в променях твоїх,&lt;br /&gt;</w:t>
        <w:br/>
        <w:t>Полеглих душі — сяйво їх,&lt;br /&gt;</w:t>
        <w:br/>
        <w:t>І музика твоя до бою&lt;br /&gt;</w:t>
        <w:br/>
        <w:t>Гриміла честю та хвалою,&lt;br /&gt;</w:t>
        <w:br/>
        <w:t>Ясний твого проміння спах&lt;br /&gt;</w:t>
        <w:br/>
        <w:t>Горів вулканом ув очах.</w:t>
      </w:r>
    </w:p>
    <w:p>
      <w:r>
        <w:br/>
        <w:t>А твій потік, кривава лаво,&lt;br /&gt;</w:t>
        <w:br/>
        <w:t>Змітав і трони, і держави;&lt;br /&gt;</w:t>
        <w:br/>
        <w:t>Поглянувши крізь хмари й дим,&lt;br /&gt;</w:t>
        <w:br/>
        <w:t>Ти землю потрясала тим,&lt;br /&gt;</w:t>
        <w:br/>
        <w:t>І сонце меркло проти тебе,&lt;br /&gt;</w:t>
        <w:br/>
        <w:t>Ховаючись за схилом неба.</w:t>
      </w:r>
    </w:p>
    <w:p>
      <w:r>
        <w:br/>
        <w:t>Од твого сяйва і тепла&lt;br /&gt;</w:t>
        <w:br/>
        <w:t>Веселка в небі розцвіла:&lt;br /&gt;</w:t>
        <w:br/>
        <w:t>Три дивні барви — символ сили&lt;br /&gt;</w:t>
        <w:br/>
        <w:t>Її, прекрасну, становили;&lt;br /&gt;</w:t>
        <w:br/>
        <w:t>У самоцвіт тривкий всі три&lt;br /&gt;</w:t>
        <w:br/>
        <w:t>З'єднала воля кольори:</w:t>
      </w:r>
    </w:p>
    <w:p>
      <w:r>
        <w:br/>
        <w:t>Червоний,— сонця блиск по ночі,&lt;br /&gt;</w:t>
        <w:br/>
        <w:t>Блакитний — серафима очі,&lt;br /&gt;</w:t>
        <w:br/>
        <w:t>А білий, то ясний покрив,&lt;br /&gt;</w:t>
        <w:br/>
        <w:t>Що духа чистого сповив.&lt;br /&gt;</w:t>
        <w:br/>
        <w:t>Три ніжні барви, як світанок,&lt;br /&gt;</w:t>
        <w:br/>
        <w:t>Зіткали райських снів серпанок.</w:t>
      </w:r>
    </w:p>
    <w:p>
      <w:r>
        <w:br/>
        <w:t>Відважних зірко! Гаснеш ти —&lt;br /&gt;</w:t>
        <w:br/>
        <w:t>І знову царство темноти!&lt;br /&gt;</w:t>
        <w:br/>
        <w:t>За славну Райдугу, свободи&lt;br /&gt;</w:t>
        <w:br/>
        <w:t>І кров, і сльози ллють народи,&lt;br /&gt;</w:t>
        <w:br/>
        <w:t>Бо згасне промінь твій в очах —&lt;br /&gt;</w:t>
        <w:br/>
        <w:t>Життя стає лиш тлін і прах.</w:t>
      </w:r>
    </w:p>
    <w:p>
      <w:r>
        <w:br/>
        <w:t>Та Воля, розпростерши крила,&lt;br /&gt;</w:t>
        <w:br/>
        <w:t>Освячує німі могили.&lt;br /&gt;</w:t>
        <w:br/>
        <w:t>І славен в смерті й поготів,&lt;br /&gt;</w:t>
        <w:br/>
        <w:t>Хто смерть під стягом волі стрів.&lt;br /&gt;</w:t>
        <w:br/>
        <w:t>Дай, боже, й нам, як тому вою,&lt;br /&gt;</w:t>
        <w:br/>
        <w:t>Із ними буть, або з тобою.</w:t>
      </w:r>
    </w:p>
    <w:p>
      <w:r>
        <w:br/>
        <w:t>1815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Зірка Почесного легіону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