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Зоряне небо</w:t>
      </w:r>
    </w:p>
    <w:p>
      <w:r>
        <w:br/>
        <w:t xml:space="preserve"> * * *</w:t>
      </w:r>
    </w:p>
    <w:p>
      <w:r>
        <w:br/>
        <w:t>Зорі, очі весняної ночі!&lt;br /&gt;</w:t>
        <w:br/>
        <w:t>Зорі, темряви погляди ясні!&lt;br /&gt;</w:t>
        <w:br/>
        <w:t>То лагідні, як очі дівочі,&lt;br /&gt;</w:t>
        <w:br/>
        <w:t>То палкії, мов світла прекрасні.</w:t>
      </w:r>
    </w:p>
    <w:p>
      <w:r>
        <w:br/>
        <w:t>Одна зірка палає, мов пломінь,&lt;br /&gt;</w:t>
        <w:br/>
        <w:t>Білі хмари круг неї, мов гори,&lt;br /&gt;</w:t>
        <w:br/>
        <w:t>Не до нас посила вона промінь,&lt;br /&gt;</w:t>
        <w:br/>
        <w:t>Вона дивиться в інші простори...</w:t>
      </w:r>
    </w:p>
    <w:p>
      <w:r>
        <w:br/>
        <w:t>Інша зіронька личко ховає&lt;br /&gt;</w:t>
        <w:br/>
        <w:t>В покривало прозореє срібне,&lt;br /&gt;</w:t>
        <w:br/>
        <w:t>Соромливо на діл поглядає,&lt;br /&gt;</w:t>
        <w:br/>
        <w:t>Сипле блідеє проміння дрібне.</w:t>
      </w:r>
    </w:p>
    <w:p>
      <w:r>
        <w:br/>
        <w:t>Ти, прекрасна вечірняя зоре!&lt;br /&gt;</w:t>
        <w:br/>
        <w:t>Урочисто й лагідно ти сяєш,&lt;br /&gt;</w:t>
        <w:br/>
        <w:t>Ти на людське не дивишся горе,&lt;br /&gt;</w:t>
        <w:br/>
        <w:t>Тільки щастя й кохання ти знаєш.</w:t>
      </w:r>
    </w:p>
    <w:p>
      <w:r>
        <w:br/>
        <w:t>Як горить і мигтить інша зірка!&lt;br /&gt;</w:t>
        <w:br/>
        <w:t>Сріблом міниться іскра чудесна...&lt;br /&gt;</w:t>
        <w:br/>
        <w:t>Он зоря покотилась, — то гірка&lt;br /&gt;</w:t>
        <w:br/>
        <w:t>Покотилась сльозина небесна.</w:t>
      </w:r>
    </w:p>
    <w:p>
      <w:r>
        <w:br/>
        <w:t>Так, сльозина то впала. То плаче&lt;br /&gt;</w:t>
        <w:br/>
        <w:t>Небо зорями-слізьми над нами.&lt;br /&gt;</w:t>
        <w:br/>
        <w:t>Як тремтить теє світло! Неначе&lt;br /&gt;</w:t>
        <w:br/>
        <w:t>Промовля до нас небо вогнями.</w:t>
      </w:r>
    </w:p>
    <w:p>
      <w:r>
        <w:br/>
        <w:t>Горда, ясна, огнистая мова!&lt;br /&gt;</w:t>
        <w:br/>
        <w:t>Ллється промінням річ та велична!&lt;br /&gt;</w:t>
        <w:br/>
        <w:t>Та ми прагнем лиш людського слова,&lt;br /&gt;</w:t>
        <w:br/>
        <w:t>І німа для нас книга одвічна...</w:t>
      </w:r>
    </w:p>
    <w:p>
      <w:r>
        <w:br/>
        <w:t>* * *&lt;br /&gt;</w:t>
        <w:br/>
        <w:t>Єсть у мене одна&lt;br /&gt;</w:t>
        <w:br/>
        <w:t>Розпачлива, сумна,&lt;br /&gt;</w:t>
        <w:br/>
        <w:t>Одинокая зірка ясная;&lt;br /&gt;</w:t>
        <w:br/>
        <w:t>Сеї ж ночі дарма&lt;br /&gt;</w:t>
        <w:br/>
        <w:t>Її кличу, — нема!&lt;br /&gt;</w:t>
        <w:br/>
        <w:t>Я стою у журбі самотная.&lt;br /&gt;</w:t>
        <w:br/>
        <w:t>І шукаю вгорі&lt;br /&gt;</w:t>
        <w:br/>
        <w:t>Я тієї зорі:&lt;br /&gt;</w:t>
        <w:br/>
        <w:t>"Ох, зійди, моя зірко лагідна!"&lt;br /&gt;</w:t>
        <w:br/>
        <w:t>Але зорі мені&lt;br /&gt;</w:t>
        <w:br/>
        <w:t>Шлють проміння сумні:&lt;br /&gt;</w:t>
        <w:br/>
        <w:t>"Не шукай її, дівчино бідна!"</w:t>
      </w:r>
    </w:p>
    <w:p>
      <w:r>
        <w:br/>
        <w:t>* * *&lt;br /&gt;</w:t>
        <w:br/>
        <w:t>Моя люба зоря ронить в серце мені,&lt;br /&gt;</w:t>
        <w:br/>
        <w:t>Наче сльози, проміння тремтяче,&lt;br /&gt;</w:t>
        <w:br/>
        <w:t>Рвуть серденько моє ті проміння страшні...&lt;br /&gt;</w:t>
        <w:br/>
        <w:t>Ох, чого моя зіронька плаче!</w:t>
      </w:r>
    </w:p>
    <w:p>
      <w:r>
        <w:br/>
        <w:t>* * *&lt;br /&gt;</w:t>
        <w:br/>
        <w:t>Я сьогодні в тузі, в горі,&lt;br /&gt;</w:t>
        <w:br/>
        <w:t>Мов у тяжкім сні, —&lt;br /&gt;</w:t>
        <w:br/>
        <w:t>Отруїли ясні зорі&lt;br /&gt;</w:t>
        <w:br/>
        <w:t>Серденько мені.</w:t>
      </w:r>
    </w:p>
    <w:p>
      <w:r>
        <w:br/>
        <w:t>* * *&lt;br /&gt;</w:t>
        <w:br/>
        <w:t>В небі місяць зіходить смутний,&lt;br /&gt;</w:t>
        <w:br/>
        <w:t>Поміж хмарами вид свій ховає,&lt;br /&gt;</w:t>
        <w:br/>
        <w:t>Його промінь червоний, сумний&lt;br /&gt;</w:t>
        <w:br/>
        <w:t>Поза хмарами світить-палає.&lt;br /&gt;</w:t>
        <w:br/>
        <w:t>Мов пожежа на небі горить,&lt;br /&gt;</w:t>
        <w:br/>
        <w:t>Землю ж темнії тіні вкривають,&lt;br /&gt;</w:t>
        <w:br/>
        <w:t>Ледве промінь прорветься на мить,&lt;br /&gt;</w:t>
        <w:br/>
        <w:t>Знову хмари, мов дим, застилають.</w:t>
      </w:r>
    </w:p>
    <w:p>
      <w:r>
        <w:br/>
        <w:t>Крізь темноту самотно зорить&lt;br /&gt;</w:t>
        <w:br/>
        <w:t>Одинокая зірка ясная,&lt;br /&gt;</w:t>
        <w:br/>
        <w:t>Її промінь так гордо горить,&lt;br /&gt;</w:t>
        <w:br/>
        <w:t>Не страшна їй темнота нічная!</w:t>
      </w:r>
    </w:p>
    <w:p>
      <w:r>
        <w:br/>
        <w:t>Гордий промінь в тієї зорі,&lt;br /&gt;</w:t>
        <w:br/>
        <w:t>Та в нім туга палає огниста,&lt;br /&gt;</w:t>
        <w:br/>
        <w:t>І сіяє та зірка вгорі,&lt;br /&gt;</w:t>
        <w:br/>
        <w:t>Мов велика сльоза промениста.</w:t>
      </w:r>
    </w:p>
    <w:p>
      <w:r>
        <w:br/>
        <w:t>Чи над людьми та зірка сумна&lt;br /&gt;</w:t>
        <w:br/>
        <w:t>Променистими слізьми ридає?&lt;br /&gt;</w:t>
        <w:br/>
        <w:t>Чи того, що самотна вона&lt;br /&gt;</w:t>
        <w:br/>
        <w:t>По безмірнім просторі блукає?..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Зоряне 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