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Зриви й крила</w:t>
      </w:r>
    </w:p>
    <w:p>
      <w:r>
        <w:br/>
        <w:t xml:space="preserve"> 1. ПРЕЛЮДІЯ</w:t>
      </w:r>
    </w:p>
    <w:p>
      <w:r>
        <w:br/>
        <w:t>Такі бувають часом дивні хвилі,&lt;br /&gt;</w:t>
        <w:br/>
        <w:t>що, сам не знаєш звідкіля, чому,&lt;br /&gt;</w:t>
        <w:br/>
        <w:t>приходять в ніч, від померків німу,&lt;br /&gt;</w:t>
        <w:br/>
        <w:t>чи в день, як сонце стане в повній силі.</w:t>
      </w:r>
    </w:p>
    <w:p>
      <w:r>
        <w:br/>
        <w:t>Далеко бачиш – в незчисленні милі,&lt;br /&gt;</w:t>
        <w:br/>
        <w:t>віддихаєш, дереш на шмаття тьму&lt;br /&gt;</w:t>
        <w:br/>
        <w:t>і чуєш давню радість, ту саму,&lt;br /&gt;</w:t>
        <w:br/>
        <w:t>яку в щоденщини згубив ти пилі.</w:t>
      </w:r>
    </w:p>
    <w:p>
      <w:r>
        <w:br/>
        <w:t>Горбами та низами йдуть дороги,&lt;br /&gt;</w:t>
        <w:br/>
        <w:t>схвильована морських поверхня грив —&lt;br /&gt;</w:t>
        <w:br/>
        <w:t>це крізь життя змагання шлях пологий.</w:t>
      </w:r>
    </w:p>
    <w:p>
      <w:r>
        <w:br/>
        <w:t>Хоча б чоло батіг невдач порив,&lt;br /&gt;</w:t>
        <w:br/>
        <w:t>не жаль, бо ступенем до перемоги&lt;br /&gt;</w:t>
        <w:br/>
        <w:t>стає нам кожний, хоч невдалий, зрив.</w:t>
      </w:r>
    </w:p>
    <w:p>
      <w:r>
        <w:br/>
        <w:t>2. РАКЕТА</w:t>
      </w:r>
    </w:p>
    <w:p>
      <w:r>
        <w:br/>
        <w:t>Так тихо. Місяць лиш з-за хмар погляне,&lt;br /&gt;</w:t>
        <w:br/>
        <w:t>порине в чорних тіней знов тенета,&lt;br /&gt;</w:t>
        <w:br/>
        <w:t>гряде грязька, густа імла з бескета,&lt;br /&gt;</w:t>
        <w:br/>
        <w:t>повітря є гниле, липке, погане.</w:t>
      </w:r>
    </w:p>
    <w:p>
      <w:r>
        <w:br/>
        <w:t>Нараз крайнебо від луни багряне,&lt;br /&gt;</w:t>
        <w:br/>
        <w:t>вогнем угору вистрілить ракета&lt;br /&gt;</w:t>
        <w:br/>
        <w:t>і задрижить, немов тремка трепета,&lt;br /&gt;</w:t>
        <w:br/>
        <w:t>мільйоном іскор в неба синь розтане.</w:t>
      </w:r>
    </w:p>
    <w:p>
      <w:r>
        <w:br/>
        <w:t>О! Серце мріє вирватись із лона&lt;br /&gt;</w:t>
        <w:br/>
        <w:t>тяжкої дійсності, із буднів ґрунту&lt;br /&gt;</w:t>
        <w:br/>
        <w:t>в безкрає небо, в соколів околи.</w:t>
      </w:r>
    </w:p>
    <w:p>
      <w:r>
        <w:br/>
        <w:t>Тут розсипатися в червоні грона,&lt;br /&gt;</w:t>
        <w:br/>
        <w:t>в криваві розірватись букви бунту,&lt;br /&gt;</w:t>
        <w:br/>
        <w:t>на землю не вернути вже ніколи.</w:t>
      </w:r>
    </w:p>
    <w:p>
      <w:r>
        <w:br/>
        <w:t>3. СТАРЕ ВИНО</w:t>
      </w:r>
    </w:p>
    <w:p>
      <w:r>
        <w:br/>
        <w:t>В холоднім сутінку сухого льоху&lt;br /&gt;</w:t>
        <w:br/>
        <w:t>по стінах тиша кане зерном граду.&lt;br /&gt;</w:t>
        <w:br/>
        <w:t>І п'яний, м'ятний запах винограду,&lt;br /&gt;</w:t>
        <w:br/>
        <w:t>й ряди пляшок, що в сповитку із моху.</w:t>
      </w:r>
    </w:p>
    <w:p>
      <w:r>
        <w:br/>
        <w:t>В цю кучугуру, мов у землю соху,&lt;br /&gt;</w:t>
        <w:br/>
        <w:t>вбиває час плісні кошлату шпаду.&lt;br /&gt;</w:t>
        <w:br/>
        <w:t>Пляшки набрякнуть у тісноті спаду&lt;br /&gt;</w:t>
        <w:br/>
        <w:t>і тріскають, немов струки гороху.</w:t>
      </w:r>
    </w:p>
    <w:p>
      <w:r>
        <w:br/>
        <w:t>Вино в пісок усякне, червінь рож&lt;br /&gt;</w:t>
        <w:br/>
        <w:t>увійде в зелень мохового прута.&lt;br /&gt;</w:t>
        <w:br/>
        <w:t>І ми, буває, нашої також</w:t>
      </w:r>
    </w:p>
    <w:p>
      <w:r>
        <w:br/>
        <w:t>бажаєм дійсності розбити стіни,&lt;br /&gt;</w:t>
        <w:br/>
        <w:t>дарма що, може, кинувши їх пута,&lt;br /&gt;</w:t>
        <w:br/>
        <w:t>ми б розіллялись на незнані ріні.</w:t>
      </w:r>
    </w:p>
    <w:p>
      <w:r>
        <w:br/>
        <w:t>4. ПОЖАР</w:t>
      </w:r>
    </w:p>
    <w:p>
      <w:r>
        <w:br/>
        <w:t>Блакитну плахту неба передер&lt;br /&gt;</w:t>
        <w:br/>
        <w:t>нараз, мов тишу грім, червоний серп;&lt;br /&gt;</w:t>
        <w:br/>
        <w:t>мов з ран, булькоче кров огню зі щерб.&lt;br /&gt;</w:t>
        <w:br/>
        <w:t>В повітрі пах припалений чабер.[24]</w:t>
      </w:r>
    </w:p>
    <w:p>
      <w:r>
        <w:br/>
        <w:t>Даремно воду ллють з криниць й озер.&lt;br /&gt;</w:t>
        <w:br/>
        <w:t>Вогонь над голови пузаті верб&lt;br /&gt;</w:t>
        <w:br/>
        <w:t>підносить косу полум’я, свій герб,&lt;br /&gt;</w:t>
        <w:br/>
        <w:t>як віяло з рудо-червоних пер.</w:t>
      </w:r>
    </w:p>
    <w:p>
      <w:r>
        <w:br/>
        <w:t>Стрункою шиєю верх стін і брам&lt;br /&gt;</w:t>
        <w:br/>
        <w:t>хитає в сторону праву та ліву&lt;br /&gt;</w:t>
        <w:br/>
        <w:t>з жагою дикою; його жарким устам</w:t>
      </w:r>
    </w:p>
    <w:p>
      <w:r>
        <w:br/>
        <w:t>кривавим віддиху безмежжя треба.&lt;br /&gt;</w:t>
        <w:br/>
        <w:t>Та іскрами жбурляє в хмари з гніву,&lt;br /&gt;</w:t>
        <w:br/>
        <w:t>що сам не може підпалити неба.</w:t>
      </w:r>
    </w:p>
    <w:p>
      <w:r>
        <w:br/>
        <w:t>5. ДОЩ</w:t>
      </w:r>
    </w:p>
    <w:p>
      <w:r>
        <w:br/>
        <w:t>В морях з шафіру[25] плюхкають краплини,&lt;br /&gt;</w:t>
        <w:br/>
        <w:t>хлюпочуть срібні краплі в сріблі рік,&lt;br /&gt;</w:t>
        <w:br/>
        <w:t>і гребінь вітру чеше їх відвік,&lt;br /&gt;</w:t>
        <w:br/>
        <w:t>і сонце п’ють, мов овочі калини.</w:t>
      </w:r>
    </w:p>
    <w:p>
      <w:r>
        <w:br/>
        <w:t>В цілунках тих ростуть дрібні цятини&lt;br /&gt;</w:t>
        <w:br/>
        <w:t>у білопері хмари, літа лік;&lt;br /&gt;</w:t>
        <w:br/>
        <w:t>підносять вгору свій вовнистий бік,&lt;br /&gt;</w:t>
        <w:br/>
        <w:t>геть утікають від землі долини.</w:t>
      </w:r>
    </w:p>
    <w:p>
      <w:r>
        <w:br/>
        <w:t>Та вітер вдарить в їх легкі вітрила,&lt;br /&gt;</w:t>
        <w:br/>
        <w:t>та млу зморозить білогриву в воду,&lt;br /&gt;</w:t>
        <w:br/>
        <w:t>на землю їх ваги вертає сила.</w:t>
      </w:r>
    </w:p>
    <w:p>
      <w:r>
        <w:br/>
        <w:t>Нам годі побороть свою природу,&lt;br /&gt;</w:t>
        <w:br/>
        <w:t>бунт вічно палить, вічно ломим крила&lt;br /&gt;</w:t>
        <w:br/>
        <w:t>і знов спадаєм на землі колоду.</w:t>
      </w:r>
    </w:p>
    <w:p>
      <w:r>
        <w:br/>
        <w:t>6. ОРЕЛ І ЛІТАК</w:t>
      </w:r>
    </w:p>
    <w:p>
      <w:r>
        <w:br/>
        <w:t>Орел, король просторів, вдаль летів,&lt;br /&gt;</w:t>
        <w:br/>
        <w:t>над полову мідь піль, синь моря лав,&lt;br /&gt;</w:t>
        <w:br/>
        <w:t>над опар хмар шлях крил його дрижав.&lt;br /&gt;</w:t>
        <w:br/>
        <w:t>Враз чути літака на небі спів.</w:t>
      </w:r>
    </w:p>
    <w:p>
      <w:r>
        <w:br/>
        <w:t>На ворога вид в серці лють і гнів;&lt;br /&gt;</w:t>
        <w:br/>
        <w:t>шалені перегони з ним почав,&lt;br /&gt;</w:t>
        <w:br/>
        <w:t>ставав чорнішим ліс і меншим став,&lt;br /&gt;</w:t>
        <w:br/>
        <w:t>аж сил нема, до літака присів.</w:t>
      </w:r>
    </w:p>
    <w:p>
      <w:r>
        <w:br/>
        <w:t>І ми пливем крізь місяці та дні,&lt;br /&gt;</w:t>
        <w:br/>
        <w:t>самітні в хвилях моря кораблі,&lt;br /&gt;</w:t>
        <w:br/>
        <w:t>у промахів і сумнівів борні.</w:t>
      </w:r>
    </w:p>
    <w:p>
      <w:r>
        <w:br/>
        <w:t>І над низи зриваємося злі,&lt;br /&gt;</w:t>
        <w:br/>
        <w:t>не знаючи, що можна від землі&lt;br /&gt;</w:t>
        <w:br/>
        <w:t>втекти лиш іноді – та тут на ній.</w:t>
      </w:r>
    </w:p>
    <w:p>
      <w:r>
        <w:br/>
        <w:t>7. ОЖЕРЕДИ</w:t>
      </w:r>
    </w:p>
    <w:p>
      <w:r>
        <w:br/>
        <w:t>І шепотом по полі рознеслося:&lt;br /&gt;</w:t>
        <w:br/>
        <w:t>на обрій, мов на терези ваги,&lt;br /&gt;</w:t>
        <w:br/>
        <w:t>хтось в огрядні, пузаті клав стоги&lt;br /&gt;</w:t>
        <w:br/>
        <w:t>набрякле борошном, товсте колосся.</w:t>
      </w:r>
    </w:p>
    <w:p>
      <w:r>
        <w:br/>
        <w:t>І зашуміли враз: "Ще зірвемося".&lt;br /&gt;</w:t>
        <w:br/>
        <w:t>Так загуділи колоски тугі,&lt;br /&gt;</w:t>
        <w:br/>
        <w:t>бо вітер за чуби гнуздав луги&lt;br /&gt;</w:t>
        <w:br/>
        <w:t>і торгав горді скирти за волосся.</w:t>
      </w:r>
    </w:p>
    <w:p>
      <w:r>
        <w:br/>
        <w:t>Бо ж краще їм, як нидіти в млині,&lt;br /&gt;</w:t>
        <w:br/>
        <w:t>як гинути від жорен тяготи,&lt;br /&gt;</w:t>
        <w:br/>
        <w:t>щоб вихор їх розмів по далині,</w:t>
      </w:r>
    </w:p>
    <w:p>
      <w:r>
        <w:br/>
        <w:t>щоби метіль розвіяла осіння.&lt;br /&gt;</w:t>
        <w:br/>
        <w:t>О, хто не знає ще бажань втекти&lt;br /&gt;</w:t>
        <w:br/>
        <w:t>з-під млинового сірих днів каміння.</w:t>
      </w:r>
    </w:p>
    <w:p>
      <w:r>
        <w:br/>
        <w:t>8. ЛЕЛЕКИ</w:t>
      </w:r>
    </w:p>
    <w:p>
      <w:r>
        <w:br/>
        <w:t>Летіли понад морем раз лелеки&lt;br /&gt;</w:t>
        <w:br/>
        <w:t>до вирію, до південних країв.&lt;br /&gt;</w:t>
        <w:br/>
        <w:t>Гаїв, де кипариси, чувся спів,&lt;br /&gt;</w:t>
        <w:br/>
        <w:t>і усміхались землі їм далекі.</w:t>
      </w:r>
    </w:p>
    <w:p>
      <w:r>
        <w:br/>
        <w:t>Та задрижали вмить від небезпеки,&lt;br /&gt;</w:t>
        <w:br/>
        <w:t>бо крила їх охляли. Жах глядів.&lt;br /&gt;</w:t>
        <w:br/>
        <w:t>Та ліс удалі виріс парусів;&lt;br /&gt;</w:t>
        <w:br/>
        <w:t>всі з щастя криком на вітрил смереки.</w:t>
      </w:r>
    </w:p>
    <w:p>
      <w:r>
        <w:br/>
        <w:t>Завчасна радість, заміри невдалі,&lt;br /&gt;</w:t>
        <w:br/>
        <w:t>бо судна в сторону противну мчали,&lt;br /&gt;</w:t>
        <w:br/>
        <w:t>до півночі грізні дрімали скали.</w:t>
      </w:r>
    </w:p>
    <w:p>
      <w:r>
        <w:br/>
        <w:t>Так зриви доля нам на інший шлях&lt;br /&gt;</w:t>
        <w:br/>
        <w:t>зверта не раз; з розпукою в очах,&lt;br /&gt;</w:t>
        <w:br/>
        <w:t>що хід їх, бачимо, в чужих руках.</w:t>
      </w:r>
    </w:p>
    <w:p>
      <w:r>
        <w:br/>
        <w:t>9. СВІЧКА</w:t>
      </w:r>
    </w:p>
    <w:p>
      <w:r>
        <w:br/>
        <w:t>В малій кімнаті стіни, наче руки,&lt;br /&gt;</w:t>
        <w:br/>
        <w:t>тримають полохливу тишу в жмені.&lt;br /&gt;</w:t>
        <w:br/>
        <w:t>Сіріють тіні просиво-зелені,&lt;br /&gt;</w:t>
        <w:br/>
        <w:t>самітна свічка блимає зо скуки.</w:t>
      </w:r>
    </w:p>
    <w:p>
      <w:r>
        <w:br/>
        <w:t>Шушукають якісь далекі звуки.&lt;br /&gt;</w:t>
        <w:br/>
        <w:t>А ґнотик, в восковім їздець стремені,&lt;br /&gt;</w:t>
        <w:br/>
        <w:t>свої маріння топить дивні, безіменні,&lt;br /&gt;</w:t>
        <w:br/>
        <w:t>мов стеарин, блідим вогнем ошуки.</w:t>
      </w:r>
    </w:p>
    <w:p>
      <w:r>
        <w:br/>
        <w:t>І тухне, й знов палахкотить ясніше,&lt;br /&gt;</w:t>
        <w:br/>
        <w:t>хоч все заснуло, хоч у сні все дише,&lt;br /&gt;</w:t>
        <w:br/>
        <w:t>хоч палить власне тіло біло-срібне,</w:t>
      </w:r>
    </w:p>
    <w:p>
      <w:r>
        <w:br/>
        <w:t>хоч нищить ніч його все нижче й нижче&lt;br /&gt;</w:t>
        <w:br/>
        <w:t>й ним темряву, мов ґудзиком, застібне.&lt;br /&gt;</w:t>
        <w:br/>
        <w:t>До свічки наше серце є подібне.</w:t>
      </w:r>
    </w:p>
    <w:p>
      <w:r>
        <w:br/>
        <w:t>10. БОЖЕВІЛЬНА РИБА</w:t>
      </w:r>
    </w:p>
    <w:p>
      <w:r>
        <w:br/>
        <w:t>Дзюрить, дзижчить, дзюрчить, дзирчить вода,&lt;br /&gt;</w:t>
        <w:br/>
        <w:t>мелодії грає на каміння флейті,&lt;br /&gt;</w:t>
        <w:br/>
        <w:t>а в білих пін хвилястогривім рейді&lt;br /&gt;</w:t>
        <w:br/>
        <w:t>риб щічки розцвітають з глибу дна.</w:t>
      </w:r>
    </w:p>
    <w:p>
      <w:r>
        <w:br/>
        <w:t>Над плесо вискочила з них одна,&lt;br /&gt;</w:t>
        <w:br/>
        <w:t>та, сонця колесом побита в леті,&lt;br /&gt;</w:t>
        <w:br/>
        <w:t>упала вниз. Відтоді є в хвиль меті[26]&lt;br /&gt;</w:t>
        <w:br/>
        <w:t>самітна та німа, хоч молода.</w:t>
      </w:r>
    </w:p>
    <w:p>
      <w:r>
        <w:br/>
        <w:t>Поете! Чорний шлях твій, чорна скиба,&lt;br /&gt;</w:t>
        <w:br/>
        <w:t>не заспокоїть сірини багонце&lt;br /&gt;</w:t>
        <w:br/>
        <w:t>чужа ржа біржі, гниль коржава гриба.</w:t>
      </w:r>
    </w:p>
    <w:p>
      <w:r>
        <w:br/>
        <w:t>І мрій снуєш срібнясте волоконце,&lt;br /&gt;</w:t>
        <w:br/>
        <w:t>і вверх глядиш, мов навіжена риба,&lt;br /&gt;</w:t>
        <w:br/>
        <w:t>яка побачила хоч раз вже сонце.</w:t>
      </w:r>
    </w:p>
    <w:p>
      <w:r>
        <w:br/>
        <w:t>11. БАКЛАЖАНИ</w:t>
      </w:r>
    </w:p>
    <w:p>
      <w:r>
        <w:br/>
        <w:t>З-за шиб проміння жмут, мов блиск омани,&lt;br /&gt;</w:t>
        <w:br/>
        <w:t>осіннім усміхом з далеких лук&lt;br /&gt;</w:t>
        <w:br/>
        <w:t>бренькливі мухи манить на рундук.&lt;br /&gt;</w:t>
        <w:br/>
        <w:t>Мандрують хмарою дрібні прочани</w:t>
      </w:r>
    </w:p>
    <w:p>
      <w:r>
        <w:br/>
        <w:t>й глядять очима, повними пошани,&lt;br /&gt;</w:t>
        <w:br/>
        <w:t>як сиве павутиння в'є павук&lt;br /&gt;</w:t>
        <w:br/>
        <w:t>й в вікні від дотиків охлялих рук&lt;br /&gt;</w:t>
        <w:br/>
        <w:t>блідо-червоні спіють баклажани.[27]</w:t>
      </w:r>
    </w:p>
    <w:p>
      <w:r>
        <w:br/>
        <w:t>На грядці ж застала осінь рання,&lt;br /&gt;</w:t>
        <w:br/>
        <w:t>як ще були зелені, молоді;&lt;br /&gt;</w:t>
        <w:br/>
        <w:t>тепер крізь скло читають хмар письмо.</w:t>
      </w:r>
    </w:p>
    <w:p>
      <w:r>
        <w:br/>
        <w:t>Так наші мрії, заміри, бажання&lt;br /&gt;</w:t>
        <w:br/>
        <w:t>перейдуть часто в дійсність аж тоді,&lt;br /&gt;</w:t>
        <w:br/>
        <w:t>коли від себе їх відірвемо.</w:t>
      </w:r>
    </w:p>
    <w:p>
      <w:r>
        <w:br/>
        <w:t>12. СТРАТОСФЕРА</w:t>
      </w:r>
    </w:p>
    <w:p>
      <w:r>
        <w:br/>
        <w:t>Є світ над нами високо такий:&lt;br /&gt;</w:t>
        <w:br/>
        <w:t>без бур, без туч, без хуг, без гроз, без граду,&lt;br /&gt;</w:t>
        <w:br/>
        <w:t>що в літній день житам приносить зраду,&lt;br /&gt;</w:t>
        <w:br/>
        <w:t>що в очі б'є квіток, неначе кий.</w:t>
      </w:r>
    </w:p>
    <w:p>
      <w:r>
        <w:br/>
        <w:t>І не пече полудня жар палкий,&lt;br /&gt;</w:t>
        <w:br/>
        <w:t>лиш тиша має там безмежну владу,&lt;br /&gt;</w:t>
        <w:br/>
        <w:t>й не дасть шаліти хижому торнаду,&lt;br /&gt;</w:t>
        <w:br/>
        <w:t>й мовчанням шепотить німі казки.</w:t>
      </w:r>
    </w:p>
    <w:p>
      <w:r>
        <w:br/>
        <w:t>Однак не можна жити там нікому,&lt;br /&gt;</w:t>
        <w:br/>
        <w:t>бо лютий холод палить гірш від грому&lt;br /&gt;</w:t>
        <w:br/>
        <w:t>і найсильнпш крила вмить поломить.</w:t>
      </w:r>
    </w:p>
    <w:p>
      <w:r>
        <w:br/>
        <w:t>Безбарвна сивина колотить розум.&lt;br /&gt;</w:t>
        <w:br/>
        <w:t>Так і життя без бур, борні, утоми&lt;br /&gt;</w:t>
        <w:br/>
        <w:t>нас тишею здавило б і морозом.</w:t>
      </w:r>
    </w:p>
    <w:p>
      <w:r>
        <w:br/>
        <w:t>13. МЕТЕОР</w:t>
      </w:r>
    </w:p>
    <w:p>
      <w:r>
        <w:br/>
        <w:t>– Де батьківщина, де твоя, скажи.&lt;br /&gt;</w:t>
        <w:br/>
        <w:t>Якої син планети чи комети,&lt;br /&gt;</w:t>
        <w:br/>
        <w:t>які твій лет міжсвітний має мети,&lt;br /&gt;</w:t>
        <w:br/>
        <w:t>де перед мандрами давніш ти жив?</w:t>
      </w:r>
    </w:p>
    <w:p>
      <w:r>
        <w:br/>
        <w:t>Міжзірний волокито та бродяго,&lt;br /&gt;</w:t>
        <w:br/>
        <w:t>в безкраю безвість пущений в крутіж, —&lt;br /&gt;</w:t>
        <w:br/>
        <w:t>сліпучий, ярий спижу,[28] що гориш&lt;br /&gt;</w:t>
        <w:br/>
        <w:t>на вежі світу полум'яним стягом.</w:t>
      </w:r>
    </w:p>
    <w:p>
      <w:r>
        <w:br/>
        <w:t>Незбагненний в рахунку астрономів,&lt;br /&gt;</w:t>
        <w:br/>
        <w:t>уроджений в височині німій,&lt;br /&gt;</w:t>
        <w:br/>
        <w:t>навіщо в низині шукаєш дому,</w:t>
      </w:r>
    </w:p>
    <w:p>
      <w:r>
        <w:br/>
        <w:t>на власнім гробі кам'яна статує?&lt;br /&gt;</w:t>
        <w:br/>
        <w:t>– Поете, не журись. Упадок мій&lt;br /&gt;</w:t>
        <w:br/>
        <w:t>жар мого серця від зими врятує.</w:t>
      </w:r>
    </w:p>
    <w:p>
      <w:r>
        <w:br/>
        <w:t>14. СОНЯШНИК</w:t>
      </w:r>
    </w:p>
    <w:p>
      <w:r>
        <w:br/>
        <w:t>Солом'яні, руді, мутні краски&lt;br /&gt;</w:t>
        <w:br/>
        <w:t>вже осінь пензлем сонця по городі&lt;br /&gt;</w:t>
        <w:br/>
        <w:t>розкидує, й старій, гнилій колоді&lt;br /&gt;</w:t>
        <w:br/>
        <w:t>подібні барвою стають листки.</w:t>
      </w:r>
    </w:p>
    <w:p>
      <w:r>
        <w:br/>
        <w:t>На старість жовкнуть гарбузи тяжкі,&lt;br /&gt;</w:t>
        <w:br/>
        <w:t>горох журливо хилиться та й годі.&lt;br /&gt;</w:t>
        <w:br/>
        <w:t>Босоніж буйний вітер біг по броді,&lt;br /&gt;</w:t>
        <w:br/>
        <w:t>ногами топче мокрими стручки.</w:t>
      </w:r>
    </w:p>
    <w:p>
      <w:r>
        <w:br/>
        <w:t>І опустіє лан, що цвів у літі.&lt;br /&gt;</w:t>
        <w:br/>
        <w:t>Зістанеш ти самітний та німий,&lt;br /&gt;</w:t>
        <w:br/>
        <w:t>в блиск дивлячись, що вічно той самий.</w:t>
      </w:r>
    </w:p>
    <w:p>
      <w:r>
        <w:br/>
        <w:t>Хай дощ, хай буря, хай зів'януть квіти,&lt;br /&gt;</w:t>
        <w:br/>
        <w:t>осліпнеш, почорнієш, та глядіти&lt;br /&gt;</w:t>
        <w:br/>
        <w:t>не перестанеш ти ні… ми.</w:t>
      </w:r>
    </w:p>
    <w:p>
      <w:r>
        <w:br/>
        <w:t>15. КОДА[29]</w:t>
      </w:r>
    </w:p>
    <w:p>
      <w:r>
        <w:br/>
        <w:t>Шумить життя журливе жовте жито,&lt;br /&gt;</w:t>
        <w:br/>
        <w:t>подій хитає повні колоски.&lt;br /&gt;</w:t>
        <w:br/>
        <w:t>Додолу вітер гне плоди важкі,&lt;br /&gt;</w:t>
        <w:br/>
        <w:t>як спіє зерно людських мрій налите.</w:t>
      </w:r>
    </w:p>
    <w:p>
      <w:r>
        <w:br/>
        <w:t>І провіває синє неба сито&lt;br /&gt;</w:t>
        <w:br/>
        <w:t>пшеницю діл крізь зір дрібні зірки.&lt;br /&gt;</w:t>
        <w:br/>
        <w:t>Змагання, мов повою колоски,&lt;br /&gt;</w:t>
        <w:br/>
        <w:t>оплотом обплели землі корито.</w:t>
      </w:r>
    </w:p>
    <w:p>
      <w:r>
        <w:br/>
        <w:t>Дорогу нам не стелять тільки рожі,&lt;br /&gt;</w:t>
        <w:br/>
        <w:t>навпроти віє вітер сніговий,&lt;br /&gt;</w:t>
        <w:br/>
        <w:t>на скелі пнемось гострі, непригожі.</w:t>
      </w:r>
    </w:p>
    <w:p>
      <w:r>
        <w:br/>
        <w:t>Благословенний шляху грозовий!&lt;br /&gt;</w:t>
        <w:br/>
        <w:t>Як намагатися й впадати можеш,&lt;br /&gt;</w:t>
        <w:br/>
        <w:t>щасливий, друже, ти, бо ще живий.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Зриви й крила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